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8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00"/>
        <w:gridCol w:w="4838"/>
      </w:tblGrid>
      <w:tr>
        <w:tc>
          <w:tcPr>
            <w:tcW w:w="4800" w:type="dxa"/>
            <w:vAlign w:val="center"/>
          </w:tcPr>
          <w:p>
            <w:pPr>
              <w:keepLines/>
              <w:spacing w:before="0" w:after="0"/>
            </w:pPr>
            <w:r>
              <w:drawing>
                <wp:inline xmlns:a="http://schemas.openxmlformats.org/drawingml/2006/main" xmlns:pic="http://schemas.openxmlformats.org/drawingml/2006/picture">
                  <wp:extent cx="1188000" cy="35542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ymgym-lockup-dark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35542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38" w:type="dxa"/>
            <w:vAlign w:val="center"/>
          </w:tcPr>
          <w:p>
            <w:pPr>
              <w:keepLines/>
              <w:spacing w:before="0" w:after="0"/>
              <w:jc w:val="right"/>
            </w:pPr>
            <w:r>
              <w:rPr>
                <w:b/>
                <w:color w:val="5C697D"/>
                <w:spacing w:val="16"/>
                <w:sz w:val="14"/>
              </w:rPr>
              <w:t>ANTES DE EMPEZAR  ·  PUEDES BORRAR ESTA PÁGINA</w:t>
            </w:r>
          </w:p>
        </w:tc>
      </w:tr>
    </w:tbl>
    <w:p>
      <w:pPr>
        <w:keepNext w:val="0"/>
        <w:keepLines/>
        <w:spacing w:before="0" w:after="0" w:lineRule="exact" w:line="280"/>
      </w:pPr>
      <w:r>
        <w:rPr>
          <w:sz w:val="4"/>
        </w:rPr>
      </w:r>
    </w:p>
    <w:p>
      <w:pPr>
        <w:pStyle w:val="Heading1"/>
        <w:keepLines/>
        <w:spacing w:before="0" w:after="100"/>
      </w:pPr>
      <w:r>
        <w:rPr/>
        <w:t>Cómo usar esta guía</w:t>
      </w:r>
    </w:p>
    <w:p>
      <w:pPr>
        <w:keepLines/>
        <w:spacing w:before="0" w:after="180" w:line="300" w:lineRule="auto"/>
      </w:pPr>
      <w:r>
        <w:rPr>
          <w:color w:val="4B586B"/>
          <w:sz w:val="21"/>
        </w:rPr>
        <w:t>50 mensajes para copiar y pegar en WhatsApp, email o notificación, ordenados por momentos del socio. Son un punto de partida, no un guion: cámbialos hasta que suenen a ti.</w:t>
      </w:r>
    </w:p>
    <w:p>
      <w:pPr>
        <w:pStyle w:val="Heading3"/>
        <w:keepLines/>
        <w:spacing w:before="0" w:after="100"/>
      </w:pPr>
      <w:r>
        <w:rPr/>
        <w:t>Personalízala en tres pasos</w:t>
      </w:r>
    </w:p>
    <w:tbl>
      <w:tblPr>
        <w:tblW w:w="9638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20"/>
        <w:gridCol w:w="9218"/>
      </w:tblGrid>
      <w:tr>
        <w:trPr>
          <w:cantSplit/>
        </w:trPr>
        <w:tc>
          <w:tcPr>
            <w:tcW w:w="420" w:type="dxa"/>
          </w:tcPr>
          <w:p>
            <w:pPr>
              <w:keepLines/>
              <w:spacing w:before="0" w:after="60"/>
            </w:pPr>
            <w:r>
              <w:rPr>
                <w:b/>
                <w:color w:val="076B69"/>
                <w:sz w:val="20"/>
              </w:rPr>
              <w:t>1</w:t>
            </w:r>
          </w:p>
        </w:tc>
        <w:tc>
          <w:tcPr>
            <w:tcW w:w="9218" w:type="dxa"/>
          </w:tcPr>
          <w:p>
            <w:pPr>
              <w:keepLines/>
              <w:spacing w:before="0" w:after="60" w:line="283" w:lineRule="auto"/>
            </w:pPr>
            <w:r>
              <w:rPr>
                <w:b/>
                <w:color w:val="0B1220"/>
                <w:sz w:val="18"/>
              </w:rPr>
              <w:t>Tu centro y tu firma, de una vez.</w:t>
            </w:r>
            <w:r>
              <w:rPr>
                <w:color w:val="4B586B"/>
                <w:sz w:val="18"/>
              </w:rPr>
              <w:t xml:space="preserve"> Con Buscar y reemplazar (Ctrl + H; en Mac, Edición › Buscar › Reemplazar) cambia </w:t>
            </w:r>
            <w:r>
              <w:rPr>
                <w:rStyle w:val="Hueco"/>
                <w:sz w:val="18"/>
              </w:rPr>
              <w:t>{centro}</w:t>
            </w:r>
            <w:r>
              <w:rPr>
                <w:color w:val="4B586B"/>
                <w:sz w:val="18"/>
              </w:rPr>
              <w:t xml:space="preserve"> y </w:t>
            </w:r>
            <w:r>
              <w:rPr>
                <w:rStyle w:val="Hueco"/>
                <w:sz w:val="18"/>
              </w:rPr>
              <w:t>{firma}</w:t>
            </w:r>
            <w:r>
              <w:rPr>
                <w:color w:val="4B586B"/>
                <w:sz w:val="18"/>
              </w:rPr>
              <w:t xml:space="preserve"> en todo el documento. Haz lo mismo con </w:t>
            </w:r>
            <w:r>
              <w:rPr>
                <w:rStyle w:val="Hueco"/>
                <w:sz w:val="18"/>
              </w:rPr>
              <w:t>[NOMBRE DEL CENTRO]</w:t>
            </w:r>
            <w:r>
              <w:rPr>
                <w:color w:val="4B586B"/>
                <w:sz w:val="18"/>
              </w:rPr>
              <w:t xml:space="preserve"> y pon tu logo en la portada y en la cabecera (doble clic en ella): borra «TU LOGO AQUÍ» e inserta tu imagen.</w:t>
            </w:r>
          </w:p>
        </w:tc>
      </w:tr>
      <w:tr>
        <w:trPr>
          <w:cantSplit/>
        </w:trPr>
        <w:tc>
          <w:tcPr>
            <w:tcW w:w="420" w:type="dxa"/>
          </w:tcPr>
          <w:p>
            <w:pPr>
              <w:keepLines/>
              <w:spacing w:before="0" w:after="60"/>
            </w:pPr>
            <w:r>
              <w:rPr>
                <w:b/>
                <w:color w:val="076B69"/>
                <w:sz w:val="20"/>
              </w:rPr>
              <w:t>2</w:t>
            </w:r>
          </w:p>
        </w:tc>
        <w:tc>
          <w:tcPr>
            <w:tcW w:w="9218" w:type="dxa"/>
          </w:tcPr>
          <w:p>
            <w:pPr>
              <w:keepLines/>
              <w:spacing w:before="0" w:after="60" w:line="283" w:lineRule="auto"/>
            </w:pPr>
            <w:r>
              <w:rPr>
                <w:b/>
                <w:color w:val="0B1220"/>
                <w:sz w:val="18"/>
              </w:rPr>
              <w:t>Los corchetes, según tu centro.</w:t>
            </w:r>
            <w:r>
              <w:rPr>
                <w:color w:val="4B586B"/>
                <w:sz w:val="18"/>
              </w:rPr>
              <w:t xml:space="preserve"> Lo que va </w:t>
            </w:r>
            <w:r>
              <w:rPr>
                <w:rStyle w:val="Hueco"/>
                <w:sz w:val="18"/>
              </w:rPr>
              <w:t>[EN MAYÚSCULAS]</w:t>
            </w:r>
            <w:r>
              <w:rPr>
                <w:color w:val="4B586B"/>
                <w:sz w:val="18"/>
              </w:rPr>
              <w:t xml:space="preserve"> lo escribes tú una vez (horario, normas, ventajas). Las </w:t>
            </w:r>
            <w:r>
              <w:rPr>
                <w:rStyle w:val="Hueco"/>
                <w:sz w:val="18"/>
              </w:rPr>
              <w:t>{llaves}</w:t>
            </w:r>
            <w:r>
              <w:rPr>
                <w:color w:val="4B586B"/>
                <w:sz w:val="18"/>
              </w:rPr>
              <w:t xml:space="preserve"> cambian en cada envío; si tu programa de gestión rellena datos solo, usa sus variables.</w:t>
            </w:r>
          </w:p>
        </w:tc>
      </w:tr>
      <w:tr>
        <w:trPr>
          <w:cantSplit/>
        </w:trPr>
        <w:tc>
          <w:tcPr>
            <w:tcW w:w="420" w:type="dxa"/>
          </w:tcPr>
          <w:p>
            <w:pPr>
              <w:keepLines/>
              <w:spacing w:before="0" w:after="60"/>
            </w:pPr>
            <w:r>
              <w:rPr>
                <w:b/>
                <w:color w:val="076B69"/>
                <w:sz w:val="20"/>
              </w:rPr>
              <w:t>3</w:t>
            </w:r>
          </w:p>
        </w:tc>
        <w:tc>
          <w:tcPr>
            <w:tcW w:w="9218" w:type="dxa"/>
          </w:tcPr>
          <w:p>
            <w:pPr>
              <w:keepLines/>
              <w:spacing w:before="0" w:after="60" w:line="283" w:lineRule="auto"/>
            </w:pPr>
            <w:r>
              <w:rPr>
                <w:b/>
                <w:color w:val="0B1220"/>
                <w:sz w:val="18"/>
              </w:rPr>
              <w:t>Léelo en voz alta.</w:t>
            </w:r>
            <w:r>
              <w:rPr>
                <w:color w:val="4B586B"/>
                <w:sz w:val="18"/>
              </w:rPr>
              <w:t xml:space="preserve"> Si no suena a ti, cámbialo. Si en tu centro habláis de usted o decís «box» o «estudio», adáptalo.</w:t>
            </w:r>
          </w:p>
        </w:tc>
      </w:tr>
    </w:tbl>
    <w:p>
      <w:pPr>
        <w:keepNext w:val="0"/>
        <w:keepLines/>
        <w:spacing w:before="0" w:after="0" w:lineRule="exact" w:line="80"/>
      </w:pPr>
      <w:r>
        <w:rPr>
          <w:sz w:val="4"/>
        </w:rPr>
      </w:r>
    </w:p>
    <w:p>
      <w:pPr>
        <w:pStyle w:val="Heading3"/>
        <w:keepLines/>
        <w:spacing w:before="0" w:after="100"/>
      </w:pPr>
      <w:r>
        <w:rPr/>
        <w:t>Los huecos</w:t>
      </w:r>
    </w:p>
    <w:tbl>
      <w:tblPr>
        <w:tblW w:w="9638" w:type="dxa"/>
        <w:jc w:val="left"/>
        <w:tblBorders>
          <w:top w:val="single" w:sz="4" w:space="0" w:color="E3E9F0"/>
          <w:bottom w:val="single" w:sz="4" w:space="0" w:color="E3E9F0"/>
          <w:insideH w:val="single" w:sz="4" w:space="0" w:color="E3E9F0"/>
        </w:tblBorders>
        <w:tblLayout w:type="fixed"/>
        <w:tblCellMar>
          <w:top w:w="32" w:type="dxa"/>
          <w:left w:w="0" w:type="dxa"/>
          <w:bottom w:w="32" w:type="dxa"/>
          <w:right w:w="90" w:type="dxa"/>
        </w:tblCellMar>
      </w:tblPr>
      <w:tblGrid>
        <w:gridCol w:w="1750"/>
        <w:gridCol w:w="3069"/>
        <w:gridCol w:w="1750"/>
        <w:gridCol w:w="3069"/>
      </w:tblGrid>
      <w:tr>
        <w:trPr>
          <w:cantSplit/>
        </w:trPr>
        <w:tc>
          <w:tcPr>
            <w:tcW w:w="1750" w:type="dxa"/>
            <w:vAlign w:val="center"/>
          </w:tcPr>
          <w:p>
            <w:pPr>
              <w:keepLines/>
              <w:spacing w:before="0" w:after="0"/>
            </w:pPr>
            <w:r>
              <w:rPr>
                <w:rStyle w:val="Hueco"/>
                <w:sz w:val="16"/>
              </w:rPr>
              <w:t>{nombre}</w:t>
            </w:r>
          </w:p>
        </w:tc>
        <w:tc>
          <w:tcPr>
            <w:tcW w:w="3069" w:type="dxa"/>
            <w:vAlign w:val="center"/>
          </w:tcPr>
          <w:p>
            <w:pPr>
              <w:keepLines/>
              <w:spacing w:before="0" w:after="0"/>
            </w:pPr>
            <w:r>
              <w:rPr>
                <w:color w:val="4B586B"/>
                <w:sz w:val="17"/>
              </w:rPr>
              <w:t>Nombre del socio</w:t>
            </w:r>
          </w:p>
        </w:tc>
        <w:tc>
          <w:tcPr>
            <w:tcW w:w="1750" w:type="dxa"/>
            <w:vAlign w:val="center"/>
          </w:tcPr>
          <w:p>
            <w:pPr>
              <w:keepLines/>
              <w:spacing w:before="0" w:after="0"/>
            </w:pPr>
            <w:r>
              <w:rPr>
                <w:rStyle w:val="Hueco"/>
                <w:sz w:val="16"/>
              </w:rPr>
              <w:t>{centro}</w:t>
            </w:r>
          </w:p>
        </w:tc>
        <w:tc>
          <w:tcPr>
            <w:tcW w:w="3069" w:type="dxa"/>
            <w:vAlign w:val="center"/>
          </w:tcPr>
          <w:p>
            <w:pPr>
              <w:keepLines/>
              <w:spacing w:before="0" w:after="0"/>
            </w:pPr>
            <w:r>
              <w:rPr>
                <w:color w:val="4B586B"/>
                <w:sz w:val="17"/>
              </w:rPr>
              <w:t>Nombre de tu centro</w:t>
            </w:r>
          </w:p>
        </w:tc>
      </w:tr>
      <w:tr>
        <w:trPr>
          <w:cantSplit/>
        </w:trPr>
        <w:tc>
          <w:tcPr>
            <w:tcW w:w="1750" w:type="dxa"/>
            <w:vAlign w:val="center"/>
          </w:tcPr>
          <w:p>
            <w:pPr>
              <w:keepLines/>
              <w:spacing w:before="0" w:after="0"/>
            </w:pPr>
            <w:r>
              <w:rPr>
                <w:rStyle w:val="Hueco"/>
                <w:sz w:val="16"/>
              </w:rPr>
              <w:t>{firma}</w:t>
            </w:r>
          </w:p>
        </w:tc>
        <w:tc>
          <w:tcPr>
            <w:tcW w:w="3069" w:type="dxa"/>
            <w:vAlign w:val="center"/>
          </w:tcPr>
          <w:p>
            <w:pPr>
              <w:keepLines/>
              <w:spacing w:before="0" w:after="0"/>
            </w:pPr>
            <w:r>
              <w:rPr>
                <w:color w:val="4B586B"/>
                <w:sz w:val="17"/>
              </w:rPr>
              <w:t>Tu nombre o el del equipo</w:t>
            </w:r>
          </w:p>
        </w:tc>
        <w:tc>
          <w:tcPr>
            <w:tcW w:w="1750" w:type="dxa"/>
            <w:vAlign w:val="center"/>
          </w:tcPr>
          <w:p>
            <w:pPr>
              <w:keepLines/>
              <w:spacing w:before="0" w:after="0"/>
            </w:pPr>
            <w:r>
              <w:rPr>
                <w:rStyle w:val="Hueco"/>
                <w:sz w:val="16"/>
              </w:rPr>
              <w:t>{entrenador}</w:t>
            </w:r>
          </w:p>
        </w:tc>
        <w:tc>
          <w:tcPr>
            <w:tcW w:w="3069" w:type="dxa"/>
            <w:vAlign w:val="center"/>
          </w:tcPr>
          <w:p>
            <w:pPr>
              <w:keepLines/>
              <w:spacing w:before="0" w:after="0"/>
            </w:pPr>
            <w:r>
              <w:rPr>
                <w:color w:val="4B586B"/>
                <w:sz w:val="17"/>
              </w:rPr>
              <w:t>Su entrenador o entrenadora</w:t>
            </w:r>
          </w:p>
        </w:tc>
      </w:tr>
      <w:tr>
        <w:trPr>
          <w:cantSplit/>
        </w:trPr>
        <w:tc>
          <w:tcPr>
            <w:tcW w:w="1750" w:type="dxa"/>
            <w:vAlign w:val="center"/>
          </w:tcPr>
          <w:p>
            <w:pPr>
              <w:keepLines/>
              <w:spacing w:before="0" w:after="0"/>
            </w:pPr>
            <w:r>
              <w:rPr>
                <w:rStyle w:val="Hueco"/>
                <w:sz w:val="16"/>
              </w:rPr>
              <w:t>{fecha}</w:t>
            </w:r>
          </w:p>
        </w:tc>
        <w:tc>
          <w:tcPr>
            <w:tcW w:w="3069" w:type="dxa"/>
            <w:vAlign w:val="center"/>
          </w:tcPr>
          <w:p>
            <w:pPr>
              <w:keepLines/>
              <w:spacing w:before="0" w:after="0"/>
            </w:pPr>
            <w:r>
              <w:rPr>
                <w:color w:val="4B586B"/>
                <w:sz w:val="17"/>
              </w:rPr>
              <w:t>Un día concreto: «lunes 12 de mayo»</w:t>
            </w:r>
          </w:p>
        </w:tc>
        <w:tc>
          <w:tcPr>
            <w:tcW w:w="1750" w:type="dxa"/>
            <w:vAlign w:val="center"/>
          </w:tcPr>
          <w:p>
            <w:pPr>
              <w:keepLines/>
              <w:spacing w:before="0" w:after="0"/>
            </w:pPr>
            <w:r>
              <w:rPr>
                <w:rStyle w:val="Hueco"/>
                <w:sz w:val="16"/>
              </w:rPr>
              <w:t>{hora}</w:t>
            </w:r>
          </w:p>
        </w:tc>
        <w:tc>
          <w:tcPr>
            <w:tcW w:w="3069" w:type="dxa"/>
            <w:vAlign w:val="center"/>
          </w:tcPr>
          <w:p>
            <w:pPr>
              <w:keepLines/>
              <w:spacing w:before="0" w:after="0"/>
            </w:pPr>
            <w:r>
              <w:rPr>
                <w:color w:val="4B586B"/>
                <w:sz w:val="17"/>
              </w:rPr>
              <w:t>Una hora: «19:00»</w:t>
            </w:r>
          </w:p>
        </w:tc>
      </w:tr>
      <w:tr>
        <w:trPr>
          <w:cantSplit/>
        </w:trPr>
        <w:tc>
          <w:tcPr>
            <w:tcW w:w="1750" w:type="dxa"/>
            <w:vAlign w:val="center"/>
          </w:tcPr>
          <w:p>
            <w:pPr>
              <w:keepLines/>
              <w:spacing w:before="0" w:after="0"/>
            </w:pPr>
            <w:r>
              <w:rPr>
                <w:rStyle w:val="Hueco"/>
                <w:sz w:val="16"/>
              </w:rPr>
              <w:t>{clase}</w:t>
            </w:r>
          </w:p>
        </w:tc>
        <w:tc>
          <w:tcPr>
            <w:tcW w:w="3069" w:type="dxa"/>
            <w:vAlign w:val="center"/>
          </w:tcPr>
          <w:p>
            <w:pPr>
              <w:keepLines/>
              <w:spacing w:before="0" w:after="0"/>
            </w:pPr>
            <w:r>
              <w:rPr>
                <w:color w:val="4B586B"/>
                <w:sz w:val="17"/>
              </w:rPr>
              <w:t>Clase o actividad</w:t>
            </w:r>
          </w:p>
        </w:tc>
        <w:tc>
          <w:tcPr>
            <w:tcW w:w="1750" w:type="dxa"/>
            <w:vAlign w:val="center"/>
          </w:tcPr>
          <w:p>
            <w:pPr>
              <w:keepLines/>
              <w:spacing w:before="0" w:after="0"/>
            </w:pPr>
            <w:r>
              <w:rPr>
                <w:rStyle w:val="Hueco"/>
                <w:sz w:val="16"/>
              </w:rPr>
              <w:t>{plan}</w:t>
            </w:r>
          </w:p>
        </w:tc>
        <w:tc>
          <w:tcPr>
            <w:tcW w:w="3069" w:type="dxa"/>
            <w:vAlign w:val="center"/>
          </w:tcPr>
          <w:p>
            <w:pPr>
              <w:keepLines/>
              <w:spacing w:before="0" w:after="0"/>
            </w:pPr>
            <w:r>
              <w:rPr>
                <w:color w:val="4B586B"/>
                <w:sz w:val="17"/>
              </w:rPr>
              <w:t>Cuota, bono o plan que tiene</w:t>
            </w:r>
          </w:p>
        </w:tc>
      </w:tr>
      <w:tr>
        <w:trPr>
          <w:cantSplit/>
        </w:trPr>
        <w:tc>
          <w:tcPr>
            <w:tcW w:w="1750" w:type="dxa"/>
            <w:vAlign w:val="center"/>
          </w:tcPr>
          <w:p>
            <w:pPr>
              <w:keepLines/>
              <w:spacing w:before="0" w:after="0"/>
            </w:pPr>
            <w:r>
              <w:rPr>
                <w:rStyle w:val="Hueco"/>
                <w:sz w:val="16"/>
              </w:rPr>
              <w:t>{importe}</w:t>
            </w:r>
          </w:p>
        </w:tc>
        <w:tc>
          <w:tcPr>
            <w:tcW w:w="3069" w:type="dxa"/>
            <w:vAlign w:val="center"/>
          </w:tcPr>
          <w:p>
            <w:pPr>
              <w:keepLines/>
              <w:spacing w:before="0" w:after="0"/>
            </w:pPr>
            <w:r>
              <w:rPr>
                <w:color w:val="4B586B"/>
                <w:sz w:val="17"/>
              </w:rPr>
              <w:t>Una cantidad: «39,90 €»</w:t>
            </w:r>
          </w:p>
        </w:tc>
        <w:tc>
          <w:tcPr>
            <w:tcW w:w="1750" w:type="dxa"/>
            <w:vAlign w:val="center"/>
          </w:tcPr>
          <w:p>
            <w:pPr>
              <w:keepLines/>
              <w:spacing w:before="0" w:after="0"/>
            </w:pPr>
            <w:r>
              <w:rPr>
                <w:rStyle w:val="Hueco"/>
                <w:sz w:val="16"/>
              </w:rPr>
              <w:t>{precio_actual}</w:t>
            </w:r>
          </w:p>
        </w:tc>
        <w:tc>
          <w:tcPr>
            <w:tcW w:w="3069" w:type="dxa"/>
            <w:vAlign w:val="center"/>
          </w:tcPr>
          <w:p>
            <w:pPr>
              <w:keepLines/>
              <w:spacing w:before="0" w:after="0"/>
            </w:pPr>
            <w:r>
              <w:rPr>
                <w:color w:val="4B586B"/>
                <w:sz w:val="17"/>
              </w:rPr>
              <w:t xml:space="preserve">Antes; el nuevo es </w:t>
            </w:r>
            <w:r>
              <w:rPr>
                <w:rStyle w:val="Hueco"/>
                <w:sz w:val="17"/>
              </w:rPr>
              <w:t>{precio_nuevo}</w:t>
            </w:r>
          </w:p>
        </w:tc>
      </w:tr>
      <w:tr>
        <w:trPr>
          <w:cantSplit/>
        </w:trPr>
        <w:tc>
          <w:tcPr>
            <w:tcW w:w="1750" w:type="dxa"/>
            <w:vAlign w:val="center"/>
          </w:tcPr>
          <w:p>
            <w:pPr>
              <w:keepLines/>
              <w:spacing w:before="0" w:after="0"/>
            </w:pPr>
            <w:r>
              <w:rPr>
                <w:rStyle w:val="Hueco"/>
                <w:sz w:val="16"/>
              </w:rPr>
              <w:t>{sesiones}</w:t>
            </w:r>
          </w:p>
        </w:tc>
        <w:tc>
          <w:tcPr>
            <w:tcW w:w="3069" w:type="dxa"/>
            <w:vAlign w:val="center"/>
          </w:tcPr>
          <w:p>
            <w:pPr>
              <w:keepLines/>
              <w:spacing w:before="0" w:after="0"/>
            </w:pPr>
            <w:r>
              <w:rPr>
                <w:color w:val="4B586B"/>
                <w:sz w:val="17"/>
              </w:rPr>
              <w:t>Sesiones que le quedan</w:t>
            </w:r>
          </w:p>
        </w:tc>
        <w:tc>
          <w:tcPr>
            <w:tcW w:w="1750" w:type="dxa"/>
            <w:vAlign w:val="center"/>
          </w:tcPr>
          <w:p>
            <w:pPr>
              <w:keepLines/>
              <w:spacing w:before="0" w:after="0"/>
            </w:pPr>
            <w:r>
              <w:rPr>
                <w:rStyle w:val="Hueco"/>
                <w:sz w:val="16"/>
              </w:rPr>
              <w:t>{visitas}</w:t>
            </w:r>
          </w:p>
        </w:tc>
        <w:tc>
          <w:tcPr>
            <w:tcW w:w="3069" w:type="dxa"/>
            <w:vAlign w:val="center"/>
          </w:tcPr>
          <w:p>
            <w:pPr>
              <w:keepLines/>
              <w:spacing w:before="0" w:after="0"/>
            </w:pPr>
            <w:r>
              <w:rPr>
                <w:color w:val="4B586B"/>
                <w:sz w:val="17"/>
              </w:rPr>
              <w:t>Veces que ha venido</w:t>
            </w:r>
          </w:p>
        </w:tc>
      </w:tr>
      <w:tr>
        <w:trPr>
          <w:cantSplit/>
        </w:trPr>
        <w:tc>
          <w:tcPr>
            <w:tcW w:w="1750" w:type="dxa"/>
            <w:vAlign w:val="center"/>
          </w:tcPr>
          <w:p>
            <w:pPr>
              <w:keepLines/>
              <w:spacing w:before="0" w:after="0"/>
            </w:pPr>
            <w:r>
              <w:rPr>
                <w:rStyle w:val="Hueco"/>
                <w:sz w:val="16"/>
              </w:rPr>
              <w:t>{enlace}</w:t>
            </w:r>
          </w:p>
        </w:tc>
        <w:tc>
          <w:tcPr>
            <w:tcW w:w="3069" w:type="dxa"/>
            <w:vAlign w:val="center"/>
          </w:tcPr>
          <w:p>
            <w:pPr>
              <w:keepLines/>
              <w:spacing w:before="0" w:after="0"/>
            </w:pPr>
            <w:r>
              <w:rPr>
                <w:color w:val="4B586B"/>
                <w:sz w:val="17"/>
              </w:rPr>
              <w:t>Enlace para pagar, reservar u opinar</w:t>
            </w:r>
          </w:p>
        </w:tc>
        <w:tc>
          <w:tcPr>
            <w:tcW w:w="1750" w:type="dxa"/>
            <w:vAlign w:val="center"/>
          </w:tcPr>
          <w:p>
            <w:pPr>
              <w:keepLines/>
              <w:spacing w:before="0" w:after="0"/>
            </w:pPr>
            <w:r>
              <w:rPr>
                <w:rStyle w:val="Hueco"/>
                <w:sz w:val="16"/>
              </w:rPr>
              <w:t>{telefono}</w:t>
            </w:r>
          </w:p>
        </w:tc>
        <w:tc>
          <w:tcPr>
            <w:tcW w:w="3069" w:type="dxa"/>
            <w:vAlign w:val="center"/>
          </w:tcPr>
          <w:p>
            <w:pPr>
              <w:keepLines/>
              <w:spacing w:before="0" w:after="0"/>
            </w:pPr>
            <w:r>
              <w:rPr>
                <w:color w:val="4B586B"/>
                <w:sz w:val="17"/>
              </w:rPr>
              <w:t>Teléfono del centro</w:t>
            </w:r>
          </w:p>
        </w:tc>
      </w:tr>
      <w:tr>
        <w:trPr>
          <w:cantSplit/>
        </w:trPr>
        <w:tc>
          <w:tcPr>
            <w:tcW w:w="1750" w:type="dxa"/>
            <w:vAlign w:val="center"/>
          </w:tcPr>
          <w:p>
            <w:pPr>
              <w:keepLines/>
              <w:spacing w:before="0" w:after="0"/>
            </w:pPr>
            <w:r>
              <w:rPr>
                <w:rStyle w:val="Hueco"/>
                <w:sz w:val="16"/>
              </w:rPr>
              <w:t>{amigo}</w:t>
            </w:r>
          </w:p>
        </w:tc>
        <w:tc>
          <w:tcPr>
            <w:tcW w:w="3069" w:type="dxa"/>
            <w:vAlign w:val="center"/>
          </w:tcPr>
          <w:p>
            <w:pPr>
              <w:keepLines/>
              <w:spacing w:before="0" w:after="0"/>
            </w:pPr>
            <w:r>
              <w:rPr>
                <w:color w:val="4B586B"/>
                <w:sz w:val="17"/>
              </w:rPr>
              <w:t>Quien viene recomendado</w:t>
            </w:r>
          </w:p>
        </w:tc>
        <w:tc>
          <w:tcPr>
            <w:tcW w:w="1750" w:type="dxa"/>
            <w:vAlign w:val="center"/>
          </w:tcPr>
          <w:p>
            <w:pPr>
              <w:keepLines/>
              <w:spacing w:before="0" w:after="0"/>
            </w:pPr>
            <w:r>
              <w:rPr>
                <w:rStyle w:val="Hueco"/>
                <w:sz w:val="16"/>
              </w:rPr>
              <w:t>[EN MAYÚSCULAS]</w:t>
            </w:r>
          </w:p>
        </w:tc>
        <w:tc>
          <w:tcPr>
            <w:tcW w:w="3069" w:type="dxa"/>
            <w:vAlign w:val="center"/>
          </w:tcPr>
          <w:p>
            <w:pPr>
              <w:keepLines/>
              <w:spacing w:before="0" w:after="0"/>
            </w:pPr>
            <w:r>
              <w:rPr>
                <w:color w:val="4B586B"/>
                <w:sz w:val="17"/>
              </w:rPr>
              <w:t>Lo escribes tú; tras «:», un ejemplo</w:t>
            </w:r>
          </w:p>
        </w:tc>
      </w:tr>
    </w:tbl>
    <w:p>
      <w:pPr>
        <w:keepNext w:val="0"/>
        <w:keepLines/>
        <w:spacing w:before="0" w:after="0" w:lineRule="exact" w:line="160"/>
      </w:pPr>
      <w:r>
        <w:rPr>
          <w:sz w:val="4"/>
        </w:rPr>
      </w:r>
    </w:p>
    <w:p>
      <w:pPr>
        <w:pStyle w:val="Heading3"/>
        <w:keepLines/>
        <w:spacing w:before="0" w:after="100"/>
      </w:pPr>
      <w:r>
        <w:rPr/>
        <w:t>Una regla por canal</w:t>
      </w:r>
    </w:p>
    <w:tbl>
      <w:tblPr>
        <w:tblW w:w="9638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106"/>
        <w:gridCol w:w="160"/>
        <w:gridCol w:w="3106"/>
        <w:gridCol w:w="160"/>
        <w:gridCol w:w="3106"/>
      </w:tblGrid>
      <w:tr>
        <w:trPr>
          <w:cantSplit/>
        </w:trPr>
        <w:tc>
          <w:tcPr>
            <w:tcW w:w="3106" w:type="dxa"/>
            <w:tcBorders>
              <w:top w:val="single" w:sz="18" w:space="0" w:color="0F6B47"/>
              <w:left w:val="nil"/>
              <w:bottom w:val="nil"/>
              <w:right w:val="nil"/>
            </w:tcBorders>
            <w:shd w:val="clear" w:color="auto" w:fill="F6F8FB"/>
            <w:tcMar>
              <w:top w:w="100" w:type="dxa"/>
              <w:left w:w="160" w:type="dxa"/>
              <w:bottom w:w="110" w:type="dxa"/>
              <w:right w:w="160" w:type="dxa"/>
            </w:tcMar>
          </w:tcPr>
          <w:p>
            <w:pPr>
              <w:keepLines/>
              <w:spacing w:before="0" w:after="60"/>
            </w:pPr>
            <w:r>
              <w:rPr>
                <w:color w:val="0F6B47"/>
                <w:sz w:val="14"/>
              </w:rPr>
              <w:t xml:space="preserve">● </w:t>
            </w:r>
            <w:r>
              <w:rPr>
                <w:b/>
                <w:color w:val="0B1220"/>
                <w:spacing w:val="12"/>
                <w:sz w:val="14"/>
              </w:rPr>
              <w:t>WHATSAPP</w:t>
            </w:r>
          </w:p>
          <w:p>
            <w:pPr>
              <w:keepLines/>
              <w:spacing w:before="0" w:after="60"/>
            </w:pPr>
            <w:r>
              <w:rPr>
                <w:b/>
                <w:color w:val="0B1220"/>
                <w:sz w:val="20"/>
              </w:rPr>
              <w:t>Corto y con consentimiento</w:t>
            </w:r>
          </w:p>
          <w:p>
            <w:pPr>
              <w:keepLines/>
              <w:spacing w:before="0" w:after="0" w:line="288" w:lineRule="auto"/>
            </w:pPr>
            <w:r>
              <w:rPr>
                <w:color w:val="4B586B"/>
                <w:sz w:val="17"/>
              </w:rPr>
              <w:t>Solo a quien te dio su número para esto. Un mensaje, no tres, y nunca datos de pago.</w:t>
            </w:r>
          </w:p>
        </w:tc>
        <w:tc>
          <w:tcPr>
            <w:tcW w:w="160" w:type="dxa"/>
          </w:tcPr>
          <w:p/>
        </w:tc>
        <w:tc>
          <w:tcPr>
            <w:tcW w:w="3106" w:type="dxa"/>
            <w:tcBorders>
              <w:top w:val="single" w:sz="18" w:space="0" w:color="4F82EC"/>
              <w:left w:val="nil"/>
              <w:bottom w:val="nil"/>
              <w:right w:val="nil"/>
            </w:tcBorders>
            <w:shd w:val="clear" w:color="auto" w:fill="F6F8FB"/>
            <w:tcMar>
              <w:top w:w="100" w:type="dxa"/>
              <w:left w:w="160" w:type="dxa"/>
              <w:bottom w:w="110" w:type="dxa"/>
              <w:right w:w="160" w:type="dxa"/>
            </w:tcMar>
          </w:tcPr>
          <w:p>
            <w:pPr>
              <w:keepLines/>
              <w:spacing w:before="0" w:after="60"/>
            </w:pPr>
            <w:r>
              <w:rPr>
                <w:color w:val="4F82EC"/>
                <w:sz w:val="14"/>
              </w:rPr>
              <w:t xml:space="preserve">● </w:t>
            </w:r>
            <w:r>
              <w:rPr>
                <w:b/>
                <w:color w:val="0B1220"/>
                <w:spacing w:val="12"/>
                <w:sz w:val="14"/>
              </w:rPr>
              <w:t>EMAIL</w:t>
            </w:r>
          </w:p>
          <w:p>
            <w:pPr>
              <w:keepLines/>
              <w:spacing w:before="0" w:after="60"/>
            </w:pPr>
            <w:r>
              <w:rPr>
                <w:b/>
                <w:color w:val="0B1220"/>
                <w:sz w:val="20"/>
              </w:rPr>
              <w:t>Asunto claro</w:t>
            </w:r>
          </w:p>
          <w:p>
            <w:pPr>
              <w:keepLines/>
              <w:spacing w:before="0" w:after="0" w:line="288" w:lineRule="auto"/>
            </w:pPr>
            <w:r>
              <w:rPr>
                <w:color w:val="4B586B"/>
                <w:sz w:val="17"/>
              </w:rPr>
              <w:t>Que se entienda sin abrirlo: «Tu cuota de mayo», no «Información importante».</w:t>
            </w:r>
          </w:p>
        </w:tc>
        <w:tc>
          <w:tcPr>
            <w:tcW w:w="160" w:type="dxa"/>
          </w:tcPr>
          <w:p/>
        </w:tc>
        <w:tc>
          <w:tcPr>
            <w:tcW w:w="3106" w:type="dxa"/>
            <w:tcBorders>
              <w:top w:val="single" w:sz="18" w:space="0" w:color="4A3CCF"/>
              <w:left w:val="nil"/>
              <w:bottom w:val="nil"/>
              <w:right w:val="nil"/>
            </w:tcBorders>
            <w:shd w:val="clear" w:color="auto" w:fill="F6F8FB"/>
            <w:tcMar>
              <w:top w:w="100" w:type="dxa"/>
              <w:left w:w="160" w:type="dxa"/>
              <w:bottom w:w="110" w:type="dxa"/>
              <w:right w:w="160" w:type="dxa"/>
            </w:tcMar>
          </w:tcPr>
          <w:p>
            <w:pPr>
              <w:keepLines/>
              <w:spacing w:before="0" w:after="60"/>
            </w:pPr>
            <w:r>
              <w:rPr>
                <w:color w:val="4A3CCF"/>
                <w:sz w:val="14"/>
              </w:rPr>
              <w:t xml:space="preserve">● </w:t>
            </w:r>
            <w:r>
              <w:rPr>
                <w:b/>
                <w:color w:val="0B1220"/>
                <w:spacing w:val="12"/>
                <w:sz w:val="14"/>
              </w:rPr>
              <w:t>NOTIFICACIÓN</w:t>
            </w:r>
          </w:p>
          <w:p>
            <w:pPr>
              <w:keepLines/>
              <w:spacing w:before="0" w:after="60"/>
            </w:pPr>
            <w:r>
              <w:rPr>
                <w:b/>
                <w:color w:val="0B1220"/>
                <w:sz w:val="20"/>
              </w:rPr>
              <w:t>120 caracteres como máximo</w:t>
            </w:r>
          </w:p>
          <w:p>
            <w:pPr>
              <w:keepLines/>
              <w:spacing w:before="0" w:after="0" w:line="288" w:lineRule="auto"/>
            </w:pPr>
            <w:r>
              <w:rPr>
                <w:color w:val="4B586B"/>
                <w:sz w:val="17"/>
              </w:rPr>
              <w:t>Lo esencial al principio: qué y cuándo. Si necesita más, que sea un email.</w:t>
            </w:r>
          </w:p>
        </w:tc>
      </w:tr>
    </w:tbl>
    <w:p>
      <w:pPr>
        <w:keepNext w:val="0"/>
        <w:keepLines/>
        <w:spacing w:before="0" w:after="0" w:lineRule="exact" w:line="160"/>
      </w:pPr>
      <w:r>
        <w:rPr>
          <w:sz w:val="4"/>
        </w:rPr>
      </w:r>
    </w:p>
    <w:p>
      <w:pPr>
        <w:pStyle w:val="Heading3"/>
        <w:keepLines/>
        <w:spacing w:before="0" w:after="100"/>
      </w:pPr>
      <w:r>
        <w:rPr/>
        <w:t xml:space="preserve">Cuándo enviar cada tipo </w:t>
      </w:r>
      <w:r>
        <w:rPr>
          <w:b w:val="0"/>
          <w:color w:val="5C697D"/>
          <w:sz w:val="17"/>
        </w:rPr>
        <w:t>(orientativo; por WhatsApp, nunca antes de las 9:00 ni después de las 21:00)</w:t>
      </w:r>
    </w:p>
    <w:tbl>
      <w:tblPr>
        <w:tblW w:w="9638" w:type="dxa"/>
        <w:jc w:val="left"/>
        <w:tblBorders>
          <w:top w:val="single" w:sz="4" w:space="0" w:color="E3E9F0"/>
          <w:bottom w:val="single" w:sz="4" w:space="0" w:color="E3E9F0"/>
          <w:insideH w:val="single" w:sz="4" w:space="0" w:color="E3E9F0"/>
        </w:tblBorders>
        <w:tblLayout w:type="fixed"/>
        <w:tblCellMar>
          <w:top w:w="40" w:type="dxa"/>
          <w:left w:w="0" w:type="dxa"/>
          <w:bottom w:w="40" w:type="dxa"/>
          <w:right w:w="90" w:type="dxa"/>
        </w:tblCellMar>
      </w:tblPr>
      <w:tblGrid>
        <w:gridCol w:w="1840"/>
        <w:gridCol w:w="2979"/>
        <w:gridCol w:w="1840"/>
        <w:gridCol w:w="2979"/>
      </w:tblGrid>
      <w:tr>
        <w:trPr>
          <w:cantSplit/>
        </w:trPr>
        <w:tc>
          <w:tcPr>
            <w:tcW w:w="1840" w:type="dxa"/>
            <w:vAlign w:val="center"/>
          </w:tcPr>
          <w:p>
            <w:pPr>
              <w:keepLines/>
              <w:spacing w:before="0" w:after="0"/>
            </w:pPr>
            <w:r>
              <w:rPr>
                <w:b/>
                <w:color w:val="0B1220"/>
                <w:sz w:val="17"/>
              </w:rPr>
              <w:t>Bienvenida y seguimiento</w:t>
            </w:r>
          </w:p>
        </w:tc>
        <w:tc>
          <w:tcPr>
            <w:tcW w:w="2979" w:type="dxa"/>
            <w:vAlign w:val="center"/>
          </w:tcPr>
          <w:p>
            <w:pPr>
              <w:keepLines/>
              <w:spacing w:before="0" w:after="0"/>
            </w:pPr>
            <w:r>
              <w:rPr>
                <w:color w:val="4B586B"/>
                <w:sz w:val="17"/>
              </w:rPr>
              <w:t>El mismo día, a media mañana o a media tarde.</w:t>
            </w:r>
          </w:p>
        </w:tc>
        <w:tc>
          <w:tcPr>
            <w:tcW w:w="1840" w:type="dxa"/>
            <w:vAlign w:val="center"/>
          </w:tcPr>
          <w:p>
            <w:pPr>
              <w:keepLines/>
              <w:spacing w:before="0" w:after="0"/>
            </w:pPr>
            <w:r>
              <w:rPr>
                <w:b/>
                <w:color w:val="0B1220"/>
                <w:sz w:val="17"/>
              </w:rPr>
              <w:t>Recordatorios de clase</w:t>
            </w:r>
          </w:p>
        </w:tc>
        <w:tc>
          <w:tcPr>
            <w:tcW w:w="2979" w:type="dxa"/>
            <w:vAlign w:val="center"/>
          </w:tcPr>
          <w:p>
            <w:pPr>
              <w:keepLines/>
              <w:spacing w:before="0" w:after="0"/>
            </w:pPr>
            <w:r>
              <w:rPr>
                <w:color w:val="4B586B"/>
                <w:sz w:val="17"/>
              </w:rPr>
              <w:t>2–3 h antes; la tarde anterior si es a primera hora.</w:t>
            </w:r>
          </w:p>
        </w:tc>
      </w:tr>
      <w:tr>
        <w:trPr>
          <w:cantSplit/>
        </w:trPr>
        <w:tc>
          <w:tcPr>
            <w:tcW w:w="1840" w:type="dxa"/>
            <w:vAlign w:val="center"/>
          </w:tcPr>
          <w:p>
            <w:pPr>
              <w:keepLines/>
              <w:spacing w:before="0" w:after="0"/>
            </w:pPr>
            <w:r>
              <w:rPr>
                <w:b/>
                <w:color w:val="0B1220"/>
                <w:sz w:val="17"/>
              </w:rPr>
              <w:t>Cobros e impagos</w:t>
            </w:r>
          </w:p>
        </w:tc>
        <w:tc>
          <w:tcPr>
            <w:tcW w:w="2979" w:type="dxa"/>
            <w:vAlign w:val="center"/>
          </w:tcPr>
          <w:p>
            <w:pPr>
              <w:keepLines/>
              <w:spacing w:before="0" w:after="0"/>
            </w:pPr>
            <w:r>
              <w:rPr>
                <w:color w:val="4B586B"/>
                <w:sz w:val="17"/>
              </w:rPr>
              <w:t>Laborables por la mañana. Evita viernes noche y festivos.</w:t>
            </w:r>
          </w:p>
        </w:tc>
        <w:tc>
          <w:tcPr>
            <w:tcW w:w="1840" w:type="dxa"/>
            <w:vAlign w:val="center"/>
          </w:tcPr>
          <w:p>
            <w:pPr>
              <w:keepLines/>
              <w:spacing w:before="0" w:after="0"/>
            </w:pPr>
            <w:r>
              <w:rPr>
                <w:b/>
                <w:color w:val="0B1220"/>
                <w:sz w:val="17"/>
              </w:rPr>
              <w:t>Motivación y cumpleaños</w:t>
            </w:r>
          </w:p>
        </w:tc>
        <w:tc>
          <w:tcPr>
            <w:tcW w:w="2979" w:type="dxa"/>
            <w:vAlign w:val="center"/>
          </w:tcPr>
          <w:p>
            <w:pPr>
              <w:keepLines/>
              <w:spacing w:before="0" w:after="0"/>
            </w:pPr>
            <w:r>
              <w:rPr>
                <w:color w:val="4B586B"/>
                <w:sz w:val="17"/>
              </w:rPr>
              <w:t>Por la mañana, el mismo día del hito.</w:t>
            </w:r>
          </w:p>
        </w:tc>
      </w:tr>
      <w:tr>
        <w:trPr>
          <w:cantSplit/>
        </w:trPr>
        <w:tc>
          <w:tcPr>
            <w:tcW w:w="1840" w:type="dxa"/>
            <w:vAlign w:val="center"/>
          </w:tcPr>
          <w:p>
            <w:pPr>
              <w:keepLines/>
              <w:spacing w:before="0" w:after="0"/>
            </w:pPr>
            <w:r>
              <w:rPr>
                <w:b/>
                <w:color w:val="0B1220"/>
                <w:sz w:val="17"/>
              </w:rPr>
              <w:t>Ausencias y bajas</w:t>
            </w:r>
          </w:p>
        </w:tc>
        <w:tc>
          <w:tcPr>
            <w:tcW w:w="2979" w:type="dxa"/>
            <w:vAlign w:val="center"/>
          </w:tcPr>
          <w:p>
            <w:pPr>
              <w:keepLines/>
              <w:spacing w:before="0" w:after="0"/>
            </w:pPr>
            <w:r>
              <w:rPr>
                <w:color w:val="4B586B"/>
                <w:sz w:val="17"/>
              </w:rPr>
              <w:t>Entre semana, a primera hora de la tarde.</w:t>
            </w:r>
          </w:p>
        </w:tc>
        <w:tc>
          <w:tcPr>
            <w:tcW w:w="1840" w:type="dxa"/>
            <w:vAlign w:val="center"/>
          </w:tcPr>
          <w:p>
            <w:pPr>
              <w:keepLines/>
              <w:spacing w:before="0" w:after="0"/>
            </w:pPr>
            <w:r>
              <w:rPr>
                <w:b/>
                <w:color w:val="0B1220"/>
                <w:sz w:val="17"/>
              </w:rPr>
              <w:t>Avisos del centro</w:t>
            </w:r>
          </w:p>
        </w:tc>
        <w:tc>
          <w:tcPr>
            <w:tcW w:w="2979" w:type="dxa"/>
            <w:vAlign w:val="center"/>
          </w:tcPr>
          <w:p>
            <w:pPr>
              <w:keepLines/>
              <w:spacing w:before="0" w:after="0"/>
            </w:pPr>
            <w:r>
              <w:rPr>
                <w:color w:val="4B586B"/>
                <w:sz w:val="17"/>
              </w:rPr>
              <w:t>Una semana antes y un recordatorio la víspera.</w:t>
            </w:r>
          </w:p>
        </w:tc>
      </w:tr>
    </w:tbl>
    <w:p>
      <w:pPr>
        <w:keepNext w:val="0"/>
        <w:keepLines/>
        <w:spacing w:before="0" w:after="0" w:lineRule="exact" w:line="240"/>
      </w:pPr>
      <w:r>
        <w:rPr>
          <w:sz w:val="4"/>
        </w:rPr>
      </w:r>
    </w:p>
    <w:tbl>
      <w:tblPr>
        <w:tblW w:w="9638" w:type="dxa"/>
        <w:jc w:val="left"/>
        <w:tblBorders>
          <w:top w:val="nil"/>
          <w:left w:val="single" w:sz="24" w:space="0" w:color="C9284A"/>
          <w:bottom w:val="nil"/>
          <w:right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638"/>
      </w:tblGrid>
      <w:tr>
        <w:trPr>
          <w:cantSplit/>
        </w:trPr>
        <w:tc>
          <w:tcPr>
            <w:tcW w:w="9638" w:type="dxa"/>
            <w:shd w:val="clear" w:color="auto" w:fill="FFE8ED"/>
            <w:tcMar>
              <w:top w:w="120" w:type="dxa"/>
              <w:left w:w="220" w:type="dxa"/>
              <w:bottom w:w="130" w:type="dxa"/>
              <w:right w:w="220" w:type="dxa"/>
            </w:tcMar>
          </w:tcPr>
          <w:p>
            <w:pPr>
              <w:keepLines/>
              <w:spacing w:before="0" w:after="60"/>
            </w:pPr>
            <w:r>
              <w:rPr>
                <w:b/>
                <w:color w:val="0B1220"/>
                <w:sz w:val="20"/>
              </w:rPr>
              <w:t>Respeta el consentimiento</w:t>
            </w:r>
          </w:p>
          <w:p>
            <w:pPr>
              <w:keepLines/>
              <w:spacing w:before="0" w:after="60" w:line="300" w:lineRule="auto"/>
            </w:pPr>
            <w:r>
              <w:rPr>
                <w:color w:val="4B586B"/>
                <w:sz w:val="17"/>
              </w:rPr>
              <w:t>Los mensajes de servicio (reservas, cobros, avisos, cambios en su cuota) forman parte de la relación con tu socio. Los comerciales (ofertas, «trae a alguien», escribir a exsocios) solo a quien los aceptó, y siempre con una forma fácil de dejar de recibirlos. En esta guía van marcados con «Requiere consentimiento».</w:t>
            </w:r>
          </w:p>
          <w:p>
            <w:pPr>
              <w:keepLines/>
              <w:spacing w:before="0" w:after="0"/>
            </w:pPr>
            <w:r>
              <w:rPr>
                <w:b/>
                <w:color w:val="C9284A"/>
                <w:sz w:val="16"/>
              </w:rPr>
              <w:t>Orientativo: revisa con tu asesoría cómo recoges y guardas ese consentimiento.</w:t>
            </w:r>
          </w:p>
        </w:tc>
      </w:tr>
    </w:tbl>
    <w:p>
      <w:pPr>
        <w:spacing w:before="0" w:after="0" w:lineRule="exact" w:line="20"/>
        <w:rPr>
          <w:sz w:val="2"/>
        </w:rPr>
        <w:sectPr>
          <w:footerReference w:type="default" r:id="rId9"/>
          <w:pgSz w:w="11906" w:h="16838"/>
          <w:pgMar w:top="907" w:right="1134" w:bottom="1077" w:left="1134" w:header="510" w:footer="454" w:gutter="0"/>
          <w:cols w:space="720"/>
          <w:docGrid w:linePitch="360"/>
        </w:sectPr>
      </w:pPr>
    </w:p>
    <w:tbl>
      <w:tblPr>
        <w:tblW w:w="9638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900"/>
        <w:gridCol w:w="6738"/>
      </w:tblGrid>
      <w:tr>
        <w:trPr>
          <w:cantSplit/>
          <w:trHeight w:val="1000" w:hRule="exact"/>
        </w:trPr>
        <w:tc>
          <w:tcPr>
            <w:tcW w:w="2900" w:type="dxa"/>
            <w:tcBorders>
              <w:top w:val="dashed" w:sz="6" w:space="0" w:color="A9B4C4"/>
              <w:left w:val="dashed" w:sz="6" w:space="0" w:color="A9B4C4"/>
              <w:bottom w:val="dashed" w:sz="6" w:space="0" w:color="A9B4C4"/>
              <w:right w:val="dashed" w:sz="6" w:space="0" w:color="A9B4C4"/>
            </w:tcBorders>
            <w:vAlign w:val="center"/>
          </w:tcPr>
          <w:p>
            <w:pPr>
              <w:keepLines/>
              <w:spacing w:before="0" w:after="0"/>
              <w:jc w:val="center"/>
            </w:pPr>
            <w:r>
              <w:rPr>
                <w:b/>
                <w:color w:val="8A96A8"/>
                <w:spacing w:val="12"/>
                <w:sz w:val="16"/>
              </w:rPr>
              <w:t>TU LOGO AQUÍ</w:t>
            </w:r>
          </w:p>
        </w:tc>
        <w:tc>
          <w:tcPr>
            <w:tcW w:w="6738" w:type="dxa"/>
            <w:vAlign w:val="center"/>
          </w:tcPr>
          <w:p>
            <w:pPr>
              <w:keepLines/>
              <w:spacing w:before="0" w:after="0"/>
              <w:jc w:val="right"/>
            </w:pPr>
            <w:r>
              <w:rPr>
                <w:color w:val="5C697D"/>
                <w:sz w:val="18"/>
              </w:rPr>
              <w:t xml:space="preserve">Guía para el equipo de </w:t>
            </w:r>
            <w:r>
              <w:rPr>
                <w:rStyle w:val="Hueco"/>
                <w:sz w:val="18"/>
              </w:rPr>
              <w:t>[NOMBRE DEL CENTRO]</w:t>
            </w:r>
          </w:p>
        </w:tc>
      </w:tr>
    </w:tbl>
    <w:p>
      <w:pPr>
        <w:keepNext w:val="0"/>
        <w:keepLines/>
        <w:spacing w:before="0" w:after="0" w:lineRule="exact" w:line="1280"/>
      </w:pPr>
      <w:r>
        <w:rPr>
          <w:sz w:val="4"/>
        </w:rPr>
      </w:r>
    </w:p>
    <w:p>
      <w:pPr>
        <w:keepNext/>
        <w:keepLines/>
        <w:spacing w:before="0" w:after="200"/>
      </w:pPr>
      <w:r>
        <w:rPr>
          <w:b/>
          <w:color w:val="076B69"/>
          <w:spacing w:val="24"/>
          <w:sz w:val="17"/>
        </w:rPr>
        <w:t>PLANTILLAS DE COMUNICACIÓN CON SOCIOS</w:t>
      </w:r>
    </w:p>
    <w:p>
      <w:pPr>
        <w:pStyle w:val="Title"/>
        <w:keepNext/>
        <w:keepLines/>
        <w:spacing w:before="0" w:after="240"/>
      </w:pPr>
      <w:r>
        <w:rPr>
          <w:color w:val="076B69"/>
        </w:rPr>
        <w:t>50</w:t>
      </w:r>
      <w:r>
        <w:rPr/>
        <w:t xml:space="preserve"> mensajes</w:t>
        <w:br/>
      </w:r>
      <w:r>
        <w:rPr/>
        <w:t>para tus socios</w:t>
      </w:r>
    </w:p>
    <w:p>
      <w:pPr>
        <w:keepNext/>
        <w:keepLines/>
        <w:spacing w:before="0" w:after="520" w:line="312" w:lineRule="auto"/>
      </w:pPr>
      <w:r>
        <w:rPr>
          <w:color w:val="4B586B"/>
          <w:sz w:val="27"/>
        </w:rPr>
        <w:t>WhatsApp, email y notificaciones listos para copiar y pegar en cada momento del socio: del primer día a la renovación, y también cuando deja de venir.</w:t>
      </w:r>
    </w:p>
    <w:p>
      <w:pPr>
        <w:keepNext/>
        <w:keepLines/>
        <w:spacing w:before="0" w:after="440"/>
      </w:pPr>
      <w:r>
        <w:drawing>
          <wp:inline xmlns:a="http://schemas.openxmlformats.org/drawingml/2006/main" xmlns:pic="http://schemas.openxmlformats.org/drawingml/2006/picture">
            <wp:extent cx="6120000" cy="338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ensajes-socios-portada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w="9638" w:type="dxa"/>
        <w:jc w:val="left"/>
        <w:tblBorders>
          <w:top w:val="nil"/>
          <w:left w:val="nil"/>
          <w:bottom w:val="nil"/>
          <w:right w:val="nil"/>
          <w:insideV w:val="single" w:sz="4" w:space="0" w:color="E3E9F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212"/>
        <w:gridCol w:w="3212"/>
        <w:gridCol w:w="3214"/>
      </w:tblGrid>
      <w:tr>
        <w:trPr>
          <w:cantSplit/>
        </w:trPr>
        <w:tc>
          <w:tcPr>
            <w:tcW w:w="3212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>
            <w:pPr>
              <w:keepLines/>
              <w:spacing w:before="0" w:after="20"/>
            </w:pPr>
            <w:r>
              <w:rPr>
                <w:b/>
                <w:color w:val="0B1220"/>
                <w:sz w:val="48"/>
              </w:rPr>
              <w:t>50</w:t>
            </w:r>
          </w:p>
          <w:p>
            <w:pPr>
              <w:keepLines/>
              <w:spacing w:before="0" w:after="0"/>
            </w:pPr>
            <w:r>
              <w:rPr>
                <w:color w:val="4B586B"/>
                <w:sz w:val="18"/>
              </w:rPr>
              <w:t>mensajes listos para copiar</w:t>
            </w:r>
          </w:p>
        </w:tc>
        <w:tc>
          <w:tcPr>
            <w:tcW w:w="3212" w:type="dxa"/>
            <w:tcMar>
              <w:top w:w="0" w:type="dxa"/>
              <w:left w:w="260" w:type="dxa"/>
              <w:bottom w:w="0" w:type="dxa"/>
              <w:right w:w="120" w:type="dxa"/>
            </w:tcMar>
          </w:tcPr>
          <w:p>
            <w:pPr>
              <w:keepLines/>
              <w:spacing w:before="0" w:after="20"/>
            </w:pPr>
            <w:r>
              <w:rPr>
                <w:b/>
                <w:color w:val="0B1220"/>
                <w:sz w:val="48"/>
              </w:rPr>
              <w:t>11</w:t>
            </w:r>
          </w:p>
          <w:p>
            <w:pPr>
              <w:keepLines/>
              <w:spacing w:before="0" w:after="0"/>
            </w:pPr>
            <w:r>
              <w:rPr>
                <w:color w:val="4B586B"/>
                <w:sz w:val="18"/>
              </w:rPr>
              <w:t>momentos del viaje del socio</w:t>
            </w:r>
          </w:p>
        </w:tc>
        <w:tc>
          <w:tcPr>
            <w:tcW w:w="3214" w:type="dxa"/>
            <w:tcMar>
              <w:top w:w="0" w:type="dxa"/>
              <w:left w:w="260" w:type="dxa"/>
              <w:bottom w:w="0" w:type="dxa"/>
              <w:right w:w="120" w:type="dxa"/>
            </w:tcMar>
          </w:tcPr>
          <w:p>
            <w:pPr>
              <w:keepLines/>
              <w:spacing w:before="0" w:after="20"/>
            </w:pPr>
            <w:r>
              <w:rPr>
                <w:b/>
                <w:color w:val="0B1220"/>
                <w:sz w:val="48"/>
              </w:rPr>
              <w:t>3</w:t>
            </w:r>
          </w:p>
          <w:p>
            <w:pPr>
              <w:keepLines/>
              <w:spacing w:before="0" w:after="0"/>
            </w:pPr>
            <w:r>
              <w:rPr>
                <w:color w:val="4B586B"/>
                <w:sz w:val="18"/>
              </w:rPr>
              <w:t>canales: WhatsApp, email y app</w:t>
            </w:r>
          </w:p>
        </w:tc>
      </w:tr>
    </w:tbl>
    <w:p>
      <w:pPr>
        <w:keepNext w:val="0"/>
        <w:keepLines/>
        <w:spacing w:before="0" w:after="0" w:lineRule="exact" w:line="1400"/>
      </w:pPr>
      <w:r>
        <w:rPr>
          <w:sz w:val="4"/>
        </w:rPr>
      </w:r>
    </w:p>
    <w:tbl>
      <w:tblPr>
        <w:tblW w:w="9638" w:type="dxa"/>
        <w:jc w:val="left"/>
        <w:tblBorders>
          <w:top w:val="single" w:sz="4" w:space="0" w:color="E3E9F0"/>
          <w:left w:val="nil"/>
          <w:bottom w:val="nil"/>
          <w:right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000"/>
        <w:gridCol w:w="6638"/>
      </w:tblGrid>
      <w:tr>
        <w:tc>
          <w:tcPr>
            <w:tcW w:w="3000" w:type="dxa"/>
            <w:tcMar>
              <w:top w:w="20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Lines/>
              <w:spacing w:before="0" w:after="0"/>
            </w:pPr>
            <w:r>
              <w:drawing>
                <wp:inline xmlns:a="http://schemas.openxmlformats.org/drawingml/2006/main" xmlns:pic="http://schemas.openxmlformats.org/drawingml/2006/picture">
                  <wp:extent cx="936000" cy="280028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ymgym-lockup-dark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28002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38" w:type="dxa"/>
            <w:tcMar>
              <w:top w:w="20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Lines/>
              <w:spacing w:before="0" w:after="0"/>
              <w:jc w:val="right"/>
            </w:pPr>
            <w:r>
              <w:rPr>
                <w:color w:val="5C697D"/>
                <w:sz w:val="16"/>
              </w:rPr>
              <w:t xml:space="preserve">Plantilla gratuita de GymGym · </w:t>
            </w:r>
            <w:hyperlink r:id="rId16">
              <w:r>
                <w:rPr>
                  <w:color w:val="5C697D"/>
                  <w:sz w:val="16"/>
                </w:rPr>
                <w:t xml:space="preserve">gymgym.es/recursos</w:t>
              </w:r>
            </w:hyperlink>
          </w:p>
        </w:tc>
      </w:tr>
    </w:tbl>
    <w:p>
      <w:pPr>
        <w:spacing w:before="0" w:after="0" w:lineRule="exact" w:line="20"/>
        <w:rPr>
          <w:sz w:val="2"/>
        </w:rPr>
        <w:sectPr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907" w:right="1134" w:bottom="794" w:left="1134" w:header="510" w:footer="454" w:gutter="0"/>
          <w:cols w:space="720"/>
          <w:docGrid w:linePitch="360"/>
        </w:sectPr>
      </w:pPr>
    </w:p>
    <w:tbl>
      <w:tblPr>
        <w:tblW w:w="9638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138"/>
        <w:gridCol w:w="1500"/>
      </w:tblGrid>
      <w:tr>
        <w:trPr>
          <w:cantSplit/>
        </w:trPr>
        <w:tc>
          <w:tcPr>
            <w:tcW w:w="8138" w:type="dxa"/>
            <w:shd w:val="clear" w:color="auto" w:fill="F6F8FB"/>
            <w:tcMar>
              <w:top w:w="230" w:type="dxa"/>
              <w:left w:w="340" w:type="dxa"/>
              <w:bottom w:w="230" w:type="dxa"/>
              <w:right w:w="120" w:type="dxa"/>
            </w:tcMar>
            <w:vAlign w:val="center"/>
          </w:tcPr>
          <w:p>
            <w:pPr>
              <w:keepNext/>
              <w:keepLines/>
              <w:spacing w:before="0" w:after="100"/>
            </w:pPr>
            <w:r>
              <w:rPr>
                <w:b/>
                <w:color w:val="076B69"/>
                <w:spacing w:val="24"/>
                <w:sz w:val="15"/>
              </w:rPr>
              <w:t>IMPRÍMELA Y TENLA A MANO</w:t>
            </w:r>
          </w:p>
          <w:p>
            <w:pPr>
              <w:pStyle w:val="Heading1"/>
              <w:keepNext/>
              <w:keepLines/>
              <w:spacing w:before="0" w:after="120"/>
            </w:pPr>
            <w:r>
              <w:rPr/>
              <w:t>El viaje del socio</w:t>
            </w:r>
          </w:p>
          <w:p>
            <w:pPr>
              <w:keepNext/>
              <w:keepLines/>
              <w:spacing w:before="0" w:after="0" w:line="312" w:lineRule="auto"/>
            </w:pPr>
            <w:r>
              <w:rPr>
                <w:color w:val="4B586B"/>
                <w:sz w:val="20"/>
              </w:rPr>
              <w:t>Qué enviar en cada momento, del alta a la baja. El número te lleva a la plantilla.</w:t>
            </w:r>
          </w:p>
        </w:tc>
        <w:tc>
          <w:tcPr>
            <w:tcW w:w="1500" w:type="dxa"/>
            <w:shd w:val="clear" w:color="auto" w:fill="F6F8FB"/>
            <w:tcMar>
              <w:top w:w="200" w:type="dxa"/>
              <w:left w:w="120" w:type="dxa"/>
              <w:bottom w:w="200" w:type="dxa"/>
              <w:right w:w="300" w:type="dxa"/>
            </w:tcMar>
            <w:vAlign w:val="center"/>
          </w:tcPr>
          <w:p>
            <w:pPr>
              <w:keepNext/>
              <w:keepLines/>
              <w:spacing w:before="0" w:after="0"/>
              <w:jc w:val="right"/>
            </w:pPr>
          </w:p>
        </w:tc>
      </w:tr>
    </w:tbl>
    <w:p>
      <w:pPr>
        <w:keepNext/>
        <w:keepLines/>
        <w:spacing w:before="0" w:after="0" w:lineRule="exact" w:line="240"/>
      </w:pPr>
      <w:r>
        <w:rPr>
          <w:sz w:val="4"/>
        </w:rPr>
      </w:r>
    </w:p>
    <w:tbl>
      <w:tblPr>
        <w:tblW w:w="9638" w:type="dxa"/>
        <w:jc w:val="left"/>
        <w:tblBorders>
          <w:top w:val="nil"/>
          <w:left w:val="nil"/>
          <w:bottom w:val="single" w:sz="4" w:space="0" w:color="E3E9F0"/>
          <w:right w:val="nil"/>
          <w:insideH w:val="single" w:sz="4" w:space="0" w:color="E3E9F0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00"/>
        <w:gridCol w:w="3480"/>
        <w:gridCol w:w="1900"/>
        <w:gridCol w:w="2358"/>
      </w:tblGrid>
      <w:tr>
        <w:trPr>
          <w:cantSplit/>
          <w:trHeight w:val="420" w:hRule="atLeast"/>
          <w:tblHeader/>
        </w:trPr>
        <w:tc>
          <w:tcPr>
            <w:tcW w:w="1900" w:type="dxa"/>
            <w:shd w:val="clear" w:color="auto" w:fill="0A0E15"/>
            <w:tcMar>
              <w:top w:w="0" w:type="dxa"/>
              <w:left w:w="170" w:type="dxa"/>
              <w:bottom w:w="0" w:type="dxa"/>
              <w:right w:w="120" w:type="dxa"/>
            </w:tcMar>
            <w:vAlign w:val="center"/>
          </w:tcPr>
          <w:p>
            <w:pPr>
              <w:keepLines/>
              <w:spacing w:before="0" w:after="0"/>
            </w:pPr>
            <w:r>
              <w:rPr>
                <w:b/>
                <w:color w:val="FFFFFF"/>
                <w:spacing w:val="16"/>
                <w:sz w:val="14"/>
              </w:rPr>
              <w:t>MOMENTO</w:t>
            </w:r>
          </w:p>
        </w:tc>
        <w:tc>
          <w:tcPr>
            <w:tcW w:w="3480" w:type="dxa"/>
            <w:shd w:val="clear" w:color="auto" w:fill="0A0E15"/>
            <w:tcMar>
              <w:top w:w="0" w:type="dxa"/>
              <w:left w:w="170" w:type="dxa"/>
              <w:bottom w:w="0" w:type="dxa"/>
              <w:right w:w="120" w:type="dxa"/>
            </w:tcMar>
            <w:vAlign w:val="center"/>
          </w:tcPr>
          <w:p>
            <w:pPr>
              <w:keepLines/>
              <w:spacing w:before="0" w:after="0"/>
            </w:pPr>
            <w:r>
              <w:rPr>
                <w:b/>
                <w:color w:val="FFFFFF"/>
                <w:spacing w:val="16"/>
                <w:sz w:val="14"/>
              </w:rPr>
              <w:t>QUÉ ENVIAR</w:t>
            </w:r>
          </w:p>
        </w:tc>
        <w:tc>
          <w:tcPr>
            <w:tcW w:w="1900" w:type="dxa"/>
            <w:shd w:val="clear" w:color="auto" w:fill="0A0E15"/>
            <w:tcMar>
              <w:top w:w="0" w:type="dxa"/>
              <w:left w:w="170" w:type="dxa"/>
              <w:bottom w:w="0" w:type="dxa"/>
              <w:right w:w="120" w:type="dxa"/>
            </w:tcMar>
            <w:vAlign w:val="center"/>
          </w:tcPr>
          <w:p>
            <w:pPr>
              <w:keepLines/>
              <w:spacing w:before="0" w:after="0"/>
            </w:pPr>
            <w:r>
              <w:rPr>
                <w:b/>
                <w:color w:val="FFFFFF"/>
                <w:spacing w:val="16"/>
                <w:sz w:val="14"/>
              </w:rPr>
              <w:t>CANAL</w:t>
            </w:r>
          </w:p>
        </w:tc>
        <w:tc>
          <w:tcPr>
            <w:tcW w:w="2358" w:type="dxa"/>
            <w:shd w:val="clear" w:color="auto" w:fill="0A0E15"/>
            <w:tcMar>
              <w:top w:w="0" w:type="dxa"/>
              <w:left w:w="170" w:type="dxa"/>
              <w:bottom w:w="0" w:type="dxa"/>
              <w:right w:w="120" w:type="dxa"/>
            </w:tcMar>
            <w:vAlign w:val="center"/>
          </w:tcPr>
          <w:p>
            <w:pPr>
              <w:keepLines/>
              <w:spacing w:before="0" w:after="0"/>
            </w:pPr>
            <w:r>
              <w:rPr>
                <w:b/>
                <w:color w:val="FFFFFF"/>
                <w:spacing w:val="16"/>
                <w:sz w:val="14"/>
              </w:rPr>
              <w:t>PARA QUÉ</w:t>
            </w:r>
          </w:p>
        </w:tc>
      </w:tr>
      <w:tr>
        <w:trPr>
          <w:cantSplit/>
          <w:trHeight w:val="740" w:hRule="atLeast"/>
        </w:trPr>
        <w:tc>
          <w:tcPr>
            <w:tcW w:w="1900" w:type="dxa"/>
            <w:tcBorders>
              <w:top w:val="single" w:sz="6" w:space="0" w:color="FFFFFF"/>
              <w:left w:val="single" w:sz="24" w:space="0" w:color="12B5A3"/>
              <w:bottom w:val="single" w:sz="6" w:space="0" w:color="FFFFFF"/>
            </w:tcBorders>
            <w:shd w:val="clear" w:color="auto" w:fill="E4FAF6"/>
            <w:tcMar>
              <w:top w:w="70" w:type="dxa"/>
              <w:left w:w="170" w:type="dxa"/>
              <w:bottom w:w="70" w:type="dxa"/>
              <w:right w:w="80" w:type="dxa"/>
            </w:tcMar>
            <w:vAlign w:val="center"/>
          </w:tcPr>
          <w:p>
            <w:pPr>
              <w:keepLines/>
              <w:spacing w:before="0" w:after="0"/>
            </w:pPr>
            <w:r>
              <w:rPr>
                <w:b/>
                <w:color w:val="076B69"/>
                <w:sz w:val="24"/>
              </w:rPr>
              <w:t>Día 0</w:t>
            </w:r>
          </w:p>
          <w:p>
            <w:pPr>
              <w:keepLines/>
              <w:spacing w:before="0" w:after="0"/>
            </w:pPr>
            <w:r>
              <w:rPr>
                <w:color w:val="4B586B"/>
                <w:sz w:val="15"/>
              </w:rPr>
              <w:t>Alta</w:t>
            </w:r>
          </w:p>
        </w:tc>
        <w:tc>
          <w:tcPr>
            <w:tcW w:w="3480" w:type="dxa"/>
            <w:tcMar>
              <w:top w:w="70" w:type="dxa"/>
              <w:left w:w="200" w:type="dxa"/>
              <w:bottom w:w="70" w:type="dxa"/>
              <w:right w:w="120" w:type="dxa"/>
            </w:tcMar>
            <w:vAlign w:val="center"/>
          </w:tcPr>
          <w:p>
            <w:pPr>
              <w:keepLines/>
              <w:spacing w:before="0" w:after="40" w:line="264" w:lineRule="auto"/>
            </w:pPr>
            <w:r>
              <w:rPr>
                <w:b/>
                <w:color w:val="0B1220"/>
                <w:sz w:val="19"/>
              </w:rPr>
              <w:t>Bienvenida, todo lo práctico y su acceso</w:t>
            </w:r>
          </w:p>
          <w:p>
            <w:pPr>
              <w:keepLines/>
              <w:spacing w:before="0" w:after="0"/>
            </w:pPr>
            <w:r>
              <w:rPr>
                <w:b/>
                <w:color w:val="076B69"/>
                <w:sz w:val="16"/>
              </w:rPr>
              <w:t>1.1 · 1.2 · 1.3</w:t>
            </w:r>
            <w:r>
              <w:rPr>
                <w:color w:val="5C697D"/>
                <w:sz w:val="15"/>
              </w:rPr>
              <w:t xml:space="preserve">   01 · Bienvenida</w:t>
            </w:r>
          </w:p>
        </w:tc>
        <w:tc>
          <w:tcPr>
            <w:tcW w:w="1900" w:type="dxa"/>
            <w:tcMar>
              <w:top w:w="70" w:type="dxa"/>
              <w:left w:w="120" w:type="dxa"/>
              <w:bottom w:w="70" w:type="dxa"/>
              <w:right w:w="60" w:type="dxa"/>
            </w:tcMar>
            <w:vAlign w:val="center"/>
          </w:tcPr>
          <w:p>
            <w:pPr>
              <w:keepLines/>
              <w:spacing w:before="0" w:after="0" w:lineRule="exact" w:line="260"/>
            </w:pPr>
            <w:r>
              <w:rPr>
                <w:sz w:val="15"/>
                <w:shd w:val="clear" w:color="auto" w:fill="F6F8FB"/>
              </w:rPr>
              <w:t xml:space="preserve">  </w:t>
            </w:r>
            <w:r>
              <w:rPr>
                <w:color w:val="0F6B47"/>
                <w:sz w:val="13"/>
                <w:shd w:val="clear" w:color="auto" w:fill="F6F8FB"/>
              </w:rPr>
              <w:t>●</w:t>
            </w:r>
            <w:r>
              <w:rPr>
                <w:b/>
                <w:color w:val="0B1220"/>
                <w:spacing w:val="10"/>
                <w:sz w:val="14"/>
                <w:shd w:val="clear" w:color="auto" w:fill="F6F8FB"/>
              </w:rPr>
              <w:t xml:space="preserve"> WHATSAPP  </w:t>
            </w:r>
          </w:p>
          <w:p>
            <w:pPr>
              <w:keepLines/>
              <w:spacing w:before="0" w:after="0" w:lineRule="exact" w:line="260"/>
            </w:pPr>
            <w:r>
              <w:rPr>
                <w:sz w:val="15"/>
                <w:shd w:val="clear" w:color="auto" w:fill="F6F8FB"/>
              </w:rPr>
              <w:t xml:space="preserve">  </w:t>
            </w:r>
            <w:r>
              <w:rPr>
                <w:color w:val="4F82EC"/>
                <w:sz w:val="13"/>
                <w:shd w:val="clear" w:color="auto" w:fill="F6F8FB"/>
              </w:rPr>
              <w:t>●</w:t>
            </w:r>
            <w:r>
              <w:rPr>
                <w:b/>
                <w:color w:val="0B1220"/>
                <w:spacing w:val="10"/>
                <w:sz w:val="14"/>
                <w:shd w:val="clear" w:color="auto" w:fill="F6F8FB"/>
              </w:rPr>
              <w:t xml:space="preserve"> EMAIL  </w:t>
            </w:r>
          </w:p>
          <w:p>
            <w:pPr>
              <w:keepLines/>
              <w:spacing w:before="0" w:after="0" w:lineRule="exact" w:line="260"/>
            </w:pPr>
            <w:r>
              <w:rPr>
                <w:sz w:val="15"/>
                <w:shd w:val="clear" w:color="auto" w:fill="F6F8FB"/>
              </w:rPr>
              <w:t xml:space="preserve">  </w:t>
            </w:r>
            <w:r>
              <w:rPr>
                <w:color w:val="4A3CCF"/>
                <w:sz w:val="13"/>
                <w:shd w:val="clear" w:color="auto" w:fill="F6F8FB"/>
              </w:rPr>
              <w:t>●</w:t>
            </w:r>
            <w:r>
              <w:rPr>
                <w:b/>
                <w:color w:val="0B1220"/>
                <w:spacing w:val="10"/>
                <w:sz w:val="14"/>
                <w:shd w:val="clear" w:color="auto" w:fill="F6F8FB"/>
              </w:rPr>
              <w:t xml:space="preserve"> NOTIFICACIÓN  </w:t>
            </w:r>
          </w:p>
        </w:tc>
        <w:tc>
          <w:tcPr>
            <w:tcW w:w="2358" w:type="dxa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>
            <w:pPr>
              <w:keepLines/>
              <w:spacing w:before="0" w:after="0" w:line="288" w:lineRule="auto"/>
            </w:pPr>
            <w:r>
              <w:rPr>
                <w:color w:val="4B586B"/>
                <w:sz w:val="17"/>
              </w:rPr>
              <w:t>Que llegue el primer día sabiendo qué hacer.</w:t>
            </w:r>
          </w:p>
        </w:tc>
      </w:tr>
      <w:tr>
        <w:trPr>
          <w:cantSplit/>
          <w:trHeight w:val="740" w:hRule="atLeast"/>
        </w:trPr>
        <w:tc>
          <w:tcPr>
            <w:tcW w:w="1900" w:type="dxa"/>
            <w:tcBorders>
              <w:top w:val="single" w:sz="6" w:space="0" w:color="FFFFFF"/>
              <w:left w:val="single" w:sz="24" w:space="0" w:color="12B5A3"/>
              <w:bottom w:val="single" w:sz="6" w:space="0" w:color="FFFFFF"/>
            </w:tcBorders>
            <w:shd w:val="clear" w:color="auto" w:fill="E4FAF6"/>
            <w:tcMar>
              <w:top w:w="70" w:type="dxa"/>
              <w:left w:w="170" w:type="dxa"/>
              <w:bottom w:w="70" w:type="dxa"/>
              <w:right w:w="80" w:type="dxa"/>
            </w:tcMar>
            <w:vAlign w:val="center"/>
          </w:tcPr>
          <w:p>
            <w:pPr>
              <w:keepLines/>
              <w:spacing w:before="0" w:after="0"/>
            </w:pPr>
            <w:r>
              <w:rPr>
                <w:b/>
                <w:color w:val="076B69"/>
                <w:sz w:val="24"/>
              </w:rPr>
              <w:t>Día 1</w:t>
            </w:r>
          </w:p>
          <w:p>
            <w:pPr>
              <w:keepLines/>
              <w:spacing w:before="0" w:after="0"/>
            </w:pPr>
            <w:r>
              <w:rPr>
                <w:color w:val="4B586B"/>
                <w:sz w:val="15"/>
              </w:rPr>
              <w:t>Primera clase</w:t>
            </w:r>
          </w:p>
        </w:tc>
        <w:tc>
          <w:tcPr>
            <w:tcW w:w="3480" w:type="dxa"/>
            <w:tcMar>
              <w:top w:w="70" w:type="dxa"/>
              <w:left w:w="200" w:type="dxa"/>
              <w:bottom w:w="70" w:type="dxa"/>
              <w:right w:w="120" w:type="dxa"/>
            </w:tcMar>
            <w:vAlign w:val="center"/>
          </w:tcPr>
          <w:p>
            <w:pPr>
              <w:keepLines/>
              <w:spacing w:before="0" w:after="40" w:line="264" w:lineRule="auto"/>
            </w:pPr>
            <w:r>
              <w:rPr>
                <w:b/>
                <w:color w:val="0B1220"/>
                <w:sz w:val="19"/>
              </w:rPr>
              <w:t>Después de la primera clase</w:t>
            </w:r>
          </w:p>
          <w:p>
            <w:pPr>
              <w:keepLines/>
              <w:spacing w:before="0" w:after="0"/>
            </w:pPr>
            <w:r>
              <w:rPr>
                <w:b/>
                <w:color w:val="076B69"/>
                <w:sz w:val="16"/>
              </w:rPr>
              <w:t>1.4</w:t>
            </w:r>
            <w:r>
              <w:rPr>
                <w:color w:val="5C697D"/>
                <w:sz w:val="15"/>
              </w:rPr>
              <w:t xml:space="preserve">   01 · Bienvenida</w:t>
            </w:r>
          </w:p>
        </w:tc>
        <w:tc>
          <w:tcPr>
            <w:tcW w:w="1900" w:type="dxa"/>
            <w:tcMar>
              <w:top w:w="70" w:type="dxa"/>
              <w:left w:w="120" w:type="dxa"/>
              <w:bottom w:w="70" w:type="dxa"/>
              <w:right w:w="60" w:type="dxa"/>
            </w:tcMar>
            <w:vAlign w:val="center"/>
          </w:tcPr>
          <w:p>
            <w:pPr>
              <w:keepLines/>
              <w:spacing w:before="0" w:after="0" w:lineRule="exact" w:line="260"/>
            </w:pPr>
            <w:r>
              <w:rPr>
                <w:sz w:val="15"/>
                <w:shd w:val="clear" w:color="auto" w:fill="F6F8FB"/>
              </w:rPr>
              <w:t xml:space="preserve">  </w:t>
            </w:r>
            <w:r>
              <w:rPr>
                <w:color w:val="0F6B47"/>
                <w:sz w:val="13"/>
                <w:shd w:val="clear" w:color="auto" w:fill="F6F8FB"/>
              </w:rPr>
              <w:t>●</w:t>
            </w:r>
            <w:r>
              <w:rPr>
                <w:b/>
                <w:color w:val="0B1220"/>
                <w:spacing w:val="10"/>
                <w:sz w:val="14"/>
                <w:shd w:val="clear" w:color="auto" w:fill="F6F8FB"/>
              </w:rPr>
              <w:t xml:space="preserve"> WHATSAPP  </w:t>
            </w:r>
          </w:p>
        </w:tc>
        <w:tc>
          <w:tcPr>
            <w:tcW w:w="2358" w:type="dxa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>
            <w:pPr>
              <w:keepLines/>
              <w:spacing w:before="0" w:after="0" w:line="288" w:lineRule="auto"/>
            </w:pPr>
            <w:r>
              <w:rPr>
                <w:color w:val="4B586B"/>
                <w:sz w:val="17"/>
              </w:rPr>
              <w:t>Reforzar la primera impresión.</w:t>
            </w:r>
          </w:p>
        </w:tc>
      </w:tr>
      <w:tr>
        <w:trPr>
          <w:cantSplit/>
          <w:trHeight w:val="740" w:hRule="atLeast"/>
        </w:trPr>
        <w:tc>
          <w:tcPr>
            <w:tcW w:w="1900" w:type="dxa"/>
            <w:tcBorders>
              <w:top w:val="single" w:sz="6" w:space="0" w:color="FFFFFF"/>
              <w:left w:val="single" w:sz="24" w:space="0" w:color="12B5A3"/>
              <w:bottom w:val="single" w:sz="6" w:space="0" w:color="FFFFFF"/>
            </w:tcBorders>
            <w:shd w:val="clear" w:color="auto" w:fill="E4FAF6"/>
            <w:tcMar>
              <w:top w:w="70" w:type="dxa"/>
              <w:left w:w="170" w:type="dxa"/>
              <w:bottom w:w="70" w:type="dxa"/>
              <w:right w:w="80" w:type="dxa"/>
            </w:tcMar>
            <w:vAlign w:val="center"/>
          </w:tcPr>
          <w:p>
            <w:pPr>
              <w:keepLines/>
              <w:spacing w:before="0" w:after="0"/>
            </w:pPr>
            <w:r>
              <w:rPr>
                <w:b/>
                <w:color w:val="076B69"/>
                <w:sz w:val="24"/>
              </w:rPr>
              <w:t>Día 7</w:t>
            </w:r>
          </w:p>
          <w:p>
            <w:pPr>
              <w:keepLines/>
              <w:spacing w:before="0" w:after="0"/>
            </w:pPr>
            <w:r>
              <w:rPr>
                <w:color w:val="4B586B"/>
                <w:sz w:val="15"/>
              </w:rPr>
              <w:t>Primera semana</w:t>
            </w:r>
          </w:p>
        </w:tc>
        <w:tc>
          <w:tcPr>
            <w:tcW w:w="3480" w:type="dxa"/>
            <w:tcMar>
              <w:top w:w="70" w:type="dxa"/>
              <w:left w:w="200" w:type="dxa"/>
              <w:bottom w:w="70" w:type="dxa"/>
              <w:right w:w="120" w:type="dxa"/>
            </w:tcMar>
            <w:vAlign w:val="center"/>
          </w:tcPr>
          <w:p>
            <w:pPr>
              <w:keepLines/>
              <w:spacing w:before="0" w:after="40" w:line="264" w:lineRule="auto"/>
            </w:pPr>
            <w:r>
              <w:rPr>
                <w:b/>
                <w:color w:val="0B1220"/>
                <w:sz w:val="19"/>
              </w:rPr>
              <w:t>Seguimiento de la primera semana</w:t>
            </w:r>
          </w:p>
          <w:p>
            <w:pPr>
              <w:keepLines/>
              <w:spacing w:before="0" w:after="0"/>
            </w:pPr>
            <w:r>
              <w:rPr>
                <w:b/>
                <w:color w:val="076B69"/>
                <w:sz w:val="16"/>
              </w:rPr>
              <w:t>1.5</w:t>
            </w:r>
            <w:r>
              <w:rPr>
                <w:color w:val="5C697D"/>
                <w:sz w:val="15"/>
              </w:rPr>
              <w:t xml:space="preserve">   01 · Bienvenida</w:t>
            </w:r>
          </w:p>
        </w:tc>
        <w:tc>
          <w:tcPr>
            <w:tcW w:w="1900" w:type="dxa"/>
            <w:tcMar>
              <w:top w:w="70" w:type="dxa"/>
              <w:left w:w="120" w:type="dxa"/>
              <w:bottom w:w="70" w:type="dxa"/>
              <w:right w:w="60" w:type="dxa"/>
            </w:tcMar>
            <w:vAlign w:val="center"/>
          </w:tcPr>
          <w:p>
            <w:pPr>
              <w:keepLines/>
              <w:spacing w:before="0" w:after="0" w:lineRule="exact" w:line="260"/>
            </w:pPr>
            <w:r>
              <w:rPr>
                <w:sz w:val="15"/>
                <w:shd w:val="clear" w:color="auto" w:fill="F6F8FB"/>
              </w:rPr>
              <w:t xml:space="preserve">  </w:t>
            </w:r>
            <w:r>
              <w:rPr>
                <w:color w:val="0F6B47"/>
                <w:sz w:val="13"/>
                <w:shd w:val="clear" w:color="auto" w:fill="F6F8FB"/>
              </w:rPr>
              <w:t>●</w:t>
            </w:r>
            <w:r>
              <w:rPr>
                <w:b/>
                <w:color w:val="0B1220"/>
                <w:spacing w:val="10"/>
                <w:sz w:val="14"/>
                <w:shd w:val="clear" w:color="auto" w:fill="F6F8FB"/>
              </w:rPr>
              <w:t xml:space="preserve"> WHATSAPP  </w:t>
            </w:r>
          </w:p>
        </w:tc>
        <w:tc>
          <w:tcPr>
            <w:tcW w:w="2358" w:type="dxa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>
            <w:pPr>
              <w:keepLines/>
              <w:spacing w:before="0" w:after="0" w:line="288" w:lineRule="auto"/>
            </w:pPr>
            <w:r>
              <w:rPr>
                <w:color w:val="4B586B"/>
                <w:sz w:val="17"/>
              </w:rPr>
              <w:t>Resolver dudas antes de que se enfríe.</w:t>
            </w:r>
          </w:p>
        </w:tc>
      </w:tr>
      <w:tr>
        <w:trPr>
          <w:cantSplit/>
          <w:trHeight w:val="740" w:hRule="atLeast"/>
        </w:trPr>
        <w:tc>
          <w:tcPr>
            <w:tcW w:w="1900" w:type="dxa"/>
            <w:tcBorders>
              <w:top w:val="single" w:sz="6" w:space="0" w:color="FFFFFF"/>
              <w:left w:val="single" w:sz="24" w:space="0" w:color="12B5A3"/>
              <w:bottom w:val="single" w:sz="6" w:space="0" w:color="FFFFFF"/>
            </w:tcBorders>
            <w:shd w:val="clear" w:color="auto" w:fill="E4FAF6"/>
            <w:tcMar>
              <w:top w:w="70" w:type="dxa"/>
              <w:left w:w="170" w:type="dxa"/>
              <w:bottom w:w="70" w:type="dxa"/>
              <w:right w:w="80" w:type="dxa"/>
            </w:tcMar>
            <w:vAlign w:val="center"/>
          </w:tcPr>
          <w:p>
            <w:pPr>
              <w:keepLines/>
              <w:spacing w:before="0" w:after="0"/>
            </w:pPr>
            <w:r>
              <w:rPr>
                <w:b/>
                <w:color w:val="076B69"/>
                <w:sz w:val="24"/>
              </w:rPr>
              <w:t>Día 14</w:t>
            </w:r>
          </w:p>
          <w:p>
            <w:pPr>
              <w:keepLines/>
              <w:spacing w:before="0" w:after="0"/>
            </w:pPr>
            <w:r>
              <w:rPr>
                <w:color w:val="4B586B"/>
                <w:sz w:val="15"/>
              </w:rPr>
              <w:t>Dos semanas</w:t>
            </w:r>
          </w:p>
        </w:tc>
        <w:tc>
          <w:tcPr>
            <w:tcW w:w="3480" w:type="dxa"/>
            <w:tcMar>
              <w:top w:w="70" w:type="dxa"/>
              <w:left w:w="200" w:type="dxa"/>
              <w:bottom w:w="70" w:type="dxa"/>
              <w:right w:w="120" w:type="dxa"/>
            </w:tcMar>
            <w:vAlign w:val="center"/>
          </w:tcPr>
          <w:p>
            <w:pPr>
              <w:keepLines/>
              <w:spacing w:before="0" w:after="40" w:line="264" w:lineRule="auto"/>
            </w:pPr>
            <w:r>
              <w:rPr>
                <w:b/>
                <w:color w:val="0B1220"/>
                <w:sz w:val="19"/>
              </w:rPr>
              <w:t>Ajustar el plan</w:t>
            </w:r>
          </w:p>
          <w:p>
            <w:pPr>
              <w:keepLines/>
              <w:spacing w:before="0" w:after="0"/>
            </w:pPr>
            <w:r>
              <w:rPr>
                <w:b/>
                <w:color w:val="076B69"/>
                <w:sz w:val="16"/>
              </w:rPr>
              <w:t>1.6</w:t>
            </w:r>
            <w:r>
              <w:rPr>
                <w:color w:val="5C697D"/>
                <w:sz w:val="15"/>
              </w:rPr>
              <w:t xml:space="preserve">   01 · Bienvenida</w:t>
            </w:r>
          </w:p>
        </w:tc>
        <w:tc>
          <w:tcPr>
            <w:tcW w:w="1900" w:type="dxa"/>
            <w:tcMar>
              <w:top w:w="70" w:type="dxa"/>
              <w:left w:w="120" w:type="dxa"/>
              <w:bottom w:w="70" w:type="dxa"/>
              <w:right w:w="60" w:type="dxa"/>
            </w:tcMar>
            <w:vAlign w:val="center"/>
          </w:tcPr>
          <w:p>
            <w:pPr>
              <w:keepLines/>
              <w:spacing w:before="0" w:after="0" w:lineRule="exact" w:line="260"/>
            </w:pPr>
            <w:r>
              <w:rPr>
                <w:sz w:val="15"/>
                <w:shd w:val="clear" w:color="auto" w:fill="F6F8FB"/>
              </w:rPr>
              <w:t xml:space="preserve">  </w:t>
            </w:r>
            <w:r>
              <w:rPr>
                <w:color w:val="0F6B47"/>
                <w:sz w:val="13"/>
                <w:shd w:val="clear" w:color="auto" w:fill="F6F8FB"/>
              </w:rPr>
              <w:t>●</w:t>
            </w:r>
            <w:r>
              <w:rPr>
                <w:b/>
                <w:color w:val="0B1220"/>
                <w:spacing w:val="10"/>
                <w:sz w:val="14"/>
                <w:shd w:val="clear" w:color="auto" w:fill="F6F8FB"/>
              </w:rPr>
              <w:t xml:space="preserve"> WHATSAPP  </w:t>
            </w:r>
          </w:p>
          <w:p>
            <w:pPr>
              <w:keepLines/>
              <w:spacing w:before="0" w:after="0" w:lineRule="exact" w:line="260"/>
            </w:pPr>
            <w:r>
              <w:rPr>
                <w:sz w:val="15"/>
                <w:shd w:val="clear" w:color="auto" w:fill="F6F8FB"/>
              </w:rPr>
              <w:t xml:space="preserve">  </w:t>
            </w:r>
            <w:r>
              <w:rPr>
                <w:color w:val="4F82EC"/>
                <w:sz w:val="13"/>
                <w:shd w:val="clear" w:color="auto" w:fill="F6F8FB"/>
              </w:rPr>
              <w:t>●</w:t>
            </w:r>
            <w:r>
              <w:rPr>
                <w:b/>
                <w:color w:val="0B1220"/>
                <w:spacing w:val="10"/>
                <w:sz w:val="14"/>
                <w:shd w:val="clear" w:color="auto" w:fill="F6F8FB"/>
              </w:rPr>
              <w:t xml:space="preserve"> EMAIL  </w:t>
            </w:r>
          </w:p>
        </w:tc>
        <w:tc>
          <w:tcPr>
            <w:tcW w:w="2358" w:type="dxa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>
            <w:pPr>
              <w:keepLines/>
              <w:spacing w:before="0" w:after="0" w:line="288" w:lineRule="auto"/>
            </w:pPr>
            <w:r>
              <w:rPr>
                <w:color w:val="4B586B"/>
                <w:sz w:val="17"/>
              </w:rPr>
              <w:t>Convertir las visitas en hábito.</w:t>
            </w:r>
          </w:p>
        </w:tc>
      </w:tr>
      <w:tr>
        <w:trPr>
          <w:cantSplit/>
          <w:trHeight w:val="740" w:hRule="atLeast"/>
        </w:trPr>
        <w:tc>
          <w:tcPr>
            <w:tcW w:w="1900" w:type="dxa"/>
            <w:tcBorders>
              <w:top w:val="single" w:sz="6" w:space="0" w:color="FFFFFF"/>
              <w:left w:val="single" w:sz="24" w:space="0" w:color="12B5A3"/>
              <w:bottom w:val="single" w:sz="6" w:space="0" w:color="FFFFFF"/>
            </w:tcBorders>
            <w:shd w:val="clear" w:color="auto" w:fill="E4FAF6"/>
            <w:tcMar>
              <w:top w:w="70" w:type="dxa"/>
              <w:left w:w="170" w:type="dxa"/>
              <w:bottom w:w="70" w:type="dxa"/>
              <w:right w:w="80" w:type="dxa"/>
            </w:tcMar>
            <w:vAlign w:val="center"/>
          </w:tcPr>
          <w:p>
            <w:pPr>
              <w:keepLines/>
              <w:spacing w:before="0" w:after="0"/>
            </w:pPr>
            <w:r>
              <w:rPr>
                <w:b/>
                <w:color w:val="076B69"/>
                <w:sz w:val="24"/>
              </w:rPr>
              <w:t>Día 30</w:t>
            </w:r>
          </w:p>
          <w:p>
            <w:pPr>
              <w:keepLines/>
              <w:spacing w:before="0" w:after="0"/>
            </w:pPr>
            <w:r>
              <w:rPr>
                <w:color w:val="4B586B"/>
                <w:sz w:val="15"/>
              </w:rPr>
              <w:t>Primer mes</w:t>
            </w:r>
          </w:p>
        </w:tc>
        <w:tc>
          <w:tcPr>
            <w:tcW w:w="3480" w:type="dxa"/>
            <w:tcMar>
              <w:top w:w="70" w:type="dxa"/>
              <w:left w:w="200" w:type="dxa"/>
              <w:bottom w:w="70" w:type="dxa"/>
              <w:right w:w="120" w:type="dxa"/>
            </w:tcMar>
            <w:vAlign w:val="center"/>
          </w:tcPr>
          <w:p>
            <w:pPr>
              <w:keepLines/>
              <w:spacing w:before="0" w:after="40" w:line="264" w:lineRule="auto"/>
            </w:pPr>
            <w:r>
              <w:rPr>
                <w:b/>
                <w:color w:val="0B1220"/>
                <w:sz w:val="19"/>
              </w:rPr>
              <w:t>Primer mes cumplido</w:t>
            </w:r>
          </w:p>
          <w:p>
            <w:pPr>
              <w:keepLines/>
              <w:spacing w:before="0" w:after="0"/>
            </w:pPr>
            <w:r>
              <w:rPr>
                <w:b/>
                <w:color w:val="076B69"/>
                <w:sz w:val="16"/>
              </w:rPr>
              <w:t>1.7</w:t>
            </w:r>
            <w:r>
              <w:rPr>
                <w:color w:val="5C697D"/>
                <w:sz w:val="15"/>
              </w:rPr>
              <w:t xml:space="preserve">   01 · Bienvenida</w:t>
            </w:r>
          </w:p>
        </w:tc>
        <w:tc>
          <w:tcPr>
            <w:tcW w:w="1900" w:type="dxa"/>
            <w:tcMar>
              <w:top w:w="70" w:type="dxa"/>
              <w:left w:w="120" w:type="dxa"/>
              <w:bottom w:w="70" w:type="dxa"/>
              <w:right w:w="60" w:type="dxa"/>
            </w:tcMar>
            <w:vAlign w:val="center"/>
          </w:tcPr>
          <w:p>
            <w:pPr>
              <w:keepLines/>
              <w:spacing w:before="0" w:after="0" w:lineRule="exact" w:line="260"/>
            </w:pPr>
            <w:r>
              <w:rPr>
                <w:sz w:val="15"/>
                <w:shd w:val="clear" w:color="auto" w:fill="F6F8FB"/>
              </w:rPr>
              <w:t xml:space="preserve">  </w:t>
            </w:r>
            <w:r>
              <w:rPr>
                <w:color w:val="4F82EC"/>
                <w:sz w:val="13"/>
                <w:shd w:val="clear" w:color="auto" w:fill="F6F8FB"/>
              </w:rPr>
              <w:t>●</w:t>
            </w:r>
            <w:r>
              <w:rPr>
                <w:b/>
                <w:color w:val="0B1220"/>
                <w:spacing w:val="10"/>
                <w:sz w:val="14"/>
                <w:shd w:val="clear" w:color="auto" w:fill="F6F8FB"/>
              </w:rPr>
              <w:t xml:space="preserve"> EMAIL  </w:t>
            </w:r>
          </w:p>
          <w:p>
            <w:pPr>
              <w:keepLines/>
              <w:spacing w:before="0" w:after="0" w:lineRule="exact" w:line="260"/>
            </w:pPr>
            <w:r>
              <w:rPr>
                <w:sz w:val="15"/>
                <w:shd w:val="clear" w:color="auto" w:fill="F6F8FB"/>
              </w:rPr>
              <w:t xml:space="preserve">  </w:t>
            </w:r>
            <w:r>
              <w:rPr>
                <w:color w:val="4A3CCF"/>
                <w:sz w:val="13"/>
                <w:shd w:val="clear" w:color="auto" w:fill="F6F8FB"/>
              </w:rPr>
              <w:t>●</w:t>
            </w:r>
            <w:r>
              <w:rPr>
                <w:b/>
                <w:color w:val="0B1220"/>
                <w:spacing w:val="10"/>
                <w:sz w:val="14"/>
                <w:shd w:val="clear" w:color="auto" w:fill="F6F8FB"/>
              </w:rPr>
              <w:t xml:space="preserve"> NOTIFICACIÓN  </w:t>
            </w:r>
          </w:p>
        </w:tc>
        <w:tc>
          <w:tcPr>
            <w:tcW w:w="2358" w:type="dxa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>
            <w:pPr>
              <w:keepLines/>
              <w:spacing w:before="0" w:after="0" w:line="288" w:lineRule="auto"/>
            </w:pPr>
            <w:r>
              <w:rPr>
                <w:color w:val="4B586B"/>
                <w:sz w:val="17"/>
              </w:rPr>
              <w:t>Celebrar y fijar el siguiente objetivo.</w:t>
            </w:r>
          </w:p>
        </w:tc>
      </w:tr>
      <w:tr>
        <w:trPr>
          <w:cantSplit/>
          <w:trHeight w:val="740" w:hRule="atLeast"/>
        </w:trPr>
        <w:tc>
          <w:tcPr>
            <w:tcW w:w="1900" w:type="dxa"/>
            <w:tcBorders>
              <w:top w:val="single" w:sz="6" w:space="0" w:color="FFFFFF"/>
              <w:left w:val="single" w:sz="24" w:space="0" w:color="12B5A3"/>
              <w:bottom w:val="single" w:sz="6" w:space="0" w:color="FFFFFF"/>
            </w:tcBorders>
            <w:shd w:val="clear" w:color="auto" w:fill="E4FAF6"/>
            <w:tcMar>
              <w:top w:w="70" w:type="dxa"/>
              <w:left w:w="170" w:type="dxa"/>
              <w:bottom w:w="70" w:type="dxa"/>
              <w:right w:w="80" w:type="dxa"/>
            </w:tcMar>
            <w:vAlign w:val="center"/>
          </w:tcPr>
          <w:p>
            <w:pPr>
              <w:keepLines/>
              <w:spacing w:before="0" w:after="0"/>
            </w:pPr>
            <w:r>
              <w:rPr>
                <w:b/>
                <w:color w:val="076B69"/>
                <w:sz w:val="24"/>
              </w:rPr>
              <w:t>Día 60</w:t>
            </w:r>
          </w:p>
          <w:p>
            <w:pPr>
              <w:keepLines/>
              <w:spacing w:before="0" w:after="0"/>
            </w:pPr>
            <w:r>
              <w:rPr>
                <w:color w:val="4B586B"/>
                <w:sz w:val="15"/>
              </w:rPr>
              <w:t>Ya es habitual</w:t>
            </w:r>
          </w:p>
        </w:tc>
        <w:tc>
          <w:tcPr>
            <w:tcW w:w="3480" w:type="dxa"/>
            <w:tcMar>
              <w:top w:w="70" w:type="dxa"/>
              <w:left w:w="200" w:type="dxa"/>
              <w:bottom w:w="70" w:type="dxa"/>
              <w:right w:w="120" w:type="dxa"/>
            </w:tcMar>
            <w:vAlign w:val="center"/>
          </w:tcPr>
          <w:p>
            <w:pPr>
              <w:keepLines/>
              <w:spacing w:before="0" w:after="40" w:line="264" w:lineRule="auto"/>
            </w:pPr>
            <w:r>
              <w:rPr>
                <w:b/>
                <w:color w:val="0B1220"/>
                <w:sz w:val="19"/>
              </w:rPr>
              <w:t>Pedir una reseña, si todo va bien</w:t>
            </w:r>
          </w:p>
          <w:p>
            <w:pPr>
              <w:keepLines/>
              <w:spacing w:before="0" w:after="0"/>
            </w:pPr>
            <w:r>
              <w:rPr>
                <w:b/>
                <w:color w:val="076B69"/>
                <w:sz w:val="16"/>
              </w:rPr>
              <w:t>8.1 · 8.2</w:t>
            </w:r>
            <w:r>
              <w:rPr>
                <w:color w:val="5C697D"/>
                <w:sz w:val="15"/>
              </w:rPr>
              <w:t xml:space="preserve">   08 · Reseñas</w:t>
            </w:r>
          </w:p>
        </w:tc>
        <w:tc>
          <w:tcPr>
            <w:tcW w:w="1900" w:type="dxa"/>
            <w:tcMar>
              <w:top w:w="70" w:type="dxa"/>
              <w:left w:w="120" w:type="dxa"/>
              <w:bottom w:w="70" w:type="dxa"/>
              <w:right w:w="60" w:type="dxa"/>
            </w:tcMar>
            <w:vAlign w:val="center"/>
          </w:tcPr>
          <w:p>
            <w:pPr>
              <w:keepLines/>
              <w:spacing w:before="0" w:after="0" w:lineRule="exact" w:line="260"/>
            </w:pPr>
            <w:r>
              <w:rPr>
                <w:sz w:val="15"/>
                <w:shd w:val="clear" w:color="auto" w:fill="F6F8FB"/>
              </w:rPr>
              <w:t xml:space="preserve">  </w:t>
            </w:r>
            <w:r>
              <w:rPr>
                <w:color w:val="0F6B47"/>
                <w:sz w:val="13"/>
                <w:shd w:val="clear" w:color="auto" w:fill="F6F8FB"/>
              </w:rPr>
              <w:t>●</w:t>
            </w:r>
            <w:r>
              <w:rPr>
                <w:b/>
                <w:color w:val="0B1220"/>
                <w:spacing w:val="10"/>
                <w:sz w:val="14"/>
                <w:shd w:val="clear" w:color="auto" w:fill="F6F8FB"/>
              </w:rPr>
              <w:t xml:space="preserve"> WHATSAPP  </w:t>
            </w:r>
          </w:p>
        </w:tc>
        <w:tc>
          <w:tcPr>
            <w:tcW w:w="2358" w:type="dxa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>
            <w:pPr>
              <w:keepLines/>
              <w:spacing w:before="0" w:after="0" w:line="288" w:lineRule="auto"/>
            </w:pPr>
            <w:r>
              <w:rPr>
                <w:color w:val="4B586B"/>
                <w:sz w:val="17"/>
              </w:rPr>
              <w:t>Que su buena experiencia la vean otros.</w:t>
            </w:r>
          </w:p>
        </w:tc>
      </w:tr>
      <w:tr>
        <w:trPr>
          <w:cantSplit/>
          <w:trHeight w:val="740" w:hRule="atLeast"/>
        </w:trPr>
        <w:tc>
          <w:tcPr>
            <w:tcW w:w="1900" w:type="dxa"/>
            <w:tcBorders>
              <w:top w:val="single" w:sz="6" w:space="0" w:color="FFFFFF"/>
              <w:left w:val="single" w:sz="24" w:space="0" w:color="12B5A3"/>
              <w:bottom w:val="single" w:sz="6" w:space="0" w:color="FFFFFF"/>
            </w:tcBorders>
            <w:shd w:val="clear" w:color="auto" w:fill="E4FAF6"/>
            <w:tcMar>
              <w:top w:w="70" w:type="dxa"/>
              <w:left w:w="170" w:type="dxa"/>
              <w:bottom w:w="70" w:type="dxa"/>
              <w:right w:w="80" w:type="dxa"/>
            </w:tcMar>
            <w:vAlign w:val="center"/>
          </w:tcPr>
          <w:p>
            <w:pPr>
              <w:keepLines/>
              <w:spacing w:before="0" w:after="0"/>
            </w:pPr>
            <w:r>
              <w:rPr>
                <w:b/>
                <w:color w:val="076B69"/>
                <w:sz w:val="24"/>
              </w:rPr>
              <w:t>Día 90</w:t>
            </w:r>
          </w:p>
          <w:p>
            <w:pPr>
              <w:keepLines/>
              <w:spacing w:before="0" w:after="0"/>
            </w:pPr>
            <w:r>
              <w:rPr>
                <w:color w:val="4B586B"/>
                <w:sz w:val="15"/>
              </w:rPr>
              <w:t>Socio fiel</w:t>
            </w:r>
          </w:p>
        </w:tc>
        <w:tc>
          <w:tcPr>
            <w:tcW w:w="3480" w:type="dxa"/>
            <w:tcMar>
              <w:top w:w="70" w:type="dxa"/>
              <w:left w:w="200" w:type="dxa"/>
              <w:bottom w:w="70" w:type="dxa"/>
              <w:right w:w="120" w:type="dxa"/>
            </w:tcMar>
            <w:vAlign w:val="center"/>
          </w:tcPr>
          <w:p>
            <w:pPr>
              <w:keepLines/>
              <w:spacing w:before="0" w:after="40" w:line="264" w:lineRule="auto"/>
            </w:pPr>
            <w:r>
              <w:rPr>
                <w:b/>
                <w:color w:val="0B1220"/>
                <w:sz w:val="19"/>
              </w:rPr>
              <w:t>Invitar a alguien a entrenar</w:t>
            </w:r>
          </w:p>
          <w:p>
            <w:pPr>
              <w:keepLines/>
              <w:spacing w:before="0" w:after="0"/>
            </w:pPr>
            <w:r>
              <w:rPr>
                <w:b/>
                <w:color w:val="076B69"/>
                <w:sz w:val="16"/>
              </w:rPr>
              <w:t>8.3 · 8.4</w:t>
            </w:r>
            <w:r>
              <w:rPr>
                <w:color w:val="5C697D"/>
                <w:sz w:val="15"/>
              </w:rPr>
              <w:t xml:space="preserve">   08 · Reseñas</w:t>
            </w:r>
          </w:p>
        </w:tc>
        <w:tc>
          <w:tcPr>
            <w:tcW w:w="1900" w:type="dxa"/>
            <w:tcMar>
              <w:top w:w="70" w:type="dxa"/>
              <w:left w:w="120" w:type="dxa"/>
              <w:bottom w:w="70" w:type="dxa"/>
              <w:right w:w="60" w:type="dxa"/>
            </w:tcMar>
            <w:vAlign w:val="center"/>
          </w:tcPr>
          <w:p>
            <w:pPr>
              <w:keepLines/>
              <w:spacing w:before="0" w:after="0" w:lineRule="exact" w:line="260"/>
            </w:pPr>
            <w:r>
              <w:rPr>
                <w:sz w:val="15"/>
                <w:shd w:val="clear" w:color="auto" w:fill="F6F8FB"/>
              </w:rPr>
              <w:t xml:space="preserve">  </w:t>
            </w:r>
            <w:r>
              <w:rPr>
                <w:color w:val="4F82EC"/>
                <w:sz w:val="13"/>
                <w:shd w:val="clear" w:color="auto" w:fill="F6F8FB"/>
              </w:rPr>
              <w:t>●</w:t>
            </w:r>
            <w:r>
              <w:rPr>
                <w:b/>
                <w:color w:val="0B1220"/>
                <w:spacing w:val="10"/>
                <w:sz w:val="14"/>
                <w:shd w:val="clear" w:color="auto" w:fill="F6F8FB"/>
              </w:rPr>
              <w:t xml:space="preserve"> EMAIL  </w:t>
            </w:r>
          </w:p>
          <w:p>
            <w:pPr>
              <w:keepLines/>
              <w:spacing w:before="0" w:after="0" w:lineRule="exact" w:line="260"/>
            </w:pPr>
            <w:r>
              <w:rPr>
                <w:sz w:val="15"/>
                <w:shd w:val="clear" w:color="auto" w:fill="F6F8FB"/>
              </w:rPr>
              <w:t xml:space="preserve">  </w:t>
            </w:r>
            <w:r>
              <w:rPr>
                <w:color w:val="0F6B47"/>
                <w:sz w:val="13"/>
                <w:shd w:val="clear" w:color="auto" w:fill="F6F8FB"/>
              </w:rPr>
              <w:t>●</w:t>
            </w:r>
            <w:r>
              <w:rPr>
                <w:b/>
                <w:color w:val="0B1220"/>
                <w:spacing w:val="10"/>
                <w:sz w:val="14"/>
                <w:shd w:val="clear" w:color="auto" w:fill="F6F8FB"/>
              </w:rPr>
              <w:t xml:space="preserve"> WHATSAPP  </w:t>
            </w:r>
          </w:p>
        </w:tc>
        <w:tc>
          <w:tcPr>
            <w:tcW w:w="2358" w:type="dxa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>
            <w:pPr>
              <w:keepLines/>
              <w:spacing w:before="0" w:after="0" w:line="288" w:lineRule="auto"/>
            </w:pPr>
            <w:r>
              <w:rPr>
                <w:color w:val="4B586B"/>
                <w:sz w:val="17"/>
              </w:rPr>
              <w:t>Quien está a gusto trae a gente.</w:t>
            </w:r>
          </w:p>
        </w:tc>
      </w:tr>
      <w:tr>
        <w:trPr>
          <w:cantSplit/>
          <w:trHeight w:val="740" w:hRule="atLeast"/>
        </w:trPr>
        <w:tc>
          <w:tcPr>
            <w:tcW w:w="1900" w:type="dxa"/>
            <w:tcBorders>
              <w:top w:val="single" w:sz="6" w:space="0" w:color="FFFFFF"/>
              <w:left w:val="single" w:sz="24" w:space="0" w:color="4A3CCF"/>
              <w:bottom w:val="single" w:sz="6" w:space="0" w:color="FFFFFF"/>
            </w:tcBorders>
            <w:shd w:val="clear" w:color="auto" w:fill="ECEBFF"/>
            <w:tcMar>
              <w:top w:w="70" w:type="dxa"/>
              <w:left w:w="170" w:type="dxa"/>
              <w:bottom w:w="70" w:type="dxa"/>
              <w:right w:w="80" w:type="dxa"/>
            </w:tcMar>
            <w:vAlign w:val="center"/>
          </w:tcPr>
          <w:p>
            <w:pPr>
              <w:keepLines/>
              <w:spacing w:before="0" w:after="0"/>
            </w:pPr>
            <w:r>
              <w:rPr>
                <w:b/>
                <w:color w:val="4A3CCF"/>
                <w:sz w:val="24"/>
              </w:rPr>
              <w:t>Renovación</w:t>
            </w:r>
          </w:p>
          <w:p>
            <w:pPr>
              <w:keepLines/>
              <w:spacing w:before="0" w:after="0"/>
            </w:pPr>
            <w:r>
              <w:rPr>
                <w:color w:val="4B586B"/>
                <w:sz w:val="15"/>
              </w:rPr>
              <w:t>Bono o plan</w:t>
            </w:r>
          </w:p>
        </w:tc>
        <w:tc>
          <w:tcPr>
            <w:tcW w:w="3480" w:type="dxa"/>
            <w:tcMar>
              <w:top w:w="70" w:type="dxa"/>
              <w:left w:w="200" w:type="dxa"/>
              <w:bottom w:w="70" w:type="dxa"/>
              <w:right w:w="120" w:type="dxa"/>
            </w:tcMar>
            <w:vAlign w:val="center"/>
          </w:tcPr>
          <w:p>
            <w:pPr>
              <w:keepLines/>
              <w:spacing w:before="0" w:after="40" w:line="264" w:lineRule="auto"/>
            </w:pPr>
            <w:r>
              <w:rPr>
                <w:b/>
                <w:color w:val="0B1220"/>
                <w:sz w:val="19"/>
              </w:rPr>
              <w:t>Bono o plan que se acaba, cambios de precio u horario</w:t>
            </w:r>
          </w:p>
          <w:p>
            <w:pPr>
              <w:keepLines/>
              <w:spacing w:before="0" w:after="0"/>
            </w:pPr>
            <w:r>
              <w:rPr>
                <w:b/>
                <w:color w:val="4A3CCF"/>
                <w:sz w:val="16"/>
              </w:rPr>
              <w:t>4.1 a 4.5</w:t>
            </w:r>
            <w:r>
              <w:rPr>
                <w:color w:val="5C697D"/>
                <w:sz w:val="15"/>
              </w:rPr>
              <w:t xml:space="preserve">   04 · Renovaciones</w:t>
            </w:r>
          </w:p>
        </w:tc>
        <w:tc>
          <w:tcPr>
            <w:tcW w:w="1900" w:type="dxa"/>
            <w:tcMar>
              <w:top w:w="70" w:type="dxa"/>
              <w:left w:w="120" w:type="dxa"/>
              <w:bottom w:w="70" w:type="dxa"/>
              <w:right w:w="60" w:type="dxa"/>
            </w:tcMar>
            <w:vAlign w:val="center"/>
          </w:tcPr>
          <w:p>
            <w:pPr>
              <w:keepLines/>
              <w:spacing w:before="0" w:after="0" w:lineRule="exact" w:line="260"/>
            </w:pPr>
            <w:r>
              <w:rPr>
                <w:sz w:val="15"/>
                <w:shd w:val="clear" w:color="auto" w:fill="F6F8FB"/>
              </w:rPr>
              <w:t xml:space="preserve">  </w:t>
            </w:r>
            <w:r>
              <w:rPr>
                <w:color w:val="4A3CCF"/>
                <w:sz w:val="13"/>
                <w:shd w:val="clear" w:color="auto" w:fill="F6F8FB"/>
              </w:rPr>
              <w:t>●</w:t>
            </w:r>
            <w:r>
              <w:rPr>
                <w:b/>
                <w:color w:val="0B1220"/>
                <w:spacing w:val="10"/>
                <w:sz w:val="14"/>
                <w:shd w:val="clear" w:color="auto" w:fill="F6F8FB"/>
              </w:rPr>
              <w:t xml:space="preserve"> NOTIFICACIÓN  </w:t>
            </w:r>
          </w:p>
          <w:p>
            <w:pPr>
              <w:keepLines/>
              <w:spacing w:before="0" w:after="0" w:lineRule="exact" w:line="260"/>
            </w:pPr>
            <w:r>
              <w:rPr>
                <w:sz w:val="15"/>
                <w:shd w:val="clear" w:color="auto" w:fill="F6F8FB"/>
              </w:rPr>
              <w:t xml:space="preserve">  </w:t>
            </w:r>
            <w:r>
              <w:rPr>
                <w:color w:val="4F82EC"/>
                <w:sz w:val="13"/>
                <w:shd w:val="clear" w:color="auto" w:fill="F6F8FB"/>
              </w:rPr>
              <w:t>●</w:t>
            </w:r>
            <w:r>
              <w:rPr>
                <w:b/>
                <w:color w:val="0B1220"/>
                <w:spacing w:val="10"/>
                <w:sz w:val="14"/>
                <w:shd w:val="clear" w:color="auto" w:fill="F6F8FB"/>
              </w:rPr>
              <w:t xml:space="preserve"> EMAIL  </w:t>
            </w:r>
          </w:p>
        </w:tc>
        <w:tc>
          <w:tcPr>
            <w:tcW w:w="2358" w:type="dxa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>
            <w:pPr>
              <w:keepLines/>
              <w:spacing w:before="0" w:after="0" w:line="288" w:lineRule="auto"/>
            </w:pPr>
            <w:r>
              <w:rPr>
                <w:color w:val="4B586B"/>
                <w:sz w:val="17"/>
              </w:rPr>
              <w:t>Que renovar sea fácil y nada pille por sorpresa.</w:t>
            </w:r>
          </w:p>
        </w:tc>
      </w:tr>
      <w:tr>
        <w:trPr>
          <w:cantSplit/>
          <w:trHeight w:val="740" w:hRule="atLeast"/>
        </w:trPr>
        <w:tc>
          <w:tcPr>
            <w:tcW w:w="1900" w:type="dxa"/>
            <w:tcBorders>
              <w:top w:val="single" w:sz="6" w:space="0" w:color="FFFFFF"/>
              <w:left w:val="single" w:sz="24" w:space="0" w:color="1F9A68"/>
              <w:bottom w:val="single" w:sz="6" w:space="0" w:color="FFFFFF"/>
            </w:tcBorders>
            <w:shd w:val="clear" w:color="auto" w:fill="E2F7EC"/>
            <w:tcMar>
              <w:top w:w="70" w:type="dxa"/>
              <w:left w:w="170" w:type="dxa"/>
              <w:bottom w:w="70" w:type="dxa"/>
              <w:right w:w="80" w:type="dxa"/>
            </w:tcMar>
            <w:vAlign w:val="center"/>
          </w:tcPr>
          <w:p>
            <w:pPr>
              <w:keepLines/>
              <w:spacing w:before="0" w:after="0"/>
            </w:pPr>
            <w:r>
              <w:rPr>
                <w:b/>
                <w:color w:val="0F6B47"/>
                <w:sz w:val="24"/>
              </w:rPr>
              <w:t>Cumpleaños</w:t>
            </w:r>
          </w:p>
          <w:p>
            <w:pPr>
              <w:keepLines/>
              <w:spacing w:before="0" w:after="0"/>
            </w:pPr>
            <w:r>
              <w:rPr>
                <w:color w:val="4B586B"/>
                <w:sz w:val="15"/>
              </w:rPr>
              <w:t>Y aniversario</w:t>
            </w:r>
          </w:p>
        </w:tc>
        <w:tc>
          <w:tcPr>
            <w:tcW w:w="3480" w:type="dxa"/>
            <w:tcMar>
              <w:top w:w="70" w:type="dxa"/>
              <w:left w:w="200" w:type="dxa"/>
              <w:bottom w:w="70" w:type="dxa"/>
              <w:right w:w="120" w:type="dxa"/>
            </w:tcMar>
            <w:vAlign w:val="center"/>
          </w:tcPr>
          <w:p>
            <w:pPr>
              <w:keepLines/>
              <w:spacing w:before="0" w:after="40" w:line="264" w:lineRule="auto"/>
            </w:pPr>
            <w:r>
              <w:rPr>
                <w:b/>
                <w:color w:val="0B1220"/>
                <w:sz w:val="19"/>
              </w:rPr>
              <w:t>Felicitación, aniversario e hitos</w:t>
            </w:r>
          </w:p>
          <w:p>
            <w:pPr>
              <w:keepLines/>
              <w:spacing w:before="0" w:after="0"/>
            </w:pPr>
            <w:r>
              <w:rPr>
                <w:b/>
                <w:color w:val="0F6B47"/>
                <w:sz w:val="16"/>
              </w:rPr>
              <w:t>5.1 · 5.2 · 5.3</w:t>
            </w:r>
            <w:r>
              <w:rPr>
                <w:color w:val="5C697D"/>
                <w:sz w:val="15"/>
              </w:rPr>
              <w:t xml:space="preserve">   05 · Motivación</w:t>
            </w:r>
          </w:p>
        </w:tc>
        <w:tc>
          <w:tcPr>
            <w:tcW w:w="1900" w:type="dxa"/>
            <w:tcMar>
              <w:top w:w="70" w:type="dxa"/>
              <w:left w:w="120" w:type="dxa"/>
              <w:bottom w:w="70" w:type="dxa"/>
              <w:right w:w="60" w:type="dxa"/>
            </w:tcMar>
            <w:vAlign w:val="center"/>
          </w:tcPr>
          <w:p>
            <w:pPr>
              <w:keepLines/>
              <w:spacing w:before="0" w:after="0" w:lineRule="exact" w:line="260"/>
            </w:pPr>
            <w:r>
              <w:rPr>
                <w:sz w:val="15"/>
                <w:shd w:val="clear" w:color="auto" w:fill="F6F8FB"/>
              </w:rPr>
              <w:t xml:space="preserve">  </w:t>
            </w:r>
            <w:r>
              <w:rPr>
                <w:color w:val="0F6B47"/>
                <w:sz w:val="13"/>
                <w:shd w:val="clear" w:color="auto" w:fill="F6F8FB"/>
              </w:rPr>
              <w:t>●</w:t>
            </w:r>
            <w:r>
              <w:rPr>
                <w:b/>
                <w:color w:val="0B1220"/>
                <w:spacing w:val="10"/>
                <w:sz w:val="14"/>
                <w:shd w:val="clear" w:color="auto" w:fill="F6F8FB"/>
              </w:rPr>
              <w:t xml:space="preserve"> WHATSAPP  </w:t>
            </w:r>
          </w:p>
          <w:p>
            <w:pPr>
              <w:keepLines/>
              <w:spacing w:before="0" w:after="0" w:lineRule="exact" w:line="260"/>
            </w:pPr>
            <w:r>
              <w:rPr>
                <w:sz w:val="15"/>
                <w:shd w:val="clear" w:color="auto" w:fill="F6F8FB"/>
              </w:rPr>
              <w:t xml:space="preserve">  </w:t>
            </w:r>
            <w:r>
              <w:rPr>
                <w:color w:val="4A3CCF"/>
                <w:sz w:val="13"/>
                <w:shd w:val="clear" w:color="auto" w:fill="F6F8FB"/>
              </w:rPr>
              <w:t>●</w:t>
            </w:r>
            <w:r>
              <w:rPr>
                <w:b/>
                <w:color w:val="0B1220"/>
                <w:spacing w:val="10"/>
                <w:sz w:val="14"/>
                <w:shd w:val="clear" w:color="auto" w:fill="F6F8FB"/>
              </w:rPr>
              <w:t xml:space="preserve"> NOTIFICACIÓN  </w:t>
            </w:r>
          </w:p>
        </w:tc>
        <w:tc>
          <w:tcPr>
            <w:tcW w:w="2358" w:type="dxa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>
            <w:pPr>
              <w:keepLines/>
              <w:spacing w:before="0" w:after="0" w:line="288" w:lineRule="auto"/>
            </w:pPr>
            <w:r>
              <w:rPr>
                <w:color w:val="4B586B"/>
                <w:sz w:val="17"/>
              </w:rPr>
              <w:t>Un detalle personal que se recuerda.</w:t>
            </w:r>
          </w:p>
        </w:tc>
      </w:tr>
      <w:tr>
        <w:trPr>
          <w:cantSplit/>
          <w:trHeight w:val="740" w:hRule="atLeast"/>
        </w:trPr>
        <w:tc>
          <w:tcPr>
            <w:tcW w:w="1900" w:type="dxa"/>
            <w:tcBorders>
              <w:top w:val="single" w:sz="6" w:space="0" w:color="FFFFFF"/>
              <w:left w:val="single" w:sz="24" w:space="0" w:color="C9284A"/>
              <w:bottom w:val="single" w:sz="6" w:space="0" w:color="FFFFFF"/>
            </w:tcBorders>
            <w:shd w:val="clear" w:color="auto" w:fill="FFE8ED"/>
            <w:tcMar>
              <w:top w:w="70" w:type="dxa"/>
              <w:left w:w="170" w:type="dxa"/>
              <w:bottom w:w="70" w:type="dxa"/>
              <w:right w:w="80" w:type="dxa"/>
            </w:tcMar>
            <w:vAlign w:val="center"/>
          </w:tcPr>
          <w:p>
            <w:pPr>
              <w:keepLines/>
              <w:spacing w:before="0" w:after="0"/>
            </w:pPr>
            <w:r>
              <w:rPr>
                <w:b/>
                <w:color w:val="C9284A"/>
                <w:sz w:val="24"/>
              </w:rPr>
              <w:t>Ausencia</w:t>
            </w:r>
          </w:p>
          <w:p>
            <w:pPr>
              <w:keepLines/>
              <w:spacing w:before="0" w:after="0"/>
            </w:pPr>
            <w:r>
              <w:rPr>
                <w:color w:val="4B586B"/>
                <w:sz w:val="15"/>
              </w:rPr>
              <w:t>14 y 30 días</w:t>
            </w:r>
          </w:p>
        </w:tc>
        <w:tc>
          <w:tcPr>
            <w:tcW w:w="3480" w:type="dxa"/>
            <w:tcMar>
              <w:top w:w="70" w:type="dxa"/>
              <w:left w:w="200" w:type="dxa"/>
              <w:bottom w:w="70" w:type="dxa"/>
              <w:right w:w="120" w:type="dxa"/>
            </w:tcMar>
            <w:vAlign w:val="center"/>
          </w:tcPr>
          <w:p>
            <w:pPr>
              <w:keepLines/>
              <w:spacing w:before="0" w:after="40" w:line="264" w:lineRule="auto"/>
            </w:pPr>
            <w:r>
              <w:rPr>
                <w:b/>
                <w:color w:val="0B1220"/>
                <w:sz w:val="19"/>
              </w:rPr>
              <w:t>Te echamos de menos; ofrecer una pausa</w:t>
            </w:r>
          </w:p>
          <w:p>
            <w:pPr>
              <w:keepLines/>
              <w:spacing w:before="0" w:after="0"/>
            </w:pPr>
            <w:r>
              <w:rPr>
                <w:b/>
                <w:color w:val="C9284A"/>
                <w:sz w:val="16"/>
              </w:rPr>
              <w:t>6.1 a 6.5</w:t>
            </w:r>
            <w:r>
              <w:rPr>
                <w:color w:val="5C697D"/>
                <w:sz w:val="15"/>
              </w:rPr>
              <w:t xml:space="preserve">   06 · Ausencias</w:t>
            </w:r>
          </w:p>
        </w:tc>
        <w:tc>
          <w:tcPr>
            <w:tcW w:w="1900" w:type="dxa"/>
            <w:tcMar>
              <w:top w:w="70" w:type="dxa"/>
              <w:left w:w="120" w:type="dxa"/>
              <w:bottom w:w="70" w:type="dxa"/>
              <w:right w:w="60" w:type="dxa"/>
            </w:tcMar>
            <w:vAlign w:val="center"/>
          </w:tcPr>
          <w:p>
            <w:pPr>
              <w:keepLines/>
              <w:spacing w:before="0" w:after="0" w:lineRule="exact" w:line="260"/>
            </w:pPr>
            <w:r>
              <w:rPr>
                <w:sz w:val="15"/>
                <w:shd w:val="clear" w:color="auto" w:fill="F6F8FB"/>
              </w:rPr>
              <w:t xml:space="preserve">  </w:t>
            </w:r>
            <w:r>
              <w:rPr>
                <w:color w:val="0F6B47"/>
                <w:sz w:val="13"/>
                <w:shd w:val="clear" w:color="auto" w:fill="F6F8FB"/>
              </w:rPr>
              <w:t>●</w:t>
            </w:r>
            <w:r>
              <w:rPr>
                <w:b/>
                <w:color w:val="0B1220"/>
                <w:spacing w:val="10"/>
                <w:sz w:val="14"/>
                <w:shd w:val="clear" w:color="auto" w:fill="F6F8FB"/>
              </w:rPr>
              <w:t xml:space="preserve"> WHATSAPP  </w:t>
            </w:r>
          </w:p>
        </w:tc>
        <w:tc>
          <w:tcPr>
            <w:tcW w:w="2358" w:type="dxa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>
            <w:pPr>
              <w:keepLines/>
              <w:spacing w:before="0" w:after="0" w:line="288" w:lineRule="auto"/>
            </w:pPr>
            <w:r>
              <w:rPr>
                <w:color w:val="4B586B"/>
                <w:sz w:val="17"/>
              </w:rPr>
              <w:t>Recuperarle antes de que pida la baja.</w:t>
            </w:r>
          </w:p>
        </w:tc>
      </w:tr>
      <w:tr>
        <w:trPr>
          <w:cantSplit/>
          <w:trHeight w:val="740" w:hRule="atLeast"/>
        </w:trPr>
        <w:tc>
          <w:tcPr>
            <w:tcW w:w="1900" w:type="dxa"/>
            <w:tcBorders>
              <w:top w:val="single" w:sz="6" w:space="0" w:color="FFFFFF"/>
              <w:left w:val="single" w:sz="24" w:space="0" w:color="7A879A"/>
              <w:bottom w:val="single" w:sz="6" w:space="0" w:color="FFFFFF"/>
            </w:tcBorders>
            <w:shd w:val="clear" w:color="auto" w:fill="EDF1F6"/>
            <w:tcMar>
              <w:top w:w="70" w:type="dxa"/>
              <w:left w:w="170" w:type="dxa"/>
              <w:bottom w:w="70" w:type="dxa"/>
              <w:right w:w="80" w:type="dxa"/>
            </w:tcMar>
            <w:vAlign w:val="center"/>
          </w:tcPr>
          <w:p>
            <w:pPr>
              <w:keepLines/>
              <w:spacing w:before="0" w:after="0"/>
            </w:pPr>
            <w:r>
              <w:rPr>
                <w:b/>
                <w:color w:val="4B586B"/>
                <w:sz w:val="24"/>
              </w:rPr>
              <w:t>Baja</w:t>
            </w:r>
          </w:p>
          <w:p>
            <w:pPr>
              <w:keepLines/>
              <w:spacing w:before="0" w:after="0"/>
            </w:pPr>
            <w:r>
              <w:rPr>
                <w:color w:val="4B586B"/>
                <w:sz w:val="15"/>
              </w:rPr>
              <w:t>Y después</w:t>
            </w:r>
          </w:p>
        </w:tc>
        <w:tc>
          <w:tcPr>
            <w:tcW w:w="3480" w:type="dxa"/>
            <w:tcMar>
              <w:top w:w="70" w:type="dxa"/>
              <w:left w:w="200" w:type="dxa"/>
              <w:bottom w:w="70" w:type="dxa"/>
              <w:right w:w="120" w:type="dxa"/>
            </w:tcMar>
            <w:vAlign w:val="center"/>
          </w:tcPr>
          <w:p>
            <w:pPr>
              <w:keepLines/>
              <w:spacing w:before="0" w:after="40" w:line="264" w:lineRule="auto"/>
            </w:pPr>
            <w:r>
              <w:rPr>
                <w:b/>
                <w:color w:val="0B1220"/>
                <w:sz w:val="19"/>
              </w:rPr>
              <w:t>Confirmación, encuesta y volver a los 60 y 90 días</w:t>
            </w:r>
          </w:p>
          <w:p>
            <w:pPr>
              <w:keepLines/>
              <w:spacing w:before="0" w:after="0"/>
            </w:pPr>
            <w:r>
              <w:rPr>
                <w:b/>
                <w:color w:val="4B586B"/>
                <w:sz w:val="16"/>
              </w:rPr>
              <w:t>7.1 a 7.4</w:t>
            </w:r>
            <w:r>
              <w:rPr>
                <w:color w:val="5C697D"/>
                <w:sz w:val="15"/>
              </w:rPr>
              <w:t xml:space="preserve">   07 · Bajas</w:t>
            </w:r>
          </w:p>
        </w:tc>
        <w:tc>
          <w:tcPr>
            <w:tcW w:w="1900" w:type="dxa"/>
            <w:tcMar>
              <w:top w:w="70" w:type="dxa"/>
              <w:left w:w="120" w:type="dxa"/>
              <w:bottom w:w="70" w:type="dxa"/>
              <w:right w:w="60" w:type="dxa"/>
            </w:tcMar>
            <w:vAlign w:val="center"/>
          </w:tcPr>
          <w:p>
            <w:pPr>
              <w:keepLines/>
              <w:spacing w:before="0" w:after="0" w:lineRule="exact" w:line="260"/>
            </w:pPr>
            <w:r>
              <w:rPr>
                <w:sz w:val="15"/>
                <w:shd w:val="clear" w:color="auto" w:fill="F6F8FB"/>
              </w:rPr>
              <w:t xml:space="preserve">  </w:t>
            </w:r>
            <w:r>
              <w:rPr>
                <w:color w:val="4F82EC"/>
                <w:sz w:val="13"/>
                <w:shd w:val="clear" w:color="auto" w:fill="F6F8FB"/>
              </w:rPr>
              <w:t>●</w:t>
            </w:r>
            <w:r>
              <w:rPr>
                <w:b/>
                <w:color w:val="0B1220"/>
                <w:spacing w:val="10"/>
                <w:sz w:val="14"/>
                <w:shd w:val="clear" w:color="auto" w:fill="F6F8FB"/>
              </w:rPr>
              <w:t xml:space="preserve"> EMAIL  </w:t>
            </w:r>
          </w:p>
        </w:tc>
        <w:tc>
          <w:tcPr>
            <w:tcW w:w="2358" w:type="dxa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>
            <w:pPr>
              <w:keepLines/>
              <w:spacing w:before="0" w:after="0" w:line="288" w:lineRule="auto"/>
            </w:pPr>
            <w:r>
              <w:rPr>
                <w:color w:val="4B586B"/>
                <w:sz w:val="17"/>
              </w:rPr>
              <w:t>Que se vaya bien para que pueda volver.</w:t>
            </w:r>
          </w:p>
        </w:tc>
      </w:tr>
    </w:tbl>
    <w:p>
      <w:pPr>
        <w:keepNext w:val="0"/>
        <w:keepLines/>
        <w:spacing w:before="0" w:after="0" w:lineRule="exact" w:line="320"/>
      </w:pPr>
      <w:r>
        <w:rPr>
          <w:sz w:val="4"/>
        </w:rPr>
      </w:r>
    </w:p>
    <w:p>
      <w:pPr>
        <w:keepNext/>
        <w:keepLines/>
        <w:spacing w:before="0" w:after="120"/>
      </w:pPr>
      <w:r>
        <w:rPr>
          <w:b/>
          <w:color w:val="5C697D"/>
          <w:spacing w:val="24"/>
          <w:sz w:val="15"/>
        </w:rPr>
        <w:t>Y EN CUALQUIER MOMENTO</w:t>
      </w:r>
    </w:p>
    <w:tbl>
      <w:tblPr>
        <w:tblW w:w="9638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119"/>
        <w:gridCol w:w="140"/>
        <w:gridCol w:w="3119"/>
        <w:gridCol w:w="140"/>
        <w:gridCol w:w="3120"/>
      </w:tblGrid>
      <w:tr>
        <w:trPr>
          <w:cantSplit/>
        </w:trPr>
        <w:tc>
          <w:tcPr>
            <w:tcW w:w="3119" w:type="dxa"/>
            <w:tcBorders>
              <w:top w:val="single" w:sz="18" w:space="0" w:color="4F82EC"/>
              <w:left w:val="nil"/>
              <w:bottom w:val="nil"/>
              <w:right w:val="nil"/>
            </w:tcBorders>
            <w:shd w:val="clear" w:color="auto" w:fill="E6EEFD"/>
            <w:tcMar>
              <w:top w:w="110" w:type="dxa"/>
              <w:left w:w="160" w:type="dxa"/>
              <w:bottom w:w="120" w:type="dxa"/>
              <w:right w:w="140" w:type="dxa"/>
            </w:tcMar>
          </w:tcPr>
          <w:p>
            <w:pPr>
              <w:keepLines/>
              <w:spacing w:before="0" w:after="20"/>
            </w:pPr>
            <w:r>
              <w:rPr>
                <w:b/>
                <w:color w:val="2F5FC4"/>
                <w:sz w:val="18"/>
              </w:rPr>
              <w:t xml:space="preserve">02  </w:t>
            </w:r>
            <w:r>
              <w:rPr>
                <w:b/>
                <w:color w:val="0B1220"/>
                <w:sz w:val="18"/>
              </w:rPr>
              <w:t>Reservas y clases</w:t>
            </w:r>
          </w:p>
          <w:p>
            <w:pPr>
              <w:keepLines/>
              <w:spacing w:before="0" w:after="0"/>
            </w:pPr>
            <w:r>
              <w:rPr>
                <w:color w:val="4B586B"/>
                <w:sz w:val="16"/>
              </w:rPr>
              <w:t>Confirmaciones, listas de espera, ausencias.</w:t>
            </w:r>
          </w:p>
        </w:tc>
        <w:tc>
          <w:tcPr>
            <w:tcW w:w="140" w:type="dxa"/>
          </w:tcPr>
          <w:p/>
        </w:tc>
        <w:tc>
          <w:tcPr>
            <w:tcW w:w="3119" w:type="dxa"/>
            <w:tcBorders>
              <w:top w:val="single" w:sz="18" w:space="0" w:color="D08A1E"/>
              <w:left w:val="nil"/>
              <w:bottom w:val="nil"/>
              <w:right w:val="nil"/>
            </w:tcBorders>
            <w:shd w:val="clear" w:color="auto" w:fill="FFF1D8"/>
            <w:tcMar>
              <w:top w:w="110" w:type="dxa"/>
              <w:left w:w="160" w:type="dxa"/>
              <w:bottom w:w="120" w:type="dxa"/>
              <w:right w:w="140" w:type="dxa"/>
            </w:tcMar>
          </w:tcPr>
          <w:p>
            <w:pPr>
              <w:keepLines/>
              <w:spacing w:before="0" w:after="20"/>
            </w:pPr>
            <w:r>
              <w:rPr>
                <w:b/>
                <w:color w:val="9A5B05"/>
                <w:sz w:val="18"/>
              </w:rPr>
              <w:t xml:space="preserve">03  </w:t>
            </w:r>
            <w:r>
              <w:rPr>
                <w:b/>
                <w:color w:val="0B1220"/>
                <w:sz w:val="18"/>
              </w:rPr>
              <w:t>Cobros e impagos</w:t>
            </w:r>
          </w:p>
          <w:p>
            <w:pPr>
              <w:keepLines/>
              <w:spacing w:before="0" w:after="0"/>
            </w:pPr>
            <w:r>
              <w:rPr>
                <w:color w:val="4B586B"/>
                <w:sz w:val="16"/>
              </w:rPr>
              <w:t>Próximo cobro y recibo devuelto en tres pasos.</w:t>
            </w:r>
          </w:p>
        </w:tc>
        <w:tc>
          <w:tcPr>
            <w:tcW w:w="140" w:type="dxa"/>
          </w:tcPr>
          <w:p/>
        </w:tc>
        <w:tc>
          <w:tcPr>
            <w:tcW w:w="3120" w:type="dxa"/>
            <w:tcBorders>
              <w:top w:val="single" w:sz="18" w:space="0" w:color="4F82EC"/>
              <w:left w:val="nil"/>
              <w:bottom w:val="nil"/>
              <w:right w:val="nil"/>
            </w:tcBorders>
            <w:shd w:val="clear" w:color="auto" w:fill="E6EEFD"/>
            <w:tcMar>
              <w:top w:w="110" w:type="dxa"/>
              <w:left w:w="160" w:type="dxa"/>
              <w:bottom w:w="120" w:type="dxa"/>
              <w:right w:w="140" w:type="dxa"/>
            </w:tcMar>
          </w:tcPr>
          <w:p>
            <w:pPr>
              <w:keepLines/>
              <w:spacing w:before="0" w:after="20"/>
            </w:pPr>
            <w:r>
              <w:rPr>
                <w:b/>
                <w:color w:val="2F5FC4"/>
                <w:sz w:val="18"/>
              </w:rPr>
              <w:t xml:space="preserve">09  </w:t>
            </w:r>
            <w:r>
              <w:rPr>
                <w:b/>
                <w:color w:val="0B1220"/>
                <w:sz w:val="18"/>
              </w:rPr>
              <w:t>Avisos del centro</w:t>
            </w:r>
          </w:p>
          <w:p>
            <w:pPr>
              <w:keepLines/>
              <w:spacing w:before="0" w:after="0"/>
            </w:pPr>
            <w:r>
              <w:rPr>
                <w:color w:val="4B586B"/>
                <w:sz w:val="16"/>
              </w:rPr>
              <w:t>Festivos, obras, novedades e incidencias.</w:t>
            </w:r>
          </w:p>
        </w:tc>
      </w:tr>
    </w:tbl>
    <w:p>
      <w:pPr>
        <w:keepNext/>
        <w:keepLines/>
        <w:pageBreakBefore/>
        <w:spacing w:before="0" w:after="0" w:lineRule="exact" w:line="20"/>
      </w:pPr>
      <w:r>
        <w:rPr>
          <w:sz w:val="2"/>
        </w:rPr>
      </w:r>
    </w:p>
    <w:tbl>
      <w:tblPr>
        <w:tblW w:w="9638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138"/>
        <w:gridCol w:w="1500"/>
      </w:tblGrid>
      <w:tr>
        <w:trPr>
          <w:cantSplit/>
        </w:trPr>
        <w:tc>
          <w:tcPr>
            <w:tcW w:w="8138" w:type="dxa"/>
            <w:shd w:val="clear" w:color="auto" w:fill="E4FAF6"/>
            <w:tcMar>
              <w:top w:w="300" w:type="dxa"/>
              <w:left w:w="340" w:type="dxa"/>
              <w:bottom w:w="300" w:type="dxa"/>
              <w:right w:w="120" w:type="dxa"/>
            </w:tcMar>
            <w:vAlign w:val="center"/>
          </w:tcPr>
          <w:p>
            <w:pPr>
              <w:keepNext/>
              <w:keepLines/>
              <w:spacing w:before="0" w:after="100"/>
            </w:pPr>
            <w:r>
              <w:rPr>
                <w:b/>
                <w:color w:val="076B69"/>
                <w:spacing w:val="24"/>
                <w:sz w:val="15"/>
              </w:rPr>
              <w:t>SECCIÓN 01  ·  7 MENSAJES</w:t>
            </w:r>
          </w:p>
          <w:p>
            <w:pPr>
              <w:pStyle w:val="Heading1"/>
              <w:keepNext/>
              <w:keepLines/>
              <w:spacing w:before="0" w:after="120"/>
            </w:pPr>
            <w:r>
              <w:rPr/>
              <w:t>Bienvenida y primeras semanas</w:t>
            </w:r>
          </w:p>
          <w:p>
            <w:pPr>
              <w:keepNext/>
              <w:keepLines/>
              <w:spacing w:before="0" w:after="0" w:line="312" w:lineRule="auto"/>
            </w:pPr>
            <w:r>
              <w:rPr>
                <w:color w:val="4B586B"/>
                <w:sz w:val="20"/>
              </w:rPr>
              <w:t>Las primeras semanas deciden si alguien se queda. Mensajes cortos para que se sienta esperado y sepa siempre qué hacer.</w:t>
            </w:r>
          </w:p>
        </w:tc>
        <w:tc>
          <w:tcPr>
            <w:tcW w:w="1500" w:type="dxa"/>
            <w:shd w:val="clear" w:color="auto" w:fill="E4FAF6"/>
            <w:tcMar>
              <w:top w:w="200" w:type="dxa"/>
              <w:left w:w="120" w:type="dxa"/>
              <w:bottom w:w="200" w:type="dxa"/>
              <w:right w:w="300" w:type="dxa"/>
            </w:tcMar>
            <w:vAlign w:val="center"/>
          </w:tcPr>
          <w:p>
            <w:pPr>
              <w:keepNext/>
              <w:keepLines/>
              <w:spacing w:before="0" w:after="0"/>
              <w:jc w:val="right"/>
            </w:pPr>
            <w:r>
              <w:rPr>
                <w:b/>
                <w:color w:val="12B5A3"/>
                <w:sz w:val="80"/>
              </w:rPr>
              <w:t>01</w:t>
            </w:r>
          </w:p>
        </w:tc>
      </w:tr>
    </w:tbl>
    <w:p>
      <w:pPr>
        <w:keepNext/>
        <w:keepLines/>
        <w:spacing w:before="0" w:after="0" w:lineRule="exact" w:line="240"/>
      </w:pPr>
      <w:r>
        <w:rPr>
          <w:sz w:val="4"/>
        </w:rPr>
      </w:r>
    </w:p>
    <w:tbl>
      <w:tblPr>
        <w:tblW w:w="9638" w:type="dxa"/>
        <w:jc w:val="left"/>
        <w:tblBorders>
          <w:top w:val="single" w:sz="4" w:space="0" w:color="E3E9F0"/>
          <w:left w:val="single" w:sz="4" w:space="0" w:color="E3E9F0"/>
          <w:bottom w:val="single" w:sz="4" w:space="0" w:color="E3E9F0"/>
          <w:right w:val="single" w:sz="4" w:space="0" w:color="E3E9F0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00"/>
        <w:gridCol w:w="3538"/>
      </w:tblGrid>
      <w:tr>
        <w:trPr>
          <w:cantSplit/>
        </w:trPr>
        <w:tc>
          <w:tcPr>
            <w:tcW w:w="6100" w:type="dxa"/>
            <w:shd w:val="clear" w:color="auto" w:fill="E4FAF6"/>
            <w:tcMar>
              <w:top w:w="130" w:type="dxa"/>
              <w:left w:w="220" w:type="dxa"/>
              <w:bottom w:w="120" w:type="dxa"/>
              <w:right w:w="80" w:type="dxa"/>
            </w:tcMar>
            <w:vAlign w:val="center"/>
          </w:tcPr>
          <w:p>
            <w:pPr>
              <w:pStyle w:val="Heading2"/>
              <w:keepNext/>
              <w:keepLines/>
              <w:spacing w:before="0" w:after="0"/>
            </w:pPr>
            <w:r>
              <w:rPr>
                <w:color w:val="076B69"/>
              </w:rPr>
              <w:t xml:space="preserve">1.1   </w:t>
            </w:r>
            <w:r>
              <w:rPr/>
              <w:t>Bienvenida el día del alta</w:t>
            </w:r>
          </w:p>
        </w:tc>
        <w:tc>
          <w:tcPr>
            <w:tcW w:w="3538" w:type="dxa"/>
            <w:shd w:val="clear" w:color="auto" w:fill="E4FAF6"/>
            <w:tcMar>
              <w:top w:w="130" w:type="dxa"/>
              <w:left w:w="80" w:type="dxa"/>
              <w:bottom w:w="120" w:type="dxa"/>
              <w:right w:w="200" w:type="dxa"/>
            </w:tcMar>
            <w:vAlign w:val="center"/>
          </w:tcPr>
          <w:p>
            <w:pPr>
              <w:keepNext/>
              <w:keepLines/>
              <w:spacing w:before="0" w:after="0" w:line="360" w:lineRule="auto"/>
              <w:jc w:val="right"/>
            </w:pPr>
            <w:r>
              <w:rPr>
                <w:sz w:val="15"/>
                <w:shd w:val="clear" w:color="auto" w:fill="FFFFFF"/>
              </w:rPr>
              <w:t xml:space="preserve">  </w:t>
            </w:r>
            <w:r>
              <w:rPr>
                <w:color w:val="0F6B47"/>
                <w:sz w:val="13"/>
                <w:shd w:val="clear" w:color="auto" w:fill="FFFFFF"/>
              </w:rPr>
              <w:t>●</w:t>
            </w:r>
            <w:r>
              <w:rPr>
                <w:b/>
                <w:color w:val="0B1220"/>
                <w:spacing w:val="10"/>
                <w:sz w:val="14"/>
                <w:shd w:val="clear" w:color="auto" w:fill="FFFFFF"/>
              </w:rPr>
              <w:t xml:space="preserve"> WHATSAPP  </w:t>
            </w:r>
          </w:p>
        </w:tc>
      </w:tr>
      <w:tr>
        <w:trPr>
          <w:cantSplit/>
        </w:trPr>
        <w:tc>
          <w:tcPr>
            <w:tcW w:w="9638" w:type="dxa"/>
            <w:gridSpan w:val="2"/>
            <w:tcMar>
              <w:top w:w="150" w:type="dxa"/>
              <w:left w:w="220" w:type="dxa"/>
              <w:bottom w:w="170" w:type="dxa"/>
              <w:right w:w="260" w:type="dxa"/>
            </w:tcMar>
          </w:tcPr>
          <w:p>
            <w:pPr>
              <w:keepNext/>
              <w:keepLines/>
              <w:spacing w:before="0" w:after="160" w:line="288" w:lineRule="auto"/>
            </w:pPr>
            <w:r>
              <w:rPr>
                <w:b/>
                <w:color w:val="076B69"/>
                <w:spacing w:val="20"/>
                <w:sz w:val="14"/>
              </w:rPr>
              <w:t xml:space="preserve">CUÁNDO  </w:t>
            </w:r>
            <w:r>
              <w:rPr>
                <w:color w:val="4B586B"/>
                <w:sz w:val="17"/>
              </w:rPr>
              <w:t>El mismo día del alta, unas horas después (no mientras está en el mostrador).</w:t>
            </w:r>
          </w:p>
          <w:p>
            <w:pPr>
              <w:pStyle w:val="Mensaje"/>
              <w:keepNext/>
              <w:keepLines/>
              <w:pBdr>
                <w:left w:val="single" w:sz="12" w:space="10" w:color="12B5A3"/>
              </w:pBdr>
              <w:spacing w:before="0" w:after="80" w:line="293" w:lineRule="auto"/>
            </w:pPr>
            <w:r>
              <w:rPr/>
              <w:t xml:space="preserve">¡Hola, </w:t>
            </w:r>
            <w:r>
              <w:rPr>
                <w:rStyle w:val="Hueco"/>
              </w:rPr>
              <w:t>{nombre}</w:t>
            </w:r>
            <w:r>
              <w:rPr/>
              <w:t xml:space="preserve">! Soy </w:t>
            </w:r>
            <w:r>
              <w:rPr>
                <w:rStyle w:val="Hueco"/>
              </w:rPr>
              <w:t>{firma}</w:t>
            </w:r>
            <w:r>
              <w:rPr/>
              <w:t xml:space="preserve">, de </w:t>
            </w:r>
            <w:r>
              <w:rPr>
                <w:rStyle w:val="Hueco"/>
              </w:rPr>
              <w:t>{centro}</w:t>
            </w:r>
            <w:r>
              <w:rPr/>
              <w:t>. Solo quería darte la bienvenida y decirte que nos alegra mucho tenerte por aquí.</w:t>
            </w:r>
          </w:p>
          <w:p>
            <w:pPr>
              <w:pStyle w:val="Mensaje"/>
              <w:keepNext/>
              <w:keepLines/>
              <w:pBdr>
                <w:left w:val="single" w:sz="12" w:space="10" w:color="12B5A3"/>
              </w:pBdr>
              <w:spacing w:before="0" w:after="80" w:line="293" w:lineRule="auto"/>
            </w:pPr>
            <w:r>
              <w:rPr/>
              <w:t>Guarda este número: para cualquier duda (horarios, reservas, por dónde empezar) me escribes aquí y te respondo yo.</w:t>
            </w:r>
          </w:p>
          <w:p>
            <w:pPr>
              <w:pStyle w:val="Mensaje"/>
              <w:keepNext/>
              <w:keepLines/>
              <w:pBdr>
                <w:left w:val="single" w:sz="12" w:space="10" w:color="12B5A3"/>
              </w:pBdr>
              <w:spacing w:before="0" w:after="80" w:line="293" w:lineRule="auto"/>
            </w:pPr>
            <w:r>
              <w:rPr/>
              <w:t>¿Cuándo tienes pensado venir por primera vez? Así te esperamos.</w:t>
            </w:r>
          </w:p>
          <w:p>
            <w:pPr>
              <w:keepNext w:val="0"/>
              <w:keepLines/>
              <w:spacing w:before="120" w:after="0" w:line="288" w:lineRule="auto"/>
            </w:pPr>
            <w:r>
              <w:rPr>
                <w:b/>
                <w:color w:val="076B69"/>
                <w:sz w:val="17"/>
              </w:rPr>
              <w:t xml:space="preserve">Consejo  ·  </w:t>
            </w:r>
            <w:r>
              <w:rPr>
                <w:color w:val="4B586B"/>
                <w:sz w:val="17"/>
              </w:rPr>
              <w:t>Acabar con una pregunta invita a responder, y una respuesta convierte un aviso en una conversación.</w:t>
            </w:r>
          </w:p>
        </w:tc>
      </w:tr>
    </w:tbl>
    <w:p>
      <w:pPr>
        <w:keepNext w:val="0"/>
        <w:keepLines/>
        <w:spacing w:before="0" w:after="0" w:lineRule="exact" w:line="220"/>
      </w:pPr>
      <w:r>
        <w:rPr>
          <w:sz w:val="4"/>
        </w:rPr>
      </w:r>
    </w:p>
    <w:tbl>
      <w:tblPr>
        <w:tblW w:w="9638" w:type="dxa"/>
        <w:jc w:val="left"/>
        <w:tblBorders>
          <w:top w:val="single" w:sz="4" w:space="0" w:color="E3E9F0"/>
          <w:left w:val="single" w:sz="4" w:space="0" w:color="E3E9F0"/>
          <w:bottom w:val="single" w:sz="4" w:space="0" w:color="E3E9F0"/>
          <w:right w:val="single" w:sz="4" w:space="0" w:color="E3E9F0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00"/>
        <w:gridCol w:w="3538"/>
      </w:tblGrid>
      <w:tr>
        <w:trPr>
          <w:cantSplit/>
        </w:trPr>
        <w:tc>
          <w:tcPr>
            <w:tcW w:w="6100" w:type="dxa"/>
            <w:shd w:val="clear" w:color="auto" w:fill="E4FAF6"/>
            <w:tcMar>
              <w:top w:w="130" w:type="dxa"/>
              <w:left w:w="220" w:type="dxa"/>
              <w:bottom w:w="120" w:type="dxa"/>
              <w:right w:w="80" w:type="dxa"/>
            </w:tcMar>
            <w:vAlign w:val="center"/>
          </w:tcPr>
          <w:p>
            <w:pPr>
              <w:pStyle w:val="Heading2"/>
              <w:keepNext/>
              <w:keepLines/>
              <w:spacing w:before="0" w:after="0"/>
            </w:pPr>
            <w:r>
              <w:rPr>
                <w:color w:val="076B69"/>
              </w:rPr>
              <w:t xml:space="preserve">1.2   </w:t>
            </w:r>
            <w:r>
              <w:rPr/>
              <w:t>Todo lo práctico para el primer día</w:t>
            </w:r>
          </w:p>
        </w:tc>
        <w:tc>
          <w:tcPr>
            <w:tcW w:w="3538" w:type="dxa"/>
            <w:shd w:val="clear" w:color="auto" w:fill="E4FAF6"/>
            <w:tcMar>
              <w:top w:w="130" w:type="dxa"/>
              <w:left w:w="80" w:type="dxa"/>
              <w:bottom w:w="120" w:type="dxa"/>
              <w:right w:w="200" w:type="dxa"/>
            </w:tcMar>
            <w:vAlign w:val="center"/>
          </w:tcPr>
          <w:p>
            <w:pPr>
              <w:keepNext/>
              <w:keepLines/>
              <w:spacing w:before="0" w:after="0" w:line="360" w:lineRule="auto"/>
              <w:jc w:val="right"/>
            </w:pPr>
            <w:r>
              <w:rPr>
                <w:sz w:val="15"/>
                <w:shd w:val="clear" w:color="auto" w:fill="FFFFFF"/>
              </w:rPr>
              <w:t xml:space="preserve">  </w:t>
            </w:r>
            <w:r>
              <w:rPr>
                <w:color w:val="4F82EC"/>
                <w:sz w:val="13"/>
                <w:shd w:val="clear" w:color="auto" w:fill="FFFFFF"/>
              </w:rPr>
              <w:t>●</w:t>
            </w:r>
            <w:r>
              <w:rPr>
                <w:b/>
                <w:color w:val="0B1220"/>
                <w:spacing w:val="10"/>
                <w:sz w:val="14"/>
                <w:shd w:val="clear" w:color="auto" w:fill="FFFFFF"/>
              </w:rPr>
              <w:t xml:space="preserve"> EMAIL  </w:t>
            </w:r>
          </w:p>
        </w:tc>
      </w:tr>
      <w:tr>
        <w:trPr>
          <w:cantSplit/>
        </w:trPr>
        <w:tc>
          <w:tcPr>
            <w:tcW w:w="9638" w:type="dxa"/>
            <w:gridSpan w:val="2"/>
            <w:tcMar>
              <w:top w:w="150" w:type="dxa"/>
              <w:left w:w="220" w:type="dxa"/>
              <w:bottom w:w="170" w:type="dxa"/>
              <w:right w:w="260" w:type="dxa"/>
            </w:tcMar>
          </w:tcPr>
          <w:p>
            <w:pPr>
              <w:keepNext/>
              <w:keepLines/>
              <w:spacing w:before="0" w:after="160" w:line="288" w:lineRule="auto"/>
            </w:pPr>
            <w:r>
              <w:rPr>
                <w:b/>
                <w:color w:val="076B69"/>
                <w:spacing w:val="20"/>
                <w:sz w:val="14"/>
              </w:rPr>
              <w:t xml:space="preserve">CUÁNDO  </w:t>
            </w:r>
            <w:r>
              <w:rPr>
                <w:color w:val="4B586B"/>
                <w:sz w:val="17"/>
              </w:rPr>
              <w:t>Día 0, justo después del alta.</w:t>
            </w:r>
          </w:p>
          <w:p>
            <w:pPr>
              <w:pStyle w:val="Mensaje"/>
              <w:keepNext/>
              <w:keepLines/>
              <w:pBdr>
                <w:left w:val="single" w:sz="12" w:space="10" w:color="12B5A3"/>
              </w:pBdr>
              <w:spacing w:before="0" w:after="120"/>
            </w:pPr>
            <w:r>
              <w:rPr>
                <w:b/>
                <w:color w:val="4B586B"/>
              </w:rPr>
              <w:t xml:space="preserve">Asunto: </w:t>
            </w:r>
            <w:r>
              <w:rPr>
                <w:b/>
              </w:rPr>
              <w:t xml:space="preserve">Todo lo que necesitas para tu primer día en </w:t>
            </w:r>
            <w:r>
              <w:rPr>
                <w:rStyle w:val="Hueco"/>
                <w:b/>
              </w:rPr>
              <w:t>{centro}</w:t>
            </w:r>
          </w:p>
          <w:p>
            <w:pPr>
              <w:pStyle w:val="Mensaje"/>
              <w:keepNext/>
              <w:keepLines/>
              <w:pBdr>
                <w:left w:val="single" w:sz="12" w:space="10" w:color="12B5A3"/>
              </w:pBdr>
              <w:spacing w:before="0" w:after="80" w:line="293" w:lineRule="auto"/>
            </w:pPr>
            <w:r>
              <w:rPr/>
              <w:t xml:space="preserve">Hola, </w:t>
            </w:r>
            <w:r>
              <w:rPr>
                <w:rStyle w:val="Hueco"/>
              </w:rPr>
              <w:t>{nombre}</w:t>
            </w:r>
            <w:r>
              <w:rPr/>
              <w:t>:</w:t>
            </w:r>
          </w:p>
          <w:p>
            <w:pPr>
              <w:pStyle w:val="Mensaje"/>
              <w:keepNext/>
              <w:keepLines/>
              <w:pBdr>
                <w:left w:val="single" w:sz="12" w:space="10" w:color="12B5A3"/>
              </w:pBdr>
              <w:spacing w:before="0" w:after="80" w:line="293" w:lineRule="auto"/>
            </w:pPr>
            <w:r>
              <w:rPr/>
              <w:t xml:space="preserve">Ya formas parte de </w:t>
            </w:r>
            <w:r>
              <w:rPr>
                <w:rStyle w:val="Hueco"/>
              </w:rPr>
              <w:t>{centro}</w:t>
            </w:r>
            <w:r>
              <w:rPr/>
              <w:t>. Para que el primer día sea fácil, aquí tienes lo básico:</w:t>
            </w:r>
          </w:p>
          <w:p>
            <w:pPr>
              <w:pStyle w:val="Mensaje"/>
              <w:keepNext/>
              <w:keepLines/>
              <w:pBdr>
                <w:left w:val="single" w:sz="12" w:space="10" w:color="12B5A3"/>
              </w:pBdr>
              <w:tabs>
                <w:tab w:pos="460" w:val="left"/>
              </w:tabs>
              <w:spacing w:before="0" w:after="40" w:line="293" w:lineRule="auto"/>
              <w:ind w:left="460" w:hanging="260"/>
            </w:pPr>
            <w:r>
              <w:rPr>
                <w:b/>
                <w:color w:val="076B69"/>
              </w:rPr>
              <w:t>–</w:t>
              <w:tab/>
            </w:r>
            <w:r>
              <w:rPr/>
              <w:t xml:space="preserve">Cómo entrar: </w:t>
            </w:r>
            <w:r>
              <w:rPr>
                <w:rStyle w:val="Hueco"/>
              </w:rPr>
              <w:t>[CÓMO SE ACCEDE AL CENTRO]</w:t>
            </w:r>
            <w:r>
              <w:rPr/>
              <w:t>.</w:t>
            </w:r>
          </w:p>
          <w:p>
            <w:pPr>
              <w:pStyle w:val="Mensaje"/>
              <w:keepNext/>
              <w:keepLines/>
              <w:pBdr>
                <w:left w:val="single" w:sz="12" w:space="10" w:color="12B5A3"/>
              </w:pBdr>
              <w:tabs>
                <w:tab w:pos="460" w:val="left"/>
              </w:tabs>
              <w:spacing w:before="0" w:after="40" w:line="293" w:lineRule="auto"/>
              <w:ind w:left="460" w:hanging="260"/>
            </w:pPr>
            <w:r>
              <w:rPr>
                <w:b/>
                <w:color w:val="076B69"/>
              </w:rPr>
              <w:t>–</w:t>
              <w:tab/>
            </w:r>
            <w:r>
              <w:rPr/>
              <w:t xml:space="preserve">Horario: </w:t>
            </w:r>
            <w:r>
              <w:rPr>
                <w:rStyle w:val="Hueco"/>
              </w:rPr>
              <w:t>[HORARIO DEL CENTRO]</w:t>
            </w:r>
            <w:r>
              <w:rPr/>
              <w:t>.</w:t>
            </w:r>
          </w:p>
          <w:p>
            <w:pPr>
              <w:pStyle w:val="Mensaje"/>
              <w:keepNext/>
              <w:keepLines/>
              <w:pBdr>
                <w:left w:val="single" w:sz="12" w:space="10" w:color="12B5A3"/>
              </w:pBdr>
              <w:tabs>
                <w:tab w:pos="460" w:val="left"/>
              </w:tabs>
              <w:spacing w:before="0" w:after="40" w:line="293" w:lineRule="auto"/>
              <w:ind w:left="460" w:hanging="260"/>
            </w:pPr>
            <w:r>
              <w:rPr>
                <w:b/>
                <w:color w:val="076B69"/>
              </w:rPr>
              <w:t>–</w:t>
              <w:tab/>
            </w:r>
            <w:r>
              <w:rPr/>
              <w:t>Qué traer: ropa cómoda, toalla y una botella de agua.</w:t>
            </w:r>
          </w:p>
          <w:p>
            <w:pPr>
              <w:pStyle w:val="Mensaje"/>
              <w:keepNext/>
              <w:keepLines/>
              <w:pBdr>
                <w:left w:val="single" w:sz="12" w:space="10" w:color="12B5A3"/>
              </w:pBdr>
              <w:tabs>
                <w:tab w:pos="460" w:val="left"/>
              </w:tabs>
              <w:spacing w:before="0" w:after="40" w:line="293" w:lineRule="auto"/>
              <w:ind w:left="460" w:hanging="260"/>
            </w:pPr>
            <w:r>
              <w:rPr>
                <w:b/>
                <w:color w:val="076B69"/>
              </w:rPr>
              <w:t>–</w:t>
              <w:tab/>
            </w:r>
            <w:r>
              <w:rPr/>
              <w:t xml:space="preserve">Reservas: puedes reservar tus clases en </w:t>
            </w:r>
            <w:r>
              <w:rPr>
                <w:rStyle w:val="Hueco"/>
              </w:rPr>
              <w:t>{enlace}</w:t>
            </w:r>
            <w:r>
              <w:rPr/>
              <w:t>.</w:t>
            </w:r>
          </w:p>
          <w:p>
            <w:pPr>
              <w:pStyle w:val="Mensaje"/>
              <w:keepNext/>
              <w:keepLines/>
              <w:pBdr>
                <w:left w:val="single" w:sz="12" w:space="10" w:color="12B5A3"/>
              </w:pBdr>
              <w:spacing w:before="0" w:after="80" w:line="293" w:lineRule="auto"/>
            </w:pPr>
            <w:r>
              <w:rPr/>
              <w:t xml:space="preserve">Cuando llegues, preséntate en recepción: te enseñaremos la sala y te ayudaremos a empezar a tu ritmo. Si tienes cualquier duda, responde a este correo o escríbenos al </w:t>
            </w:r>
            <w:r>
              <w:rPr>
                <w:rStyle w:val="Hueco"/>
              </w:rPr>
              <w:t>{telefono}</w:t>
            </w:r>
            <w:r>
              <w:rPr/>
              <w:t>.</w:t>
            </w:r>
          </w:p>
          <w:p>
            <w:pPr>
              <w:pStyle w:val="Mensaje"/>
              <w:keepNext/>
              <w:keepLines/>
              <w:pBdr>
                <w:left w:val="single" w:sz="12" w:space="10" w:color="12B5A3"/>
              </w:pBdr>
              <w:spacing w:before="0" w:after="80" w:line="293" w:lineRule="auto"/>
            </w:pPr>
            <w:r>
              <w:rPr/>
              <w:t>¡Nos vemos pronto!</w:t>
            </w:r>
          </w:p>
          <w:p>
            <w:pPr>
              <w:pStyle w:val="Mensaje"/>
              <w:keepNext w:val="0"/>
              <w:keepLines/>
              <w:pBdr>
                <w:left w:val="single" w:sz="12" w:space="10" w:color="12B5A3"/>
              </w:pBdr>
              <w:spacing w:before="0" w:after="0" w:line="293" w:lineRule="auto"/>
            </w:pPr>
            <w:r>
              <w:rPr>
                <w:rStyle w:val="Hueco"/>
              </w:rPr>
              <w:t>{firma}</w:t>
            </w:r>
          </w:p>
        </w:tc>
      </w:tr>
    </w:tbl>
    <w:p>
      <w:pPr>
        <w:keepNext w:val="0"/>
        <w:keepLines/>
        <w:spacing w:before="0" w:after="0" w:lineRule="exact" w:line="220"/>
      </w:pPr>
      <w:r>
        <w:rPr>
          <w:sz w:val="4"/>
        </w:rPr>
      </w:r>
    </w:p>
    <w:tbl>
      <w:tblPr>
        <w:tblW w:w="9638" w:type="dxa"/>
        <w:jc w:val="left"/>
        <w:tblBorders>
          <w:top w:val="single" w:sz="4" w:space="0" w:color="E3E9F0"/>
          <w:left w:val="single" w:sz="4" w:space="0" w:color="E3E9F0"/>
          <w:bottom w:val="single" w:sz="4" w:space="0" w:color="E3E9F0"/>
          <w:right w:val="single" w:sz="4" w:space="0" w:color="E3E9F0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00"/>
        <w:gridCol w:w="3538"/>
      </w:tblGrid>
      <w:tr>
        <w:trPr>
          <w:cantSplit/>
        </w:trPr>
        <w:tc>
          <w:tcPr>
            <w:tcW w:w="6100" w:type="dxa"/>
            <w:shd w:val="clear" w:color="auto" w:fill="E4FAF6"/>
            <w:tcMar>
              <w:top w:w="130" w:type="dxa"/>
              <w:left w:w="220" w:type="dxa"/>
              <w:bottom w:w="120" w:type="dxa"/>
              <w:right w:w="80" w:type="dxa"/>
            </w:tcMar>
            <w:vAlign w:val="center"/>
          </w:tcPr>
          <w:p>
            <w:pPr>
              <w:pStyle w:val="Heading2"/>
              <w:keepNext/>
              <w:keepLines/>
              <w:spacing w:before="0" w:after="0"/>
            </w:pPr>
            <w:r>
              <w:rPr>
                <w:color w:val="076B69"/>
              </w:rPr>
              <w:t xml:space="preserve">1.3   </w:t>
            </w:r>
            <w:r>
              <w:rPr/>
              <w:t>Acceso listo y primera reserva</w:t>
            </w:r>
          </w:p>
        </w:tc>
        <w:tc>
          <w:tcPr>
            <w:tcW w:w="3538" w:type="dxa"/>
            <w:shd w:val="clear" w:color="auto" w:fill="E4FAF6"/>
            <w:tcMar>
              <w:top w:w="130" w:type="dxa"/>
              <w:left w:w="80" w:type="dxa"/>
              <w:bottom w:w="120" w:type="dxa"/>
              <w:right w:w="200" w:type="dxa"/>
            </w:tcMar>
            <w:vAlign w:val="center"/>
          </w:tcPr>
          <w:p>
            <w:pPr>
              <w:keepNext/>
              <w:keepLines/>
              <w:spacing w:before="0" w:after="0" w:line="360" w:lineRule="auto"/>
              <w:jc w:val="right"/>
            </w:pPr>
            <w:r>
              <w:rPr>
                <w:sz w:val="15"/>
                <w:shd w:val="clear" w:color="auto" w:fill="FFFFFF"/>
              </w:rPr>
              <w:t xml:space="preserve">  </w:t>
            </w:r>
            <w:r>
              <w:rPr>
                <w:color w:val="4A3CCF"/>
                <w:sz w:val="13"/>
                <w:shd w:val="clear" w:color="auto" w:fill="FFFFFF"/>
              </w:rPr>
              <w:t>●</w:t>
            </w:r>
            <w:r>
              <w:rPr>
                <w:b/>
                <w:color w:val="0B1220"/>
                <w:spacing w:val="10"/>
                <w:sz w:val="14"/>
                <w:shd w:val="clear" w:color="auto" w:fill="FFFFFF"/>
              </w:rPr>
              <w:t xml:space="preserve"> NOTIFICACIÓN  </w:t>
            </w:r>
          </w:p>
        </w:tc>
      </w:tr>
      <w:tr>
        <w:trPr>
          <w:cantSplit/>
        </w:trPr>
        <w:tc>
          <w:tcPr>
            <w:tcW w:w="9638" w:type="dxa"/>
            <w:gridSpan w:val="2"/>
            <w:tcMar>
              <w:top w:w="150" w:type="dxa"/>
              <w:left w:w="220" w:type="dxa"/>
              <w:bottom w:w="170" w:type="dxa"/>
              <w:right w:w="260" w:type="dxa"/>
            </w:tcMar>
          </w:tcPr>
          <w:p>
            <w:pPr>
              <w:keepNext/>
              <w:keepLines/>
              <w:spacing w:before="0" w:after="160" w:line="288" w:lineRule="auto"/>
            </w:pPr>
            <w:r>
              <w:rPr>
                <w:b/>
                <w:color w:val="076B69"/>
                <w:spacing w:val="20"/>
                <w:sz w:val="14"/>
              </w:rPr>
              <w:t xml:space="preserve">CUÁNDO  </w:t>
            </w:r>
            <w:r>
              <w:rPr>
                <w:color w:val="4B586B"/>
                <w:sz w:val="17"/>
              </w:rPr>
              <w:t>Día 0, en cuanto tiene acceso a la app del centro.</w:t>
            </w:r>
          </w:p>
          <w:p>
            <w:pPr>
              <w:pStyle w:val="Mensaje"/>
              <w:keepNext w:val="0"/>
              <w:keepLines/>
              <w:pBdr>
                <w:left w:val="single" w:sz="12" w:space="10" w:color="12B5A3"/>
              </w:pBdr>
              <w:spacing w:before="0" w:after="0" w:line="293" w:lineRule="auto"/>
            </w:pPr>
            <w:r>
              <w:rPr>
                <w:rStyle w:val="Hueco"/>
              </w:rPr>
              <w:t>{nombre}</w:t>
            </w:r>
            <w:r>
              <w:rPr/>
              <w:t xml:space="preserve">, ya tienes tu acceso a </w:t>
            </w:r>
            <w:r>
              <w:rPr>
                <w:rStyle w:val="Hueco"/>
              </w:rPr>
              <w:t>{centro}</w:t>
            </w:r>
            <w:r>
              <w:rPr/>
              <w:t>. Reserva tu primera clase desde aquí: te estamos esperando.</w:t>
            </w:r>
          </w:p>
        </w:tc>
      </w:tr>
    </w:tbl>
    <w:p>
      <w:pPr>
        <w:keepNext w:val="0"/>
        <w:keepLines/>
        <w:spacing w:before="0" w:after="0" w:lineRule="exact" w:line="220"/>
      </w:pPr>
      <w:r>
        <w:rPr>
          <w:sz w:val="4"/>
        </w:rPr>
      </w:r>
    </w:p>
    <w:tbl>
      <w:tblPr>
        <w:tblW w:w="9638" w:type="dxa"/>
        <w:jc w:val="left"/>
        <w:tblBorders>
          <w:top w:val="single" w:sz="4" w:space="0" w:color="E3E9F0"/>
          <w:left w:val="single" w:sz="4" w:space="0" w:color="E3E9F0"/>
          <w:bottom w:val="single" w:sz="4" w:space="0" w:color="E3E9F0"/>
          <w:right w:val="single" w:sz="4" w:space="0" w:color="E3E9F0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00"/>
        <w:gridCol w:w="3538"/>
      </w:tblGrid>
      <w:tr>
        <w:trPr>
          <w:cantSplit/>
        </w:trPr>
        <w:tc>
          <w:tcPr>
            <w:tcW w:w="6100" w:type="dxa"/>
            <w:shd w:val="clear" w:color="auto" w:fill="E4FAF6"/>
            <w:tcMar>
              <w:top w:w="130" w:type="dxa"/>
              <w:left w:w="220" w:type="dxa"/>
              <w:bottom w:w="120" w:type="dxa"/>
              <w:right w:w="80" w:type="dxa"/>
            </w:tcMar>
            <w:vAlign w:val="center"/>
          </w:tcPr>
          <w:p>
            <w:pPr>
              <w:pStyle w:val="Heading2"/>
              <w:keepNext/>
              <w:keepLines/>
              <w:spacing w:before="0" w:after="0"/>
            </w:pPr>
            <w:r>
              <w:rPr>
                <w:color w:val="076B69"/>
              </w:rPr>
              <w:t xml:space="preserve">1.4   </w:t>
            </w:r>
            <w:r>
              <w:rPr/>
              <w:t>Después de la primera clase</w:t>
            </w:r>
          </w:p>
        </w:tc>
        <w:tc>
          <w:tcPr>
            <w:tcW w:w="3538" w:type="dxa"/>
            <w:shd w:val="clear" w:color="auto" w:fill="E4FAF6"/>
            <w:tcMar>
              <w:top w:w="130" w:type="dxa"/>
              <w:left w:w="80" w:type="dxa"/>
              <w:bottom w:w="120" w:type="dxa"/>
              <w:right w:w="200" w:type="dxa"/>
            </w:tcMar>
            <w:vAlign w:val="center"/>
          </w:tcPr>
          <w:p>
            <w:pPr>
              <w:keepNext/>
              <w:keepLines/>
              <w:spacing w:before="0" w:after="0" w:line="360" w:lineRule="auto"/>
              <w:jc w:val="right"/>
            </w:pPr>
            <w:r>
              <w:rPr>
                <w:sz w:val="15"/>
                <w:shd w:val="clear" w:color="auto" w:fill="FFFFFF"/>
              </w:rPr>
              <w:t xml:space="preserve">  </w:t>
            </w:r>
            <w:r>
              <w:rPr>
                <w:color w:val="0F6B47"/>
                <w:sz w:val="13"/>
                <w:shd w:val="clear" w:color="auto" w:fill="FFFFFF"/>
              </w:rPr>
              <w:t>●</w:t>
            </w:r>
            <w:r>
              <w:rPr>
                <w:b/>
                <w:color w:val="0B1220"/>
                <w:spacing w:val="10"/>
                <w:sz w:val="14"/>
                <w:shd w:val="clear" w:color="auto" w:fill="FFFFFF"/>
              </w:rPr>
              <w:t xml:space="preserve"> WHATSAPP  </w:t>
            </w:r>
          </w:p>
        </w:tc>
      </w:tr>
      <w:tr>
        <w:trPr>
          <w:cantSplit/>
        </w:trPr>
        <w:tc>
          <w:tcPr>
            <w:tcW w:w="9638" w:type="dxa"/>
            <w:gridSpan w:val="2"/>
            <w:tcMar>
              <w:top w:w="150" w:type="dxa"/>
              <w:left w:w="220" w:type="dxa"/>
              <w:bottom w:w="170" w:type="dxa"/>
              <w:right w:w="260" w:type="dxa"/>
            </w:tcMar>
          </w:tcPr>
          <w:p>
            <w:pPr>
              <w:keepNext/>
              <w:keepLines/>
              <w:spacing w:before="0" w:after="160" w:line="288" w:lineRule="auto"/>
            </w:pPr>
            <w:r>
              <w:rPr>
                <w:b/>
                <w:color w:val="076B69"/>
                <w:spacing w:val="20"/>
                <w:sz w:val="14"/>
              </w:rPr>
              <w:t xml:space="preserve">CUÁNDO  </w:t>
            </w:r>
            <w:r>
              <w:rPr>
                <w:color w:val="4B586B"/>
                <w:sz w:val="17"/>
              </w:rPr>
              <w:t>La tarde de su primera visita o a la mañana siguiente.</w:t>
            </w:r>
          </w:p>
          <w:p>
            <w:pPr>
              <w:pStyle w:val="Mensaje"/>
              <w:keepNext/>
              <w:keepLines/>
              <w:pBdr>
                <w:left w:val="single" w:sz="12" w:space="10" w:color="12B5A3"/>
              </w:pBdr>
              <w:spacing w:before="0" w:after="80" w:line="293" w:lineRule="auto"/>
            </w:pPr>
            <w:r>
              <w:rPr/>
              <w:t>¡</w:t>
            </w:r>
            <w:r>
              <w:rPr>
                <w:rStyle w:val="Hueco"/>
              </w:rPr>
              <w:t>{nombre}</w:t>
            </w:r>
            <w:r>
              <w:rPr/>
              <w:t>, primera clase hecha! ¿Qué tal te has sentido?</w:t>
            </w:r>
          </w:p>
          <w:p>
            <w:pPr>
              <w:pStyle w:val="Mensaje"/>
              <w:keepNext/>
              <w:keepLines/>
              <w:pBdr>
                <w:left w:val="single" w:sz="12" w:space="10" w:color="12B5A3"/>
              </w:pBdr>
              <w:spacing w:before="0" w:after="80" w:line="293" w:lineRule="auto"/>
            </w:pPr>
            <w:r>
              <w:rPr/>
              <w:t>Es normal notar agujetas mañana o pasado: es buena señal. Bebe agua, muévete un poco y vuelve en un par de días; la segunda vez ya cuesta menos.</w:t>
            </w:r>
          </w:p>
          <w:p>
            <w:pPr>
              <w:pStyle w:val="Mensaje"/>
              <w:keepNext w:val="0"/>
              <w:keepLines/>
              <w:pBdr>
                <w:left w:val="single" w:sz="12" w:space="10" w:color="12B5A3"/>
              </w:pBdr>
              <w:spacing w:before="0" w:after="0" w:line="293" w:lineRule="auto"/>
            </w:pPr>
            <w:r>
              <w:rPr/>
              <w:t>Si algo no te encajó (el horario, la intensidad, la clase), cuéntamelo y lo ajustamos.</w:t>
            </w:r>
          </w:p>
        </w:tc>
      </w:tr>
    </w:tbl>
    <w:p>
      <w:pPr>
        <w:keepNext w:val="0"/>
        <w:keepLines/>
        <w:spacing w:before="0" w:after="0" w:lineRule="exact" w:line="220"/>
      </w:pPr>
      <w:r>
        <w:rPr>
          <w:sz w:val="4"/>
        </w:rPr>
      </w:r>
    </w:p>
    <w:tbl>
      <w:tblPr>
        <w:tblW w:w="9638" w:type="dxa"/>
        <w:jc w:val="left"/>
        <w:tblBorders>
          <w:top w:val="single" w:sz="4" w:space="0" w:color="E3E9F0"/>
          <w:left w:val="single" w:sz="4" w:space="0" w:color="E3E9F0"/>
          <w:bottom w:val="single" w:sz="4" w:space="0" w:color="E3E9F0"/>
          <w:right w:val="single" w:sz="4" w:space="0" w:color="E3E9F0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00"/>
        <w:gridCol w:w="3538"/>
      </w:tblGrid>
      <w:tr>
        <w:trPr>
          <w:cantSplit/>
        </w:trPr>
        <w:tc>
          <w:tcPr>
            <w:tcW w:w="6100" w:type="dxa"/>
            <w:shd w:val="clear" w:color="auto" w:fill="E4FAF6"/>
            <w:tcMar>
              <w:top w:w="130" w:type="dxa"/>
              <w:left w:w="220" w:type="dxa"/>
              <w:bottom w:w="120" w:type="dxa"/>
              <w:right w:w="80" w:type="dxa"/>
            </w:tcMar>
            <w:vAlign w:val="center"/>
          </w:tcPr>
          <w:p>
            <w:pPr>
              <w:pStyle w:val="Heading2"/>
              <w:keepNext/>
              <w:keepLines/>
              <w:spacing w:before="0" w:after="0"/>
            </w:pPr>
            <w:r>
              <w:rPr>
                <w:color w:val="076B69"/>
              </w:rPr>
              <w:t xml:space="preserve">1.5   </w:t>
            </w:r>
            <w:r>
              <w:rPr/>
              <w:t>Seguimiento de la primera semana</w:t>
            </w:r>
          </w:p>
        </w:tc>
        <w:tc>
          <w:tcPr>
            <w:tcW w:w="3538" w:type="dxa"/>
            <w:shd w:val="clear" w:color="auto" w:fill="E4FAF6"/>
            <w:tcMar>
              <w:top w:w="130" w:type="dxa"/>
              <w:left w:w="80" w:type="dxa"/>
              <w:bottom w:w="120" w:type="dxa"/>
              <w:right w:w="200" w:type="dxa"/>
            </w:tcMar>
            <w:vAlign w:val="center"/>
          </w:tcPr>
          <w:p>
            <w:pPr>
              <w:keepNext/>
              <w:keepLines/>
              <w:spacing w:before="0" w:after="0" w:line="360" w:lineRule="auto"/>
              <w:jc w:val="right"/>
            </w:pPr>
            <w:r>
              <w:rPr>
                <w:sz w:val="15"/>
                <w:shd w:val="clear" w:color="auto" w:fill="FFFFFF"/>
              </w:rPr>
              <w:t xml:space="preserve">  </w:t>
            </w:r>
            <w:r>
              <w:rPr>
                <w:color w:val="0F6B47"/>
                <w:sz w:val="13"/>
                <w:shd w:val="clear" w:color="auto" w:fill="FFFFFF"/>
              </w:rPr>
              <w:t>●</w:t>
            </w:r>
            <w:r>
              <w:rPr>
                <w:b/>
                <w:color w:val="0B1220"/>
                <w:spacing w:val="10"/>
                <w:sz w:val="14"/>
                <w:shd w:val="clear" w:color="auto" w:fill="FFFFFF"/>
              </w:rPr>
              <w:t xml:space="preserve"> WHATSAPP  </w:t>
            </w:r>
          </w:p>
        </w:tc>
      </w:tr>
      <w:tr>
        <w:trPr>
          <w:cantSplit/>
        </w:trPr>
        <w:tc>
          <w:tcPr>
            <w:tcW w:w="9638" w:type="dxa"/>
            <w:gridSpan w:val="2"/>
            <w:tcMar>
              <w:top w:w="150" w:type="dxa"/>
              <w:left w:w="220" w:type="dxa"/>
              <w:bottom w:w="170" w:type="dxa"/>
              <w:right w:w="260" w:type="dxa"/>
            </w:tcMar>
          </w:tcPr>
          <w:p>
            <w:pPr>
              <w:keepNext/>
              <w:keepLines/>
              <w:spacing w:before="0" w:after="160" w:line="288" w:lineRule="auto"/>
            </w:pPr>
            <w:r>
              <w:rPr>
                <w:b/>
                <w:color w:val="076B69"/>
                <w:spacing w:val="20"/>
                <w:sz w:val="14"/>
              </w:rPr>
              <w:t xml:space="preserve">CUÁNDO  </w:t>
            </w:r>
            <w:r>
              <w:rPr>
                <w:color w:val="4B586B"/>
                <w:sz w:val="17"/>
              </w:rPr>
              <w:t>Día 7.</w:t>
            </w:r>
          </w:p>
          <w:p>
            <w:pPr>
              <w:pStyle w:val="Mensaje"/>
              <w:keepNext/>
              <w:keepLines/>
              <w:pBdr>
                <w:left w:val="single" w:sz="12" w:space="10" w:color="12B5A3"/>
              </w:pBdr>
              <w:spacing w:before="0" w:after="80" w:line="293" w:lineRule="auto"/>
            </w:pPr>
            <w:r>
              <w:rPr/>
              <w:t xml:space="preserve">Hola, </w:t>
            </w:r>
            <w:r>
              <w:rPr>
                <w:rStyle w:val="Hueco"/>
              </w:rPr>
              <w:t>{nombre}</w:t>
            </w:r>
            <w:r>
              <w:rPr/>
              <w:t xml:space="preserve">. Ya llevas una semana en </w:t>
            </w:r>
            <w:r>
              <w:rPr>
                <w:rStyle w:val="Hueco"/>
              </w:rPr>
              <w:t>{centro}</w:t>
            </w:r>
            <w:r>
              <w:rPr/>
              <w:t>: ¿cómo lo llevas?</w:t>
            </w:r>
          </w:p>
          <w:p>
            <w:pPr>
              <w:pStyle w:val="Mensaje"/>
              <w:keepNext/>
              <w:keepLines/>
              <w:pBdr>
                <w:left w:val="single" w:sz="12" w:space="10" w:color="12B5A3"/>
              </w:pBdr>
              <w:spacing w:before="0" w:after="80" w:line="293" w:lineRule="auto"/>
            </w:pPr>
            <w:r>
              <w:rPr/>
              <w:t>Te pregunto porque al principio es fácil quedarse con alguna duda y no decir nada: cómo funciona una máquina, qué clase te conviene, a qué hora hay menos gente…</w:t>
            </w:r>
          </w:p>
          <w:p>
            <w:pPr>
              <w:pStyle w:val="Mensaje"/>
              <w:keepNext w:val="0"/>
              <w:keepLines/>
              <w:pBdr>
                <w:left w:val="single" w:sz="12" w:space="10" w:color="12B5A3"/>
              </w:pBdr>
              <w:spacing w:before="0" w:after="0" w:line="293" w:lineRule="auto"/>
            </w:pPr>
            <w:r>
              <w:rPr/>
              <w:t>Lo que sea, me lo preguntas por aquí. Para eso estamos.</w:t>
            </w:r>
          </w:p>
        </w:tc>
      </w:tr>
    </w:tbl>
    <w:p>
      <w:pPr>
        <w:keepNext w:val="0"/>
        <w:keepLines/>
        <w:spacing w:before="0" w:after="0" w:lineRule="exact" w:line="220"/>
      </w:pPr>
      <w:r>
        <w:rPr>
          <w:sz w:val="4"/>
        </w:rPr>
      </w:r>
    </w:p>
    <w:tbl>
      <w:tblPr>
        <w:tblW w:w="9638" w:type="dxa"/>
        <w:jc w:val="left"/>
        <w:tblBorders>
          <w:top w:val="single" w:sz="4" w:space="0" w:color="E3E9F0"/>
          <w:left w:val="single" w:sz="4" w:space="0" w:color="E3E9F0"/>
          <w:bottom w:val="single" w:sz="4" w:space="0" w:color="E3E9F0"/>
          <w:right w:val="single" w:sz="4" w:space="0" w:color="E3E9F0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00"/>
        <w:gridCol w:w="3538"/>
      </w:tblGrid>
      <w:tr>
        <w:trPr>
          <w:cantSplit/>
        </w:trPr>
        <w:tc>
          <w:tcPr>
            <w:tcW w:w="6100" w:type="dxa"/>
            <w:shd w:val="clear" w:color="auto" w:fill="E4FAF6"/>
            <w:tcMar>
              <w:top w:w="130" w:type="dxa"/>
              <w:left w:w="220" w:type="dxa"/>
              <w:bottom w:w="120" w:type="dxa"/>
              <w:right w:w="80" w:type="dxa"/>
            </w:tcMar>
            <w:vAlign w:val="center"/>
          </w:tcPr>
          <w:p>
            <w:pPr>
              <w:pStyle w:val="Heading2"/>
              <w:keepNext/>
              <w:keepLines/>
              <w:spacing w:before="0" w:after="0"/>
            </w:pPr>
            <w:r>
              <w:rPr>
                <w:color w:val="076B69"/>
              </w:rPr>
              <w:t xml:space="preserve">1.6   </w:t>
            </w:r>
            <w:r>
              <w:rPr/>
              <w:t>Dos semanas: ajustar el plan</w:t>
            </w:r>
          </w:p>
        </w:tc>
        <w:tc>
          <w:tcPr>
            <w:tcW w:w="3538" w:type="dxa"/>
            <w:shd w:val="clear" w:color="auto" w:fill="E4FAF6"/>
            <w:tcMar>
              <w:top w:w="130" w:type="dxa"/>
              <w:left w:w="80" w:type="dxa"/>
              <w:bottom w:w="120" w:type="dxa"/>
              <w:right w:w="200" w:type="dxa"/>
            </w:tcMar>
            <w:vAlign w:val="center"/>
          </w:tcPr>
          <w:p>
            <w:pPr>
              <w:keepNext/>
              <w:keepLines/>
              <w:spacing w:before="0" w:after="0" w:line="360" w:lineRule="auto"/>
              <w:jc w:val="right"/>
            </w:pPr>
            <w:r>
              <w:rPr>
                <w:sz w:val="15"/>
                <w:shd w:val="clear" w:color="auto" w:fill="FFFFFF"/>
              </w:rPr>
              <w:t xml:space="preserve">  </w:t>
            </w:r>
            <w:r>
              <w:rPr>
                <w:color w:val="0F6B47"/>
                <w:sz w:val="13"/>
                <w:shd w:val="clear" w:color="auto" w:fill="FFFFFF"/>
              </w:rPr>
              <w:t>●</w:t>
            </w:r>
            <w:r>
              <w:rPr>
                <w:b/>
                <w:color w:val="0B1220"/>
                <w:spacing w:val="10"/>
                <w:sz w:val="14"/>
                <w:shd w:val="clear" w:color="auto" w:fill="FFFFFF"/>
              </w:rPr>
              <w:t xml:space="preserve"> WHATSAPP  </w:t>
            </w:r>
            <w:r>
              <w:rPr>
                <w:sz w:val="14"/>
              </w:rPr>
              <w:t xml:space="preserve"> </w:t>
            </w:r>
            <w:r>
              <w:rPr>
                <w:sz w:val="15"/>
                <w:shd w:val="clear" w:color="auto" w:fill="FFFFFF"/>
              </w:rPr>
              <w:t xml:space="preserve">  </w:t>
            </w:r>
            <w:r>
              <w:rPr>
                <w:color w:val="4F82EC"/>
                <w:sz w:val="13"/>
                <w:shd w:val="clear" w:color="auto" w:fill="FFFFFF"/>
              </w:rPr>
              <w:t>●</w:t>
            </w:r>
            <w:r>
              <w:rPr>
                <w:b/>
                <w:color w:val="0B1220"/>
                <w:spacing w:val="10"/>
                <w:sz w:val="14"/>
                <w:shd w:val="clear" w:color="auto" w:fill="FFFFFF"/>
              </w:rPr>
              <w:t xml:space="preserve"> EMAIL  </w:t>
            </w:r>
          </w:p>
        </w:tc>
      </w:tr>
      <w:tr>
        <w:trPr>
          <w:cantSplit/>
        </w:trPr>
        <w:tc>
          <w:tcPr>
            <w:tcW w:w="9638" w:type="dxa"/>
            <w:gridSpan w:val="2"/>
            <w:tcMar>
              <w:top w:w="150" w:type="dxa"/>
              <w:left w:w="220" w:type="dxa"/>
              <w:bottom w:w="170" w:type="dxa"/>
              <w:right w:w="260" w:type="dxa"/>
            </w:tcMar>
          </w:tcPr>
          <w:p>
            <w:pPr>
              <w:keepNext/>
              <w:keepLines/>
              <w:spacing w:before="0" w:after="160" w:line="288" w:lineRule="auto"/>
            </w:pPr>
            <w:r>
              <w:rPr>
                <w:b/>
                <w:color w:val="076B69"/>
                <w:spacing w:val="20"/>
                <w:sz w:val="14"/>
              </w:rPr>
              <w:t xml:space="preserve">CUÁNDO  </w:t>
            </w:r>
            <w:r>
              <w:rPr>
                <w:color w:val="4B586B"/>
                <w:sz w:val="17"/>
              </w:rPr>
              <w:t>Día 14.</w:t>
            </w:r>
          </w:p>
          <w:p>
            <w:pPr>
              <w:pStyle w:val="Mensaje"/>
              <w:keepNext/>
              <w:keepLines/>
              <w:pBdr>
                <w:left w:val="single" w:sz="12" w:space="10" w:color="12B5A3"/>
              </w:pBdr>
              <w:spacing w:before="0" w:after="120"/>
            </w:pPr>
            <w:r>
              <w:rPr>
                <w:b/>
                <w:color w:val="4B586B"/>
              </w:rPr>
              <w:t xml:space="preserve">Asunto: </w:t>
            </w:r>
            <w:r>
              <w:rPr>
                <w:b/>
              </w:rPr>
              <w:t xml:space="preserve">Dos semanas en </w:t>
            </w:r>
            <w:r>
              <w:rPr>
                <w:rStyle w:val="Hueco"/>
                <w:b/>
              </w:rPr>
              <w:t>{centro}</w:t>
            </w:r>
            <w:r>
              <w:rPr>
                <w:b/>
              </w:rPr>
              <w:t>: ¿ajustamos tu plan?</w:t>
            </w:r>
          </w:p>
          <w:p>
            <w:pPr>
              <w:pStyle w:val="Mensaje"/>
              <w:keepNext/>
              <w:keepLines/>
              <w:pBdr>
                <w:left w:val="single" w:sz="12" w:space="10" w:color="12B5A3"/>
              </w:pBdr>
              <w:spacing w:before="0" w:after="80" w:line="293" w:lineRule="auto"/>
            </w:pPr>
            <w:r>
              <w:rPr>
                <w:rStyle w:val="Hueco"/>
              </w:rPr>
              <w:t>{nombre}</w:t>
            </w:r>
            <w:r>
              <w:rPr/>
              <w:t>, ya llevas dos semanas. Ahora es cuando se forma el hábito, así que quería preguntarte una cosa: ¿el horario que elegiste te está funcionando?</w:t>
            </w:r>
          </w:p>
          <w:p>
            <w:pPr>
              <w:pStyle w:val="Mensaje"/>
              <w:keepNext/>
              <w:keepLines/>
              <w:pBdr>
                <w:left w:val="single" w:sz="12" w:space="10" w:color="12B5A3"/>
              </w:pBdr>
              <w:spacing w:before="0" w:after="80" w:line="293" w:lineRule="auto"/>
            </w:pPr>
            <w:r>
              <w:rPr/>
              <w:t xml:space="preserve">Si te cuesta encajar las visitas, buscamos juntos otro momento o una clase que te venga mejor. Y si quieres, </w:t>
            </w:r>
            <w:r>
              <w:rPr>
                <w:rStyle w:val="Hueco"/>
              </w:rPr>
              <w:t>{entrenador}</w:t>
            </w:r>
            <w:r>
              <w:rPr/>
              <w:t xml:space="preserve"> te dedica unos minutos para revisar tu objetivo y cómo vas.</w:t>
            </w:r>
          </w:p>
          <w:p>
            <w:pPr>
              <w:pStyle w:val="Mensaje"/>
              <w:keepNext w:val="0"/>
              <w:keepLines/>
              <w:pBdr>
                <w:left w:val="single" w:sz="12" w:space="10" w:color="12B5A3"/>
              </w:pBdr>
              <w:spacing w:before="0" w:after="0" w:line="293" w:lineRule="auto"/>
            </w:pPr>
            <w:r>
              <w:rPr/>
              <w:t>Dime qué día te viene bien.</w:t>
            </w:r>
          </w:p>
        </w:tc>
      </w:tr>
    </w:tbl>
    <w:p>
      <w:pPr>
        <w:keepNext w:val="0"/>
        <w:keepLines/>
        <w:spacing w:before="0" w:after="0" w:lineRule="exact" w:line="220"/>
      </w:pPr>
      <w:r>
        <w:rPr>
          <w:sz w:val="4"/>
        </w:rPr>
      </w:r>
    </w:p>
    <w:tbl>
      <w:tblPr>
        <w:tblW w:w="9638" w:type="dxa"/>
        <w:jc w:val="left"/>
        <w:tblBorders>
          <w:top w:val="single" w:sz="4" w:space="0" w:color="E3E9F0"/>
          <w:left w:val="single" w:sz="4" w:space="0" w:color="E3E9F0"/>
          <w:bottom w:val="single" w:sz="4" w:space="0" w:color="E3E9F0"/>
          <w:right w:val="single" w:sz="4" w:space="0" w:color="E3E9F0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00"/>
        <w:gridCol w:w="3538"/>
      </w:tblGrid>
      <w:tr>
        <w:trPr>
          <w:cantSplit/>
        </w:trPr>
        <w:tc>
          <w:tcPr>
            <w:tcW w:w="6100" w:type="dxa"/>
            <w:shd w:val="clear" w:color="auto" w:fill="E4FAF6"/>
            <w:tcMar>
              <w:top w:w="130" w:type="dxa"/>
              <w:left w:w="220" w:type="dxa"/>
              <w:bottom w:w="120" w:type="dxa"/>
              <w:right w:w="80" w:type="dxa"/>
            </w:tcMar>
            <w:vAlign w:val="center"/>
          </w:tcPr>
          <w:p>
            <w:pPr>
              <w:pStyle w:val="Heading2"/>
              <w:keepNext/>
              <w:keepLines/>
              <w:spacing w:before="0" w:after="0"/>
            </w:pPr>
            <w:r>
              <w:rPr>
                <w:color w:val="076B69"/>
              </w:rPr>
              <w:t xml:space="preserve">1.7   </w:t>
            </w:r>
            <w:r>
              <w:rPr/>
              <w:t>Primer mes cumplido</w:t>
            </w:r>
          </w:p>
        </w:tc>
        <w:tc>
          <w:tcPr>
            <w:tcW w:w="3538" w:type="dxa"/>
            <w:shd w:val="clear" w:color="auto" w:fill="E4FAF6"/>
            <w:tcMar>
              <w:top w:w="130" w:type="dxa"/>
              <w:left w:w="80" w:type="dxa"/>
              <w:bottom w:w="120" w:type="dxa"/>
              <w:right w:w="200" w:type="dxa"/>
            </w:tcMar>
            <w:vAlign w:val="center"/>
          </w:tcPr>
          <w:p>
            <w:pPr>
              <w:keepNext/>
              <w:keepLines/>
              <w:spacing w:before="0" w:after="0" w:line="360" w:lineRule="auto"/>
              <w:jc w:val="right"/>
            </w:pPr>
            <w:r>
              <w:rPr>
                <w:sz w:val="15"/>
                <w:shd w:val="clear" w:color="auto" w:fill="FFFFFF"/>
              </w:rPr>
              <w:t xml:space="preserve">  </w:t>
            </w:r>
            <w:r>
              <w:rPr>
                <w:color w:val="4F82EC"/>
                <w:sz w:val="13"/>
                <w:shd w:val="clear" w:color="auto" w:fill="FFFFFF"/>
              </w:rPr>
              <w:t>●</w:t>
            </w:r>
            <w:r>
              <w:rPr>
                <w:b/>
                <w:color w:val="0B1220"/>
                <w:spacing w:val="10"/>
                <w:sz w:val="14"/>
                <w:shd w:val="clear" w:color="auto" w:fill="FFFFFF"/>
              </w:rPr>
              <w:t xml:space="preserve"> EMAIL  </w:t>
            </w:r>
            <w:r>
              <w:rPr>
                <w:sz w:val="14"/>
              </w:rPr>
              <w:t xml:space="preserve"> </w:t>
            </w:r>
            <w:r>
              <w:rPr>
                <w:sz w:val="15"/>
                <w:shd w:val="clear" w:color="auto" w:fill="FFFFFF"/>
              </w:rPr>
              <w:t xml:space="preserve">  </w:t>
            </w:r>
            <w:r>
              <w:rPr>
                <w:color w:val="4A3CCF"/>
                <w:sz w:val="13"/>
                <w:shd w:val="clear" w:color="auto" w:fill="FFFFFF"/>
              </w:rPr>
              <w:t>●</w:t>
            </w:r>
            <w:r>
              <w:rPr>
                <w:b/>
                <w:color w:val="0B1220"/>
                <w:spacing w:val="10"/>
                <w:sz w:val="14"/>
                <w:shd w:val="clear" w:color="auto" w:fill="FFFFFF"/>
              </w:rPr>
              <w:t xml:space="preserve"> NOTIFICACIÓN  </w:t>
            </w:r>
          </w:p>
        </w:tc>
      </w:tr>
      <w:tr>
        <w:trPr>
          <w:cantSplit/>
        </w:trPr>
        <w:tc>
          <w:tcPr>
            <w:tcW w:w="9638" w:type="dxa"/>
            <w:gridSpan w:val="2"/>
            <w:tcMar>
              <w:top w:w="150" w:type="dxa"/>
              <w:left w:w="220" w:type="dxa"/>
              <w:bottom w:w="170" w:type="dxa"/>
              <w:right w:w="260" w:type="dxa"/>
            </w:tcMar>
          </w:tcPr>
          <w:p>
            <w:pPr>
              <w:keepNext/>
              <w:keepLines/>
              <w:spacing w:before="0" w:after="160" w:line="288" w:lineRule="auto"/>
            </w:pPr>
            <w:r>
              <w:rPr>
                <w:b/>
                <w:color w:val="076B69"/>
                <w:spacing w:val="20"/>
                <w:sz w:val="14"/>
              </w:rPr>
              <w:t xml:space="preserve">CUÁNDO  </w:t>
            </w:r>
            <w:r>
              <w:rPr>
                <w:color w:val="4B586B"/>
                <w:sz w:val="17"/>
              </w:rPr>
              <w:t>Día 30.</w:t>
            </w:r>
          </w:p>
          <w:p>
            <w:pPr>
              <w:pStyle w:val="Mensaje"/>
              <w:keepNext/>
              <w:keepLines/>
              <w:pBdr>
                <w:left w:val="single" w:sz="12" w:space="10" w:color="12B5A3"/>
              </w:pBdr>
              <w:spacing w:before="0" w:after="120"/>
            </w:pPr>
            <w:r>
              <w:rPr>
                <w:b/>
                <w:color w:val="4B586B"/>
              </w:rPr>
              <w:t xml:space="preserve">Asunto: </w:t>
            </w:r>
            <w:r>
              <w:rPr>
                <w:b/>
              </w:rPr>
              <w:t xml:space="preserve">Un mes contigo, </w:t>
            </w:r>
            <w:r>
              <w:rPr>
                <w:rStyle w:val="Hueco"/>
                <w:b/>
              </w:rPr>
              <w:t>{nombre}</w:t>
            </w:r>
          </w:p>
          <w:p>
            <w:pPr>
              <w:pStyle w:val="Mensaje"/>
              <w:keepNext/>
              <w:keepLines/>
              <w:pBdr>
                <w:left w:val="single" w:sz="12" w:space="10" w:color="12B5A3"/>
              </w:pBdr>
              <w:spacing w:before="0" w:after="80" w:line="293" w:lineRule="auto"/>
            </w:pPr>
            <w:r>
              <w:rPr/>
              <w:t xml:space="preserve">Hola, </w:t>
            </w:r>
            <w:r>
              <w:rPr>
                <w:rStyle w:val="Hueco"/>
              </w:rPr>
              <w:t>{nombre}</w:t>
            </w:r>
            <w:r>
              <w:rPr/>
              <w:t>:</w:t>
            </w:r>
          </w:p>
          <w:p>
            <w:pPr>
              <w:pStyle w:val="Mensaje"/>
              <w:keepNext/>
              <w:keepLines/>
              <w:pBdr>
                <w:left w:val="single" w:sz="12" w:space="10" w:color="12B5A3"/>
              </w:pBdr>
              <w:spacing w:before="0" w:after="80" w:line="293" w:lineRule="auto"/>
            </w:pPr>
            <w:r>
              <w:rPr/>
              <w:t xml:space="preserve">Hoy hace un mes que empezaste en </w:t>
            </w:r>
            <w:r>
              <w:rPr>
                <w:rStyle w:val="Hueco"/>
              </w:rPr>
              <w:t>{centro}</w:t>
            </w:r>
            <w:r>
              <w:rPr/>
              <w:t>. Puede parecer poco, pero el primer mes es el más difícil y ya lo tienes.</w:t>
            </w:r>
          </w:p>
          <w:p>
            <w:pPr>
              <w:pStyle w:val="Mensaje"/>
              <w:keepNext/>
              <w:keepLines/>
              <w:pBdr>
                <w:left w:val="single" w:sz="12" w:space="10" w:color="12B5A3"/>
              </w:pBdr>
              <w:spacing w:before="0" w:after="80" w:line="293" w:lineRule="auto"/>
            </w:pPr>
            <w:r>
              <w:rPr/>
              <w:t>Dedica un minuto a pensar qué ha cambiado desde el primer día: cómo duermes, cómo te encuentras, lo que ahora te cuesta menos. Y ponte un objetivo pequeño para el segundo mes; si nos lo cuentas, te ayudamos a conseguirlo.</w:t>
            </w:r>
          </w:p>
          <w:p>
            <w:pPr>
              <w:pStyle w:val="Mensaje"/>
              <w:keepNext/>
              <w:keepLines/>
              <w:pBdr>
                <w:left w:val="single" w:sz="12" w:space="10" w:color="12B5A3"/>
              </w:pBdr>
              <w:spacing w:before="0" w:after="80" w:line="293" w:lineRule="auto"/>
            </w:pPr>
            <w:r>
              <w:rPr/>
              <w:t>Gracias por confiar en nosotros.</w:t>
            </w:r>
          </w:p>
          <w:p>
            <w:pPr>
              <w:pStyle w:val="Mensaje"/>
              <w:keepNext/>
              <w:keepLines/>
              <w:pBdr>
                <w:left w:val="single" w:sz="12" w:space="10" w:color="12B5A3"/>
              </w:pBdr>
              <w:spacing w:before="0" w:after="80" w:line="293" w:lineRule="auto"/>
            </w:pPr>
            <w:r>
              <w:rPr>
                <w:rStyle w:val="Hueco"/>
              </w:rPr>
              <w:t>{firma}</w:t>
            </w:r>
          </w:p>
          <w:p>
            <w:pPr>
              <w:keepNext/>
              <w:keepLines/>
              <w:spacing w:before="180" w:after="80"/>
            </w:pPr>
            <w:r>
              <w:rPr>
                <w:b/>
                <w:color w:val="5C697D"/>
                <w:spacing w:val="20"/>
                <w:sz w:val="14"/>
              </w:rPr>
              <w:t>VERSIÓN NOTIFICACIÓN  ·  MÁX. 120 CARACTERES</w:t>
            </w:r>
          </w:p>
          <w:p>
            <w:pPr>
              <w:pStyle w:val="Mensaje"/>
              <w:keepNext w:val="0"/>
              <w:keepLines/>
              <w:pBdr>
                <w:left w:val="single" w:sz="12" w:space="10" w:color="12B5A3"/>
              </w:pBdr>
              <w:spacing w:before="0" w:after="0" w:line="293" w:lineRule="auto"/>
            </w:pPr>
            <w:r>
              <w:rPr/>
              <w:t xml:space="preserve">Un mes contigo, </w:t>
            </w:r>
            <w:r>
              <w:rPr>
                <w:rStyle w:val="Hueco"/>
              </w:rPr>
              <w:t>{nombre}</w:t>
            </w:r>
            <w:r>
              <w:rPr/>
              <w:t>. Lo más difícil ya está hecho: ¿qué objetivo te pones para el segundo?</w:t>
            </w:r>
          </w:p>
        </w:tc>
      </w:tr>
    </w:tbl>
    <w:p>
      <w:pPr>
        <w:keepNext w:val="0"/>
        <w:keepLines/>
        <w:spacing w:before="0" w:after="0" w:lineRule="exact" w:line="220"/>
      </w:pPr>
      <w:r>
        <w:rPr>
          <w:sz w:val="4"/>
        </w:rPr>
      </w:r>
    </w:p>
    <w:p>
      <w:pPr>
        <w:keepNext/>
        <w:keepLines/>
        <w:spacing w:before="360" w:after="0" w:lineRule="exact" w:line="20"/>
      </w:pPr>
      <w:r>
        <w:rPr>
          <w:sz w:val="2"/>
        </w:rPr>
      </w:r>
    </w:p>
    <w:tbl>
      <w:tblPr>
        <w:tblW w:w="9638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138"/>
        <w:gridCol w:w="1500"/>
      </w:tblGrid>
      <w:tr>
        <w:trPr>
          <w:cantSplit/>
        </w:trPr>
        <w:tc>
          <w:tcPr>
            <w:tcW w:w="8138" w:type="dxa"/>
            <w:shd w:val="clear" w:color="auto" w:fill="E6EEFD"/>
            <w:tcMar>
              <w:top w:w="300" w:type="dxa"/>
              <w:left w:w="340" w:type="dxa"/>
              <w:bottom w:w="300" w:type="dxa"/>
              <w:right w:w="120" w:type="dxa"/>
            </w:tcMar>
            <w:vAlign w:val="center"/>
          </w:tcPr>
          <w:p>
            <w:pPr>
              <w:keepNext/>
              <w:keepLines/>
              <w:spacing w:before="0" w:after="100"/>
            </w:pPr>
            <w:r>
              <w:rPr>
                <w:b/>
                <w:color w:val="2F5FC4"/>
                <w:spacing w:val="24"/>
                <w:sz w:val="15"/>
              </w:rPr>
              <w:t>SECCIÓN 02  ·  7 MENSAJES</w:t>
            </w:r>
          </w:p>
          <w:p>
            <w:pPr>
              <w:pStyle w:val="Heading1"/>
              <w:keepNext/>
              <w:keepLines/>
              <w:spacing w:before="0" w:after="120"/>
            </w:pPr>
            <w:r>
              <w:rPr/>
              <w:t>Reservas y clases</w:t>
            </w:r>
          </w:p>
          <w:p>
            <w:pPr>
              <w:keepNext/>
              <w:keepLines/>
              <w:spacing w:before="0" w:after="0" w:line="312" w:lineRule="auto"/>
            </w:pPr>
            <w:r>
              <w:rPr>
                <w:color w:val="4B586B"/>
                <w:sz w:val="20"/>
              </w:rPr>
              <w:t>Mensajes de servicio: claros, breves y con lo esencial (qué, cuándo y qué hacer si no puede venir). Cuanto menos tenga que preguntar, mejor.</w:t>
            </w:r>
          </w:p>
        </w:tc>
        <w:tc>
          <w:tcPr>
            <w:tcW w:w="1500" w:type="dxa"/>
            <w:shd w:val="clear" w:color="auto" w:fill="E6EEFD"/>
            <w:tcMar>
              <w:top w:w="200" w:type="dxa"/>
              <w:left w:w="120" w:type="dxa"/>
              <w:bottom w:w="200" w:type="dxa"/>
              <w:right w:w="300" w:type="dxa"/>
            </w:tcMar>
            <w:vAlign w:val="center"/>
          </w:tcPr>
          <w:p>
            <w:pPr>
              <w:keepNext/>
              <w:keepLines/>
              <w:spacing w:before="0" w:after="0"/>
              <w:jc w:val="right"/>
            </w:pPr>
            <w:r>
              <w:rPr>
                <w:b/>
                <w:color w:val="4F82EC"/>
                <w:sz w:val="80"/>
              </w:rPr>
              <w:t>02</w:t>
            </w:r>
          </w:p>
        </w:tc>
      </w:tr>
    </w:tbl>
    <w:p>
      <w:pPr>
        <w:keepNext/>
        <w:keepLines/>
        <w:spacing w:before="0" w:after="0" w:lineRule="exact" w:line="240"/>
      </w:pPr>
      <w:r>
        <w:rPr>
          <w:sz w:val="4"/>
        </w:rPr>
      </w:r>
    </w:p>
    <w:tbl>
      <w:tblPr>
        <w:tblW w:w="9638" w:type="dxa"/>
        <w:jc w:val="left"/>
        <w:tblBorders>
          <w:top w:val="single" w:sz="4" w:space="0" w:color="E3E9F0"/>
          <w:left w:val="single" w:sz="4" w:space="0" w:color="E3E9F0"/>
          <w:bottom w:val="single" w:sz="4" w:space="0" w:color="E3E9F0"/>
          <w:right w:val="single" w:sz="4" w:space="0" w:color="E3E9F0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00"/>
        <w:gridCol w:w="3538"/>
      </w:tblGrid>
      <w:tr>
        <w:trPr>
          <w:cantSplit/>
        </w:trPr>
        <w:tc>
          <w:tcPr>
            <w:tcW w:w="6100" w:type="dxa"/>
            <w:shd w:val="clear" w:color="auto" w:fill="E6EEFD"/>
            <w:tcMar>
              <w:top w:w="130" w:type="dxa"/>
              <w:left w:w="220" w:type="dxa"/>
              <w:bottom w:w="120" w:type="dxa"/>
              <w:right w:w="80" w:type="dxa"/>
            </w:tcMar>
            <w:vAlign w:val="center"/>
          </w:tcPr>
          <w:p>
            <w:pPr>
              <w:pStyle w:val="Heading2"/>
              <w:keepNext/>
              <w:keepLines/>
              <w:spacing w:before="0" w:after="0"/>
            </w:pPr>
            <w:r>
              <w:rPr>
                <w:color w:val="2F5FC4"/>
              </w:rPr>
              <w:t xml:space="preserve">2.1   </w:t>
            </w:r>
            <w:r>
              <w:rPr/>
              <w:t>Reserva confirmada</w:t>
            </w:r>
          </w:p>
        </w:tc>
        <w:tc>
          <w:tcPr>
            <w:tcW w:w="3538" w:type="dxa"/>
            <w:shd w:val="clear" w:color="auto" w:fill="E6EEFD"/>
            <w:tcMar>
              <w:top w:w="130" w:type="dxa"/>
              <w:left w:w="80" w:type="dxa"/>
              <w:bottom w:w="120" w:type="dxa"/>
              <w:right w:w="200" w:type="dxa"/>
            </w:tcMar>
            <w:vAlign w:val="center"/>
          </w:tcPr>
          <w:p>
            <w:pPr>
              <w:keepNext/>
              <w:keepLines/>
              <w:spacing w:before="0" w:after="0" w:line="360" w:lineRule="auto"/>
              <w:jc w:val="right"/>
            </w:pPr>
            <w:r>
              <w:rPr>
                <w:sz w:val="15"/>
                <w:shd w:val="clear" w:color="auto" w:fill="FFFFFF"/>
              </w:rPr>
              <w:t xml:space="preserve">  </w:t>
            </w:r>
            <w:r>
              <w:rPr>
                <w:color w:val="4A3CCF"/>
                <w:sz w:val="13"/>
                <w:shd w:val="clear" w:color="auto" w:fill="FFFFFF"/>
              </w:rPr>
              <w:t>●</w:t>
            </w:r>
            <w:r>
              <w:rPr>
                <w:b/>
                <w:color w:val="0B1220"/>
                <w:spacing w:val="10"/>
                <w:sz w:val="14"/>
                <w:shd w:val="clear" w:color="auto" w:fill="FFFFFF"/>
              </w:rPr>
              <w:t xml:space="preserve"> NOTIFICACIÓN  </w:t>
            </w:r>
          </w:p>
        </w:tc>
      </w:tr>
      <w:tr>
        <w:trPr>
          <w:cantSplit/>
        </w:trPr>
        <w:tc>
          <w:tcPr>
            <w:tcW w:w="9638" w:type="dxa"/>
            <w:gridSpan w:val="2"/>
            <w:tcMar>
              <w:top w:w="150" w:type="dxa"/>
              <w:left w:w="220" w:type="dxa"/>
              <w:bottom w:w="170" w:type="dxa"/>
              <w:right w:w="260" w:type="dxa"/>
            </w:tcMar>
          </w:tcPr>
          <w:p>
            <w:pPr>
              <w:keepNext/>
              <w:keepLines/>
              <w:spacing w:before="0" w:after="160" w:line="288" w:lineRule="auto"/>
            </w:pPr>
            <w:r>
              <w:rPr>
                <w:b/>
                <w:color w:val="2F5FC4"/>
                <w:spacing w:val="20"/>
                <w:sz w:val="14"/>
              </w:rPr>
              <w:t xml:space="preserve">CUÁNDO  </w:t>
            </w:r>
            <w:r>
              <w:rPr>
                <w:color w:val="4B586B"/>
                <w:sz w:val="17"/>
              </w:rPr>
              <w:t>Nada más reservar.</w:t>
            </w:r>
          </w:p>
          <w:p>
            <w:pPr>
              <w:pStyle w:val="Mensaje"/>
              <w:keepNext w:val="0"/>
              <w:keepLines/>
              <w:pBdr>
                <w:left w:val="single" w:sz="12" w:space="10" w:color="4F82EC"/>
              </w:pBdr>
              <w:spacing w:before="0" w:after="0" w:line="293" w:lineRule="auto"/>
            </w:pPr>
            <w:r>
              <w:rPr/>
              <w:t xml:space="preserve">Reserva confirmada: </w:t>
            </w:r>
            <w:r>
              <w:rPr>
                <w:rStyle w:val="Hueco"/>
              </w:rPr>
              <w:t>{clase}</w:t>
            </w:r>
            <w:r>
              <w:rPr/>
              <w:t xml:space="preserve">, </w:t>
            </w:r>
            <w:r>
              <w:rPr>
                <w:rStyle w:val="Hueco"/>
              </w:rPr>
              <w:t>{fecha}</w:t>
            </w:r>
            <w:r>
              <w:rPr/>
              <w:t xml:space="preserve"> a las </w:t>
            </w:r>
            <w:r>
              <w:rPr>
                <w:rStyle w:val="Hueco"/>
              </w:rPr>
              <w:t>{hora}</w:t>
            </w:r>
            <w:r>
              <w:rPr/>
              <w:t>. Si al final no puedes venir, cancélala y libera la plaza.</w:t>
            </w:r>
          </w:p>
        </w:tc>
      </w:tr>
    </w:tbl>
    <w:p>
      <w:pPr>
        <w:keepNext w:val="0"/>
        <w:keepLines/>
        <w:spacing w:before="0" w:after="0" w:lineRule="exact" w:line="220"/>
      </w:pPr>
      <w:r>
        <w:rPr>
          <w:sz w:val="4"/>
        </w:rPr>
      </w:r>
    </w:p>
    <w:tbl>
      <w:tblPr>
        <w:tblW w:w="9638" w:type="dxa"/>
        <w:jc w:val="left"/>
        <w:tblBorders>
          <w:top w:val="single" w:sz="4" w:space="0" w:color="E3E9F0"/>
          <w:left w:val="single" w:sz="4" w:space="0" w:color="E3E9F0"/>
          <w:bottom w:val="single" w:sz="4" w:space="0" w:color="E3E9F0"/>
          <w:right w:val="single" w:sz="4" w:space="0" w:color="E3E9F0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00"/>
        <w:gridCol w:w="3538"/>
      </w:tblGrid>
      <w:tr>
        <w:trPr>
          <w:cantSplit/>
        </w:trPr>
        <w:tc>
          <w:tcPr>
            <w:tcW w:w="6100" w:type="dxa"/>
            <w:shd w:val="clear" w:color="auto" w:fill="E6EEFD"/>
            <w:tcMar>
              <w:top w:w="130" w:type="dxa"/>
              <w:left w:w="220" w:type="dxa"/>
              <w:bottom w:w="120" w:type="dxa"/>
              <w:right w:w="80" w:type="dxa"/>
            </w:tcMar>
            <w:vAlign w:val="center"/>
          </w:tcPr>
          <w:p>
            <w:pPr>
              <w:pStyle w:val="Heading2"/>
              <w:keepNext/>
              <w:keepLines/>
              <w:spacing w:before="0" w:after="0"/>
            </w:pPr>
            <w:r>
              <w:rPr>
                <w:color w:val="2F5FC4"/>
              </w:rPr>
              <w:t xml:space="preserve">2.2   </w:t>
            </w:r>
            <w:r>
              <w:rPr/>
              <w:t>Plaza libre desde la lista de espera</w:t>
            </w:r>
          </w:p>
        </w:tc>
        <w:tc>
          <w:tcPr>
            <w:tcW w:w="3538" w:type="dxa"/>
            <w:shd w:val="clear" w:color="auto" w:fill="E6EEFD"/>
            <w:tcMar>
              <w:top w:w="130" w:type="dxa"/>
              <w:left w:w="80" w:type="dxa"/>
              <w:bottom w:w="120" w:type="dxa"/>
              <w:right w:w="200" w:type="dxa"/>
            </w:tcMar>
            <w:vAlign w:val="center"/>
          </w:tcPr>
          <w:p>
            <w:pPr>
              <w:keepNext/>
              <w:keepLines/>
              <w:spacing w:before="0" w:after="0" w:line="360" w:lineRule="auto"/>
              <w:jc w:val="right"/>
            </w:pPr>
            <w:r>
              <w:rPr>
                <w:sz w:val="15"/>
                <w:shd w:val="clear" w:color="auto" w:fill="FFFFFF"/>
              </w:rPr>
              <w:t xml:space="preserve">  </w:t>
            </w:r>
            <w:r>
              <w:rPr>
                <w:color w:val="4A3CCF"/>
                <w:sz w:val="13"/>
                <w:shd w:val="clear" w:color="auto" w:fill="FFFFFF"/>
              </w:rPr>
              <w:t>●</w:t>
            </w:r>
            <w:r>
              <w:rPr>
                <w:b/>
                <w:color w:val="0B1220"/>
                <w:spacing w:val="10"/>
                <w:sz w:val="14"/>
                <w:shd w:val="clear" w:color="auto" w:fill="FFFFFF"/>
              </w:rPr>
              <w:t xml:space="preserve"> NOTIFICACIÓN  </w:t>
            </w:r>
            <w:r>
              <w:rPr>
                <w:sz w:val="14"/>
              </w:rPr>
              <w:t xml:space="preserve"> </w:t>
            </w:r>
            <w:r>
              <w:rPr>
                <w:sz w:val="15"/>
                <w:shd w:val="clear" w:color="auto" w:fill="FFFFFF"/>
              </w:rPr>
              <w:t xml:space="preserve">  </w:t>
            </w:r>
            <w:r>
              <w:rPr>
                <w:color w:val="0F6B47"/>
                <w:sz w:val="13"/>
                <w:shd w:val="clear" w:color="auto" w:fill="FFFFFF"/>
              </w:rPr>
              <w:t>●</w:t>
            </w:r>
            <w:r>
              <w:rPr>
                <w:b/>
                <w:color w:val="0B1220"/>
                <w:spacing w:val="10"/>
                <w:sz w:val="14"/>
                <w:shd w:val="clear" w:color="auto" w:fill="FFFFFF"/>
              </w:rPr>
              <w:t xml:space="preserve"> WHATSAPP  </w:t>
            </w:r>
          </w:p>
        </w:tc>
      </w:tr>
      <w:tr>
        <w:trPr>
          <w:cantSplit/>
        </w:trPr>
        <w:tc>
          <w:tcPr>
            <w:tcW w:w="9638" w:type="dxa"/>
            <w:gridSpan w:val="2"/>
            <w:tcMar>
              <w:top w:w="150" w:type="dxa"/>
              <w:left w:w="220" w:type="dxa"/>
              <w:bottom w:w="170" w:type="dxa"/>
              <w:right w:w="260" w:type="dxa"/>
            </w:tcMar>
          </w:tcPr>
          <w:p>
            <w:pPr>
              <w:keepNext/>
              <w:keepLines/>
              <w:spacing w:before="0" w:after="160" w:line="288" w:lineRule="auto"/>
            </w:pPr>
            <w:r>
              <w:rPr>
                <w:b/>
                <w:color w:val="2F5FC4"/>
                <w:spacing w:val="20"/>
                <w:sz w:val="14"/>
              </w:rPr>
              <w:t xml:space="preserve">CUÁNDO  </w:t>
            </w:r>
            <w:r>
              <w:rPr>
                <w:color w:val="4B586B"/>
                <w:sz w:val="17"/>
              </w:rPr>
              <w:t>En cuanto se libera la plaza.</w:t>
            </w:r>
          </w:p>
          <w:p>
            <w:pPr>
              <w:pStyle w:val="Mensaje"/>
              <w:keepNext/>
              <w:keepLines/>
              <w:pBdr>
                <w:left w:val="single" w:sz="12" w:space="10" w:color="4F82EC"/>
              </w:pBdr>
              <w:spacing w:before="0" w:after="80" w:line="293" w:lineRule="auto"/>
            </w:pPr>
            <w:r>
              <w:rPr/>
              <w:t xml:space="preserve">¡Tienes plaza en </w:t>
            </w:r>
            <w:r>
              <w:rPr>
                <w:rStyle w:val="Hueco"/>
              </w:rPr>
              <w:t>{clase}</w:t>
            </w:r>
            <w:r>
              <w:rPr/>
              <w:t xml:space="preserve">! </w:t>
            </w:r>
            <w:r>
              <w:rPr>
                <w:rStyle w:val="Hueco"/>
              </w:rPr>
              <w:t>{fecha}</w:t>
            </w:r>
            <w:r>
              <w:rPr/>
              <w:t xml:space="preserve">, a las </w:t>
            </w:r>
            <w:r>
              <w:rPr>
                <w:rStyle w:val="Hueco"/>
              </w:rPr>
              <w:t>{hora}</w:t>
            </w:r>
            <w:r>
              <w:rPr/>
              <w:t>. Si no puedes venir, cancélala y pasará a otra persona.</w:t>
            </w:r>
          </w:p>
          <w:p>
            <w:pPr>
              <w:keepNext/>
              <w:keepLines/>
              <w:spacing w:before="180" w:after="80"/>
            </w:pPr>
            <w:r>
              <w:rPr>
                <w:b/>
                <w:color w:val="5C697D"/>
                <w:spacing w:val="20"/>
                <w:sz w:val="14"/>
              </w:rPr>
              <w:t>VERSIÓN WHATSAPP</w:t>
            </w:r>
          </w:p>
          <w:p>
            <w:pPr>
              <w:pStyle w:val="Mensaje"/>
              <w:keepNext/>
              <w:keepLines/>
              <w:pBdr>
                <w:left w:val="single" w:sz="12" w:space="10" w:color="4F82EC"/>
              </w:pBdr>
              <w:spacing w:before="0" w:after="80" w:line="293" w:lineRule="auto"/>
            </w:pPr>
            <w:r>
              <w:rPr/>
              <w:t xml:space="preserve">¡Buenas noticias, </w:t>
            </w:r>
            <w:r>
              <w:rPr>
                <w:rStyle w:val="Hueco"/>
              </w:rPr>
              <w:t>{nombre}</w:t>
            </w:r>
            <w:r>
              <w:rPr/>
              <w:t xml:space="preserve">! Se ha liberado una plaza en </w:t>
            </w:r>
            <w:r>
              <w:rPr>
                <w:rStyle w:val="Hueco"/>
              </w:rPr>
              <w:t>{clase}</w:t>
            </w:r>
            <w:r>
              <w:rPr/>
              <w:t xml:space="preserve"> del </w:t>
            </w:r>
            <w:r>
              <w:rPr>
                <w:rStyle w:val="Hueco"/>
              </w:rPr>
              <w:t>{fecha}</w:t>
            </w:r>
            <w:r>
              <w:rPr/>
              <w:t xml:space="preserve"> a las </w:t>
            </w:r>
            <w:r>
              <w:rPr>
                <w:rStyle w:val="Hueco"/>
              </w:rPr>
              <w:t>{hora}</w:t>
            </w:r>
            <w:r>
              <w:rPr/>
              <w:t xml:space="preserve"> y ya es tuya. Si al final no puedes venir, avísame y se la paso a la siguiente persona de la lista.</w:t>
            </w:r>
          </w:p>
          <w:p>
            <w:pPr>
              <w:keepNext w:val="0"/>
              <w:keepLines/>
              <w:spacing w:before="120" w:after="0" w:line="288" w:lineRule="auto"/>
            </w:pPr>
            <w:r>
              <w:rPr>
                <w:b/>
                <w:color w:val="2F5FC4"/>
                <w:sz w:val="17"/>
              </w:rPr>
              <w:t xml:space="preserve">Consejo  ·  </w:t>
            </w:r>
            <w:r>
              <w:rPr>
                <w:color w:val="4B586B"/>
                <w:sz w:val="17"/>
              </w:rPr>
              <w:t>Si la plaza no se asigna sola, pide que respondan «sí» antes de una hora concreta; si no, pasa a la siguiente persona.</w:t>
            </w:r>
          </w:p>
        </w:tc>
      </w:tr>
    </w:tbl>
    <w:p>
      <w:pPr>
        <w:keepNext w:val="0"/>
        <w:keepLines/>
        <w:spacing w:before="0" w:after="0" w:lineRule="exact" w:line="220"/>
      </w:pPr>
      <w:r>
        <w:rPr>
          <w:sz w:val="4"/>
        </w:rPr>
      </w:r>
    </w:p>
    <w:tbl>
      <w:tblPr>
        <w:tblW w:w="9638" w:type="dxa"/>
        <w:jc w:val="left"/>
        <w:tblBorders>
          <w:top w:val="single" w:sz="4" w:space="0" w:color="E3E9F0"/>
          <w:left w:val="single" w:sz="4" w:space="0" w:color="E3E9F0"/>
          <w:bottom w:val="single" w:sz="4" w:space="0" w:color="E3E9F0"/>
          <w:right w:val="single" w:sz="4" w:space="0" w:color="E3E9F0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00"/>
        <w:gridCol w:w="3538"/>
      </w:tblGrid>
      <w:tr>
        <w:trPr>
          <w:cantSplit/>
        </w:trPr>
        <w:tc>
          <w:tcPr>
            <w:tcW w:w="6100" w:type="dxa"/>
            <w:shd w:val="clear" w:color="auto" w:fill="E6EEFD"/>
            <w:tcMar>
              <w:top w:w="130" w:type="dxa"/>
              <w:left w:w="220" w:type="dxa"/>
              <w:bottom w:w="120" w:type="dxa"/>
              <w:right w:w="80" w:type="dxa"/>
            </w:tcMar>
            <w:vAlign w:val="center"/>
          </w:tcPr>
          <w:p>
            <w:pPr>
              <w:pStyle w:val="Heading2"/>
              <w:keepNext/>
              <w:keepLines/>
              <w:spacing w:before="0" w:after="0"/>
            </w:pPr>
            <w:r>
              <w:rPr>
                <w:color w:val="2F5FC4"/>
              </w:rPr>
              <w:t xml:space="preserve">2.3   </w:t>
            </w:r>
            <w:r>
              <w:rPr/>
              <w:t>Recordatorio de la clase</w:t>
            </w:r>
          </w:p>
        </w:tc>
        <w:tc>
          <w:tcPr>
            <w:tcW w:w="3538" w:type="dxa"/>
            <w:shd w:val="clear" w:color="auto" w:fill="E6EEFD"/>
            <w:tcMar>
              <w:top w:w="130" w:type="dxa"/>
              <w:left w:w="80" w:type="dxa"/>
              <w:bottom w:w="120" w:type="dxa"/>
              <w:right w:w="200" w:type="dxa"/>
            </w:tcMar>
            <w:vAlign w:val="center"/>
          </w:tcPr>
          <w:p>
            <w:pPr>
              <w:keepNext/>
              <w:keepLines/>
              <w:spacing w:before="0" w:after="0" w:line="360" w:lineRule="auto"/>
              <w:jc w:val="right"/>
            </w:pPr>
            <w:r>
              <w:rPr>
                <w:sz w:val="15"/>
                <w:shd w:val="clear" w:color="auto" w:fill="FFFFFF"/>
              </w:rPr>
              <w:t xml:space="preserve">  </w:t>
            </w:r>
            <w:r>
              <w:rPr>
                <w:color w:val="4A3CCF"/>
                <w:sz w:val="13"/>
                <w:shd w:val="clear" w:color="auto" w:fill="FFFFFF"/>
              </w:rPr>
              <w:t>●</w:t>
            </w:r>
            <w:r>
              <w:rPr>
                <w:b/>
                <w:color w:val="0B1220"/>
                <w:spacing w:val="10"/>
                <w:sz w:val="14"/>
                <w:shd w:val="clear" w:color="auto" w:fill="FFFFFF"/>
              </w:rPr>
              <w:t xml:space="preserve"> NOTIFICACIÓN  </w:t>
            </w:r>
          </w:p>
        </w:tc>
      </w:tr>
      <w:tr>
        <w:trPr>
          <w:cantSplit/>
        </w:trPr>
        <w:tc>
          <w:tcPr>
            <w:tcW w:w="9638" w:type="dxa"/>
            <w:gridSpan w:val="2"/>
            <w:tcMar>
              <w:top w:w="150" w:type="dxa"/>
              <w:left w:w="220" w:type="dxa"/>
              <w:bottom w:w="170" w:type="dxa"/>
              <w:right w:w="260" w:type="dxa"/>
            </w:tcMar>
          </w:tcPr>
          <w:p>
            <w:pPr>
              <w:keepNext/>
              <w:keepLines/>
              <w:spacing w:before="0" w:after="160" w:line="288" w:lineRule="auto"/>
            </w:pPr>
            <w:r>
              <w:rPr>
                <w:b/>
                <w:color w:val="2F5FC4"/>
                <w:spacing w:val="20"/>
                <w:sz w:val="14"/>
              </w:rPr>
              <w:t xml:space="preserve">CUÁNDO  </w:t>
            </w:r>
            <w:r>
              <w:rPr>
                <w:color w:val="4B586B"/>
                <w:sz w:val="17"/>
              </w:rPr>
              <w:t>2 o 3 horas antes (la tarde anterior si la clase es antes de las 10:00).</w:t>
            </w:r>
          </w:p>
          <w:p>
            <w:pPr>
              <w:pStyle w:val="Mensaje"/>
              <w:keepNext w:val="0"/>
              <w:keepLines/>
              <w:pBdr>
                <w:left w:val="single" w:sz="12" w:space="10" w:color="4F82EC"/>
              </w:pBdr>
              <w:spacing w:before="0" w:after="0" w:line="293" w:lineRule="auto"/>
            </w:pPr>
            <w:r>
              <w:rPr>
                <w:rStyle w:val="Hueco"/>
              </w:rPr>
              <w:t>{nombre}</w:t>
            </w:r>
            <w:r>
              <w:rPr/>
              <w:t xml:space="preserve">, te esperamos en </w:t>
            </w:r>
            <w:r>
              <w:rPr>
                <w:rStyle w:val="Hueco"/>
              </w:rPr>
              <w:t>{clase}</w:t>
            </w:r>
            <w:r>
              <w:rPr/>
              <w:t xml:space="preserve"> a las </w:t>
            </w:r>
            <w:r>
              <w:rPr>
                <w:rStyle w:val="Hueco"/>
              </w:rPr>
              <w:t>{hora}</w:t>
            </w:r>
            <w:r>
              <w:rPr/>
              <w:t>. Si te ha surgido algo, cancela y tu plaza le servirá a otra persona.</w:t>
            </w:r>
          </w:p>
        </w:tc>
      </w:tr>
    </w:tbl>
    <w:p>
      <w:pPr>
        <w:keepNext w:val="0"/>
        <w:keepLines/>
        <w:spacing w:before="0" w:after="0" w:lineRule="exact" w:line="220"/>
      </w:pPr>
      <w:r>
        <w:rPr>
          <w:sz w:val="4"/>
        </w:rPr>
      </w:r>
    </w:p>
    <w:tbl>
      <w:tblPr>
        <w:tblW w:w="9638" w:type="dxa"/>
        <w:jc w:val="left"/>
        <w:tblBorders>
          <w:top w:val="single" w:sz="4" w:space="0" w:color="E3E9F0"/>
          <w:left w:val="single" w:sz="4" w:space="0" w:color="E3E9F0"/>
          <w:bottom w:val="single" w:sz="4" w:space="0" w:color="E3E9F0"/>
          <w:right w:val="single" w:sz="4" w:space="0" w:color="E3E9F0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00"/>
        <w:gridCol w:w="3538"/>
      </w:tblGrid>
      <w:tr>
        <w:trPr>
          <w:cantSplit/>
        </w:trPr>
        <w:tc>
          <w:tcPr>
            <w:tcW w:w="6100" w:type="dxa"/>
            <w:shd w:val="clear" w:color="auto" w:fill="E6EEFD"/>
            <w:tcMar>
              <w:top w:w="130" w:type="dxa"/>
              <w:left w:w="220" w:type="dxa"/>
              <w:bottom w:w="120" w:type="dxa"/>
              <w:right w:w="80" w:type="dxa"/>
            </w:tcMar>
            <w:vAlign w:val="center"/>
          </w:tcPr>
          <w:p>
            <w:pPr>
              <w:pStyle w:val="Heading2"/>
              <w:keepNext/>
              <w:keepLines/>
              <w:spacing w:before="0" w:after="0"/>
            </w:pPr>
            <w:r>
              <w:rPr>
                <w:color w:val="2F5FC4"/>
              </w:rPr>
              <w:t xml:space="preserve">2.4   </w:t>
            </w:r>
            <w:r>
              <w:rPr/>
              <w:t>No se presentó</w:t>
            </w:r>
          </w:p>
        </w:tc>
        <w:tc>
          <w:tcPr>
            <w:tcW w:w="3538" w:type="dxa"/>
            <w:shd w:val="clear" w:color="auto" w:fill="E6EEFD"/>
            <w:tcMar>
              <w:top w:w="130" w:type="dxa"/>
              <w:left w:w="80" w:type="dxa"/>
              <w:bottom w:w="120" w:type="dxa"/>
              <w:right w:w="200" w:type="dxa"/>
            </w:tcMar>
            <w:vAlign w:val="center"/>
          </w:tcPr>
          <w:p>
            <w:pPr>
              <w:keepNext/>
              <w:keepLines/>
              <w:spacing w:before="0" w:after="0" w:line="360" w:lineRule="auto"/>
              <w:jc w:val="right"/>
            </w:pPr>
            <w:r>
              <w:rPr>
                <w:sz w:val="15"/>
                <w:shd w:val="clear" w:color="auto" w:fill="FFFFFF"/>
              </w:rPr>
              <w:t xml:space="preserve">  </w:t>
            </w:r>
            <w:r>
              <w:rPr>
                <w:color w:val="0F6B47"/>
                <w:sz w:val="13"/>
                <w:shd w:val="clear" w:color="auto" w:fill="FFFFFF"/>
              </w:rPr>
              <w:t>●</w:t>
            </w:r>
            <w:r>
              <w:rPr>
                <w:b/>
                <w:color w:val="0B1220"/>
                <w:spacing w:val="10"/>
                <w:sz w:val="14"/>
                <w:shd w:val="clear" w:color="auto" w:fill="FFFFFF"/>
              </w:rPr>
              <w:t xml:space="preserve"> WHATSAPP  </w:t>
            </w:r>
          </w:p>
        </w:tc>
      </w:tr>
      <w:tr>
        <w:trPr>
          <w:cantSplit/>
        </w:trPr>
        <w:tc>
          <w:tcPr>
            <w:tcW w:w="9638" w:type="dxa"/>
            <w:gridSpan w:val="2"/>
            <w:tcMar>
              <w:top w:w="150" w:type="dxa"/>
              <w:left w:w="220" w:type="dxa"/>
              <w:bottom w:w="170" w:type="dxa"/>
              <w:right w:w="260" w:type="dxa"/>
            </w:tcMar>
          </w:tcPr>
          <w:p>
            <w:pPr>
              <w:keepNext/>
              <w:keepLines/>
              <w:spacing w:before="0" w:after="160" w:line="288" w:lineRule="auto"/>
            </w:pPr>
            <w:r>
              <w:rPr>
                <w:b/>
                <w:color w:val="2F5FC4"/>
                <w:spacing w:val="20"/>
                <w:sz w:val="14"/>
              </w:rPr>
              <w:t xml:space="preserve">CUÁNDO  </w:t>
            </w:r>
            <w:r>
              <w:rPr>
                <w:color w:val="4B586B"/>
                <w:sz w:val="17"/>
              </w:rPr>
              <w:t>El mismo día, después de la clase. Sin reproches.</w:t>
            </w:r>
          </w:p>
          <w:p>
            <w:pPr>
              <w:pStyle w:val="Mensaje"/>
              <w:keepNext/>
              <w:keepLines/>
              <w:pBdr>
                <w:left w:val="single" w:sz="12" w:space="10" w:color="4F82EC"/>
              </w:pBdr>
              <w:spacing w:before="0" w:after="80" w:line="293" w:lineRule="auto"/>
            </w:pPr>
            <w:r>
              <w:rPr/>
              <w:t xml:space="preserve">Hola, </w:t>
            </w:r>
            <w:r>
              <w:rPr>
                <w:rStyle w:val="Hueco"/>
              </w:rPr>
              <w:t>{nombre}</w:t>
            </w:r>
            <w:r>
              <w:rPr/>
              <w:t xml:space="preserve">. Hoy te hemos echado de menos en </w:t>
            </w:r>
            <w:r>
              <w:rPr>
                <w:rStyle w:val="Hueco"/>
              </w:rPr>
              <w:t>{clase}</w:t>
            </w:r>
            <w:r>
              <w:rPr/>
              <w:t>. ¿Todo bien?</w:t>
            </w:r>
          </w:p>
          <w:p>
            <w:pPr>
              <w:pStyle w:val="Mensaje"/>
              <w:keepNext/>
              <w:keepLines/>
              <w:pBdr>
                <w:left w:val="single" w:sz="12" w:space="10" w:color="4F82EC"/>
              </w:pBdr>
              <w:spacing w:before="0" w:after="80" w:line="293" w:lineRule="auto"/>
            </w:pPr>
            <w:r>
              <w:rPr/>
              <w:t>Si te surge algo, no pasa nada; solo te pido que canceles la reserva cuando puedas, porque suele haber gente en lista de espera.</w:t>
            </w:r>
          </w:p>
          <w:p>
            <w:pPr>
              <w:pStyle w:val="Mensaje"/>
              <w:keepNext w:val="0"/>
              <w:keepLines/>
              <w:pBdr>
                <w:left w:val="single" w:sz="12" w:space="10" w:color="4F82EC"/>
              </w:pBdr>
              <w:spacing w:before="0" w:after="0" w:line="293" w:lineRule="auto"/>
            </w:pPr>
            <w:r>
              <w:rPr/>
              <w:t>¿Te guardo sitio para la próxima?</w:t>
            </w:r>
          </w:p>
        </w:tc>
      </w:tr>
    </w:tbl>
    <w:p>
      <w:pPr>
        <w:keepNext w:val="0"/>
        <w:keepLines/>
        <w:spacing w:before="0" w:after="0" w:lineRule="exact" w:line="220"/>
      </w:pPr>
      <w:r>
        <w:rPr>
          <w:sz w:val="4"/>
        </w:rPr>
      </w:r>
    </w:p>
    <w:tbl>
      <w:tblPr>
        <w:tblW w:w="9638" w:type="dxa"/>
        <w:jc w:val="left"/>
        <w:tblBorders>
          <w:top w:val="single" w:sz="4" w:space="0" w:color="E3E9F0"/>
          <w:left w:val="single" w:sz="4" w:space="0" w:color="E3E9F0"/>
          <w:bottom w:val="single" w:sz="4" w:space="0" w:color="E3E9F0"/>
          <w:right w:val="single" w:sz="4" w:space="0" w:color="E3E9F0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00"/>
        <w:gridCol w:w="3538"/>
      </w:tblGrid>
      <w:tr>
        <w:trPr>
          <w:cantSplit/>
        </w:trPr>
        <w:tc>
          <w:tcPr>
            <w:tcW w:w="6100" w:type="dxa"/>
            <w:shd w:val="clear" w:color="auto" w:fill="E6EEFD"/>
            <w:tcMar>
              <w:top w:w="130" w:type="dxa"/>
              <w:left w:w="220" w:type="dxa"/>
              <w:bottom w:w="120" w:type="dxa"/>
              <w:right w:w="80" w:type="dxa"/>
            </w:tcMar>
            <w:vAlign w:val="center"/>
          </w:tcPr>
          <w:p>
            <w:pPr>
              <w:pStyle w:val="Heading2"/>
              <w:keepNext/>
              <w:keepLines/>
              <w:spacing w:before="0" w:after="0"/>
            </w:pPr>
            <w:r>
              <w:rPr>
                <w:color w:val="2F5FC4"/>
              </w:rPr>
              <w:t xml:space="preserve">2.5   </w:t>
            </w:r>
            <w:r>
              <w:rPr/>
              <w:t>Cancelación fuera de plazo</w:t>
            </w:r>
          </w:p>
        </w:tc>
        <w:tc>
          <w:tcPr>
            <w:tcW w:w="3538" w:type="dxa"/>
            <w:shd w:val="clear" w:color="auto" w:fill="E6EEFD"/>
            <w:tcMar>
              <w:top w:w="130" w:type="dxa"/>
              <w:left w:w="80" w:type="dxa"/>
              <w:bottom w:w="120" w:type="dxa"/>
              <w:right w:w="200" w:type="dxa"/>
            </w:tcMar>
            <w:vAlign w:val="center"/>
          </w:tcPr>
          <w:p>
            <w:pPr>
              <w:keepNext/>
              <w:keepLines/>
              <w:spacing w:before="0" w:after="0" w:line="360" w:lineRule="auto"/>
              <w:jc w:val="right"/>
            </w:pPr>
            <w:r>
              <w:rPr>
                <w:sz w:val="15"/>
                <w:shd w:val="clear" w:color="auto" w:fill="FFFFFF"/>
              </w:rPr>
              <w:t xml:space="preserve">  </w:t>
            </w:r>
            <w:r>
              <w:rPr>
                <w:color w:val="0F6B47"/>
                <w:sz w:val="13"/>
                <w:shd w:val="clear" w:color="auto" w:fill="FFFFFF"/>
              </w:rPr>
              <w:t>●</w:t>
            </w:r>
            <w:r>
              <w:rPr>
                <w:b/>
                <w:color w:val="0B1220"/>
                <w:spacing w:val="10"/>
                <w:sz w:val="14"/>
                <w:shd w:val="clear" w:color="auto" w:fill="FFFFFF"/>
              </w:rPr>
              <w:t xml:space="preserve"> WHATSAPP  </w:t>
            </w:r>
            <w:r>
              <w:rPr>
                <w:sz w:val="14"/>
              </w:rPr>
              <w:t xml:space="preserve"> </w:t>
            </w:r>
            <w:r>
              <w:rPr>
                <w:sz w:val="15"/>
                <w:shd w:val="clear" w:color="auto" w:fill="FFFFFF"/>
              </w:rPr>
              <w:t xml:space="preserve">  </w:t>
            </w:r>
            <w:r>
              <w:rPr>
                <w:color w:val="4F82EC"/>
                <w:sz w:val="13"/>
                <w:shd w:val="clear" w:color="auto" w:fill="FFFFFF"/>
              </w:rPr>
              <w:t>●</w:t>
            </w:r>
            <w:r>
              <w:rPr>
                <w:b/>
                <w:color w:val="0B1220"/>
                <w:spacing w:val="10"/>
                <w:sz w:val="14"/>
                <w:shd w:val="clear" w:color="auto" w:fill="FFFFFF"/>
              </w:rPr>
              <w:t xml:space="preserve"> EMAIL  </w:t>
            </w:r>
          </w:p>
        </w:tc>
      </w:tr>
      <w:tr>
        <w:trPr>
          <w:cantSplit/>
        </w:trPr>
        <w:tc>
          <w:tcPr>
            <w:tcW w:w="9638" w:type="dxa"/>
            <w:gridSpan w:val="2"/>
            <w:tcMar>
              <w:top w:w="150" w:type="dxa"/>
              <w:left w:w="220" w:type="dxa"/>
              <w:bottom w:w="170" w:type="dxa"/>
              <w:right w:w="260" w:type="dxa"/>
            </w:tcMar>
          </w:tcPr>
          <w:p>
            <w:pPr>
              <w:keepNext/>
              <w:keepLines/>
              <w:spacing w:before="0" w:after="160" w:line="288" w:lineRule="auto"/>
            </w:pPr>
            <w:r>
              <w:rPr>
                <w:b/>
                <w:color w:val="2F5FC4"/>
                <w:spacing w:val="20"/>
                <w:sz w:val="14"/>
              </w:rPr>
              <w:t xml:space="preserve">CUÁNDO  </w:t>
            </w:r>
            <w:r>
              <w:rPr>
                <w:color w:val="4B586B"/>
                <w:sz w:val="17"/>
              </w:rPr>
              <w:t>Cuando cancela con menos margen del que marca tu norma. La primera vez, solo informa.</w:t>
            </w:r>
          </w:p>
          <w:p>
            <w:pPr>
              <w:pStyle w:val="Mensaje"/>
              <w:keepNext/>
              <w:keepLines/>
              <w:pBdr>
                <w:left w:val="single" w:sz="12" w:space="10" w:color="4F82EC"/>
              </w:pBdr>
              <w:spacing w:before="0" w:after="120"/>
            </w:pPr>
            <w:r>
              <w:rPr>
                <w:b/>
                <w:color w:val="4B586B"/>
              </w:rPr>
              <w:t xml:space="preserve">Asunto: </w:t>
            </w:r>
            <w:r>
              <w:rPr>
                <w:b/>
              </w:rPr>
              <w:t xml:space="preserve">Sobre tu cancelación de </w:t>
            </w:r>
            <w:r>
              <w:rPr>
                <w:rStyle w:val="Hueco"/>
                <w:b/>
              </w:rPr>
              <w:t>{clase}</w:t>
            </w:r>
          </w:p>
          <w:p>
            <w:pPr>
              <w:pStyle w:val="Mensaje"/>
              <w:keepNext/>
              <w:keepLines/>
              <w:pBdr>
                <w:left w:val="single" w:sz="12" w:space="10" w:color="4F82EC"/>
              </w:pBdr>
              <w:spacing w:before="0" w:after="80" w:line="293" w:lineRule="auto"/>
            </w:pPr>
            <w:r>
              <w:rPr/>
              <w:t xml:space="preserve">Hola, </w:t>
            </w:r>
            <w:r>
              <w:rPr>
                <w:rStyle w:val="Hueco"/>
              </w:rPr>
              <w:t>{nombre}</w:t>
            </w:r>
            <w:r>
              <w:rPr/>
              <w:t xml:space="preserve">. Te escribo por la cancelación de </w:t>
            </w:r>
            <w:r>
              <w:rPr>
                <w:rStyle w:val="Hueco"/>
              </w:rPr>
              <w:t>{clase}</w:t>
            </w:r>
            <w:r>
              <w:rPr/>
              <w:t xml:space="preserve"> del </w:t>
            </w:r>
            <w:r>
              <w:rPr>
                <w:rStyle w:val="Hueco"/>
              </w:rPr>
              <w:t>{fecha}</w:t>
            </w:r>
            <w:r>
              <w:rPr/>
              <w:t xml:space="preserve">, que llegó con poco margen. Te lo cuento por si no lo sabías: las clases se pueden cancelar hasta </w:t>
            </w:r>
            <w:r>
              <w:rPr>
                <w:rStyle w:val="Hueco"/>
              </w:rPr>
              <w:t>[HORAS DE MARGEN]</w:t>
            </w:r>
            <w:r>
              <w:rPr/>
              <w:t xml:space="preserve"> horas antes; después, la sesión cuenta como usada.</w:t>
            </w:r>
          </w:p>
          <w:p>
            <w:pPr>
              <w:pStyle w:val="Mensaje"/>
              <w:keepNext w:val="0"/>
              <w:keepLines/>
              <w:pBdr>
                <w:left w:val="single" w:sz="12" w:space="10" w:color="4F82EC"/>
              </w:pBdr>
              <w:spacing w:before="0" w:after="0" w:line="293" w:lineRule="auto"/>
            </w:pPr>
            <w:r>
              <w:rPr/>
              <w:t>Esta vez no te la descontamos. Gracias por tenerlo en cuenta: así la plaza le llega a quien está en lista de espera.</w:t>
            </w:r>
          </w:p>
        </w:tc>
      </w:tr>
    </w:tbl>
    <w:p>
      <w:pPr>
        <w:keepNext w:val="0"/>
        <w:keepLines/>
        <w:spacing w:before="0" w:after="0" w:lineRule="exact" w:line="220"/>
      </w:pPr>
      <w:r>
        <w:rPr>
          <w:sz w:val="4"/>
        </w:rPr>
      </w:r>
    </w:p>
    <w:tbl>
      <w:tblPr>
        <w:tblW w:w="9638" w:type="dxa"/>
        <w:jc w:val="left"/>
        <w:tblBorders>
          <w:top w:val="single" w:sz="4" w:space="0" w:color="E3E9F0"/>
          <w:left w:val="single" w:sz="4" w:space="0" w:color="E3E9F0"/>
          <w:bottom w:val="single" w:sz="4" w:space="0" w:color="E3E9F0"/>
          <w:right w:val="single" w:sz="4" w:space="0" w:color="E3E9F0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00"/>
        <w:gridCol w:w="3538"/>
      </w:tblGrid>
      <w:tr>
        <w:trPr>
          <w:cantSplit/>
        </w:trPr>
        <w:tc>
          <w:tcPr>
            <w:tcW w:w="6100" w:type="dxa"/>
            <w:shd w:val="clear" w:color="auto" w:fill="E6EEFD"/>
            <w:tcMar>
              <w:top w:w="130" w:type="dxa"/>
              <w:left w:w="220" w:type="dxa"/>
              <w:bottom w:w="120" w:type="dxa"/>
              <w:right w:w="80" w:type="dxa"/>
            </w:tcMar>
            <w:vAlign w:val="center"/>
          </w:tcPr>
          <w:p>
            <w:pPr>
              <w:pStyle w:val="Heading2"/>
              <w:keepNext/>
              <w:keepLines/>
              <w:spacing w:before="0" w:after="0"/>
            </w:pPr>
            <w:r>
              <w:rPr>
                <w:color w:val="2F5FC4"/>
              </w:rPr>
              <w:t xml:space="preserve">2.6   </w:t>
            </w:r>
            <w:r>
              <w:rPr/>
              <w:t>Clase cancelada por el centro</w:t>
            </w:r>
          </w:p>
        </w:tc>
        <w:tc>
          <w:tcPr>
            <w:tcW w:w="3538" w:type="dxa"/>
            <w:shd w:val="clear" w:color="auto" w:fill="E6EEFD"/>
            <w:tcMar>
              <w:top w:w="130" w:type="dxa"/>
              <w:left w:w="80" w:type="dxa"/>
              <w:bottom w:w="120" w:type="dxa"/>
              <w:right w:w="200" w:type="dxa"/>
            </w:tcMar>
            <w:vAlign w:val="center"/>
          </w:tcPr>
          <w:p>
            <w:pPr>
              <w:keepNext/>
              <w:keepLines/>
              <w:spacing w:before="0" w:after="0" w:line="360" w:lineRule="auto"/>
              <w:jc w:val="right"/>
            </w:pPr>
            <w:r>
              <w:rPr>
                <w:sz w:val="15"/>
                <w:shd w:val="clear" w:color="auto" w:fill="FFFFFF"/>
              </w:rPr>
              <w:t xml:space="preserve">  </w:t>
            </w:r>
            <w:r>
              <w:rPr>
                <w:color w:val="0F6B47"/>
                <w:sz w:val="13"/>
                <w:shd w:val="clear" w:color="auto" w:fill="FFFFFF"/>
              </w:rPr>
              <w:t>●</w:t>
            </w:r>
            <w:r>
              <w:rPr>
                <w:b/>
                <w:color w:val="0B1220"/>
                <w:spacing w:val="10"/>
                <w:sz w:val="14"/>
                <w:shd w:val="clear" w:color="auto" w:fill="FFFFFF"/>
              </w:rPr>
              <w:t xml:space="preserve"> WHATSAPP  </w:t>
            </w:r>
            <w:r>
              <w:rPr>
                <w:sz w:val="14"/>
              </w:rPr>
              <w:t xml:space="preserve"> </w:t>
            </w:r>
            <w:r>
              <w:rPr>
                <w:sz w:val="15"/>
                <w:shd w:val="clear" w:color="auto" w:fill="FFFFFF"/>
              </w:rPr>
              <w:t xml:space="preserve">  </w:t>
            </w:r>
            <w:r>
              <w:rPr>
                <w:color w:val="4A3CCF"/>
                <w:sz w:val="13"/>
                <w:shd w:val="clear" w:color="auto" w:fill="FFFFFF"/>
              </w:rPr>
              <w:t>●</w:t>
            </w:r>
            <w:r>
              <w:rPr>
                <w:b/>
                <w:color w:val="0B1220"/>
                <w:spacing w:val="10"/>
                <w:sz w:val="14"/>
                <w:shd w:val="clear" w:color="auto" w:fill="FFFFFF"/>
              </w:rPr>
              <w:t xml:space="preserve"> NOTIFICACIÓN  </w:t>
            </w:r>
          </w:p>
        </w:tc>
      </w:tr>
      <w:tr>
        <w:trPr>
          <w:cantSplit/>
        </w:trPr>
        <w:tc>
          <w:tcPr>
            <w:tcW w:w="9638" w:type="dxa"/>
            <w:gridSpan w:val="2"/>
            <w:tcMar>
              <w:top w:w="150" w:type="dxa"/>
              <w:left w:w="220" w:type="dxa"/>
              <w:bottom w:w="170" w:type="dxa"/>
              <w:right w:w="260" w:type="dxa"/>
            </w:tcMar>
          </w:tcPr>
          <w:p>
            <w:pPr>
              <w:keepNext/>
              <w:keepLines/>
              <w:spacing w:before="0" w:after="160" w:line="288" w:lineRule="auto"/>
            </w:pPr>
            <w:r>
              <w:rPr>
                <w:b/>
                <w:color w:val="2F5FC4"/>
                <w:spacing w:val="20"/>
                <w:sz w:val="14"/>
              </w:rPr>
              <w:t xml:space="preserve">CUÁNDO  </w:t>
            </w:r>
            <w:r>
              <w:rPr>
                <w:color w:val="4B586B"/>
                <w:sz w:val="17"/>
              </w:rPr>
              <w:t>En cuanto lo sepas: cuanto antes, mejor.</w:t>
            </w:r>
          </w:p>
          <w:p>
            <w:pPr>
              <w:pStyle w:val="Mensaje"/>
              <w:keepNext/>
              <w:keepLines/>
              <w:pBdr>
                <w:left w:val="single" w:sz="12" w:space="10" w:color="4F82EC"/>
              </w:pBdr>
              <w:spacing w:before="0" w:after="80" w:line="293" w:lineRule="auto"/>
            </w:pPr>
            <w:r>
              <w:rPr/>
              <w:t xml:space="preserve">Hola, </w:t>
            </w:r>
            <w:r>
              <w:rPr>
                <w:rStyle w:val="Hueco"/>
              </w:rPr>
              <w:t>{nombre}</w:t>
            </w:r>
            <w:r>
              <w:rPr/>
              <w:t xml:space="preserve">. Sentimos avisarte de que hoy tenemos que cancelar </w:t>
            </w:r>
            <w:r>
              <w:rPr>
                <w:rStyle w:val="Hueco"/>
              </w:rPr>
              <w:t>{clase}</w:t>
            </w:r>
            <w:r>
              <w:rPr/>
              <w:t xml:space="preserve"> de las </w:t>
            </w:r>
            <w:r>
              <w:rPr>
                <w:rStyle w:val="Hueco"/>
              </w:rPr>
              <w:t>{hora}</w:t>
            </w:r>
            <w:r>
              <w:rPr/>
              <w:t xml:space="preserve"> por </w:t>
            </w:r>
            <w:r>
              <w:rPr>
                <w:rStyle w:val="Hueco"/>
              </w:rPr>
              <w:t>[MOTIVO BREVE]</w:t>
            </w:r>
            <w:r>
              <w:rPr/>
              <w:t>. Tu sesión no se descuenta.</w:t>
            </w:r>
          </w:p>
          <w:p>
            <w:pPr>
              <w:pStyle w:val="Mensaje"/>
              <w:keepNext/>
              <w:keepLines/>
              <w:pBdr>
                <w:left w:val="single" w:sz="12" w:space="10" w:color="4F82EC"/>
              </w:pBdr>
              <w:spacing w:before="0" w:after="80" w:line="293" w:lineRule="auto"/>
            </w:pPr>
            <w:r>
              <w:rPr/>
              <w:t xml:space="preserve">Como alternativa tienes </w:t>
            </w:r>
            <w:r>
              <w:rPr>
                <w:rStyle w:val="Hueco"/>
              </w:rPr>
              <w:t>[OTRA CLASE U HORA]</w:t>
            </w:r>
            <w:r>
              <w:rPr/>
              <w:t>; si quieres, te reservo plaza yo. Perdona las molestias.</w:t>
            </w:r>
          </w:p>
          <w:p>
            <w:pPr>
              <w:keepNext/>
              <w:keepLines/>
              <w:spacing w:before="180" w:after="80"/>
            </w:pPr>
            <w:r>
              <w:rPr>
                <w:b/>
                <w:color w:val="5C697D"/>
                <w:spacing w:val="20"/>
                <w:sz w:val="14"/>
              </w:rPr>
              <w:t>VERSIÓN NOTIFICACIÓN  ·  MÁX. 120 CARACTERES</w:t>
            </w:r>
          </w:p>
          <w:p>
            <w:pPr>
              <w:pStyle w:val="Mensaje"/>
              <w:keepNext w:val="0"/>
              <w:keepLines/>
              <w:pBdr>
                <w:left w:val="single" w:sz="12" w:space="10" w:color="4F82EC"/>
              </w:pBdr>
              <w:spacing w:before="0" w:after="0" w:line="293" w:lineRule="auto"/>
            </w:pPr>
            <w:r>
              <w:rPr/>
              <w:t xml:space="preserve">Hoy cancelamos </w:t>
            </w:r>
            <w:r>
              <w:rPr>
                <w:rStyle w:val="Hueco"/>
              </w:rPr>
              <w:t>{clase}</w:t>
            </w:r>
            <w:r>
              <w:rPr/>
              <w:t xml:space="preserve"> de las </w:t>
            </w:r>
            <w:r>
              <w:rPr>
                <w:rStyle w:val="Hueco"/>
              </w:rPr>
              <w:t>{hora}</w:t>
            </w:r>
            <w:r>
              <w:rPr/>
              <w:t>, lo sentimos. No se descuenta tu sesión: elige otra clase en la app.</w:t>
            </w:r>
          </w:p>
        </w:tc>
      </w:tr>
    </w:tbl>
    <w:p>
      <w:pPr>
        <w:keepNext w:val="0"/>
        <w:keepLines/>
        <w:spacing w:before="0" w:after="0" w:lineRule="exact" w:line="220"/>
      </w:pPr>
      <w:r>
        <w:rPr>
          <w:sz w:val="4"/>
        </w:rPr>
      </w:r>
    </w:p>
    <w:tbl>
      <w:tblPr>
        <w:tblW w:w="9638" w:type="dxa"/>
        <w:jc w:val="left"/>
        <w:tblBorders>
          <w:top w:val="single" w:sz="4" w:space="0" w:color="E3E9F0"/>
          <w:left w:val="single" w:sz="4" w:space="0" w:color="E3E9F0"/>
          <w:bottom w:val="single" w:sz="4" w:space="0" w:color="E3E9F0"/>
          <w:right w:val="single" w:sz="4" w:space="0" w:color="E3E9F0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00"/>
        <w:gridCol w:w="3538"/>
      </w:tblGrid>
      <w:tr>
        <w:trPr>
          <w:cantSplit/>
        </w:trPr>
        <w:tc>
          <w:tcPr>
            <w:tcW w:w="6100" w:type="dxa"/>
            <w:shd w:val="clear" w:color="auto" w:fill="E6EEFD"/>
            <w:tcMar>
              <w:top w:w="130" w:type="dxa"/>
              <w:left w:w="220" w:type="dxa"/>
              <w:bottom w:w="120" w:type="dxa"/>
              <w:right w:w="80" w:type="dxa"/>
            </w:tcMar>
            <w:vAlign w:val="center"/>
          </w:tcPr>
          <w:p>
            <w:pPr>
              <w:pStyle w:val="Heading2"/>
              <w:keepNext/>
              <w:keepLines/>
              <w:spacing w:before="0" w:after="0"/>
            </w:pPr>
            <w:r>
              <w:rPr>
                <w:color w:val="2F5FC4"/>
              </w:rPr>
              <w:t xml:space="preserve">2.7   </w:t>
            </w:r>
            <w:r>
              <w:rPr/>
              <w:t>Últimas plazas para hoy</w:t>
            </w:r>
          </w:p>
        </w:tc>
        <w:tc>
          <w:tcPr>
            <w:tcW w:w="3538" w:type="dxa"/>
            <w:shd w:val="clear" w:color="auto" w:fill="E6EEFD"/>
            <w:tcMar>
              <w:top w:w="130" w:type="dxa"/>
              <w:left w:w="80" w:type="dxa"/>
              <w:bottom w:w="120" w:type="dxa"/>
              <w:right w:w="200" w:type="dxa"/>
            </w:tcMar>
            <w:vAlign w:val="center"/>
          </w:tcPr>
          <w:p>
            <w:pPr>
              <w:keepNext/>
              <w:keepLines/>
              <w:spacing w:before="0" w:after="0" w:line="360" w:lineRule="auto"/>
              <w:jc w:val="right"/>
            </w:pPr>
            <w:r>
              <w:rPr>
                <w:sz w:val="15"/>
                <w:shd w:val="clear" w:color="auto" w:fill="FFFFFF"/>
              </w:rPr>
              <w:t xml:space="preserve">  </w:t>
            </w:r>
            <w:r>
              <w:rPr>
                <w:color w:val="4A3CCF"/>
                <w:sz w:val="13"/>
                <w:shd w:val="clear" w:color="auto" w:fill="FFFFFF"/>
              </w:rPr>
              <w:t>●</w:t>
            </w:r>
            <w:r>
              <w:rPr>
                <w:b/>
                <w:color w:val="0B1220"/>
                <w:spacing w:val="10"/>
                <w:sz w:val="14"/>
                <w:shd w:val="clear" w:color="auto" w:fill="FFFFFF"/>
              </w:rPr>
              <w:t xml:space="preserve"> NOTIFICACIÓN  </w:t>
            </w:r>
          </w:p>
        </w:tc>
      </w:tr>
      <w:tr>
        <w:trPr>
          <w:cantSplit/>
        </w:trPr>
        <w:tc>
          <w:tcPr>
            <w:tcW w:w="9638" w:type="dxa"/>
            <w:gridSpan w:val="2"/>
            <w:tcMar>
              <w:top w:w="150" w:type="dxa"/>
              <w:left w:w="220" w:type="dxa"/>
              <w:bottom w:w="170" w:type="dxa"/>
              <w:right w:w="260" w:type="dxa"/>
            </w:tcMar>
          </w:tcPr>
          <w:p>
            <w:pPr>
              <w:keepNext/>
              <w:keepLines/>
              <w:spacing w:before="0" w:after="160" w:line="288" w:lineRule="auto"/>
            </w:pPr>
            <w:r>
              <w:rPr>
                <w:b/>
                <w:color w:val="2F5FC4"/>
                <w:spacing w:val="20"/>
                <w:sz w:val="14"/>
              </w:rPr>
              <w:t xml:space="preserve">CUÁNDO  </w:t>
            </w:r>
            <w:r>
              <w:rPr>
                <w:color w:val="4B586B"/>
                <w:sz w:val="17"/>
              </w:rPr>
              <w:t>Unas horas antes, solo a quien suele ir a esa clase o a esa hora.</w:t>
            </w:r>
          </w:p>
          <w:p>
            <w:pPr>
              <w:pStyle w:val="Mensaje"/>
              <w:keepNext/>
              <w:keepLines/>
              <w:pBdr>
                <w:left w:val="single" w:sz="12" w:space="10" w:color="4F82EC"/>
              </w:pBdr>
              <w:spacing w:before="0" w:after="80" w:line="293" w:lineRule="auto"/>
            </w:pPr>
            <w:r>
              <w:rPr/>
              <w:t xml:space="preserve">Quedan pocas plazas en </w:t>
            </w:r>
            <w:r>
              <w:rPr>
                <w:rStyle w:val="Hueco"/>
              </w:rPr>
              <w:t>{clase}</w:t>
            </w:r>
            <w:r>
              <w:rPr/>
              <w:t xml:space="preserve"> hoy a las </w:t>
            </w:r>
            <w:r>
              <w:rPr>
                <w:rStyle w:val="Hueco"/>
              </w:rPr>
              <w:t>{hora}</w:t>
            </w:r>
            <w:r>
              <w:rPr/>
              <w:t>. ¿Te apuntas? Resérvala desde la app.</w:t>
            </w:r>
          </w:p>
          <w:p>
            <w:pPr>
              <w:keepNext/>
              <w:keepLines/>
              <w:spacing w:before="120" w:after="0" w:line="288" w:lineRule="auto"/>
            </w:pPr>
            <w:r>
              <w:rPr>
                <w:b/>
                <w:color w:val="2F5FC4"/>
                <w:sz w:val="17"/>
              </w:rPr>
              <w:t xml:space="preserve">Consejo  ·  </w:t>
            </w:r>
            <w:r>
              <w:rPr>
                <w:color w:val="4B586B"/>
                <w:sz w:val="17"/>
              </w:rPr>
              <w:t>Úsalo poco (una vez por semana como mucho): si cada aviso es urgente, ninguno lo es.</w:t>
            </w:r>
          </w:p>
          <w:p>
            <w:pPr>
              <w:keepNext w:val="0"/>
              <w:keepLines/>
              <w:spacing w:before="40" w:after="0" w:line="288" w:lineRule="auto"/>
            </w:pPr>
            <w:r>
              <w:rPr>
                <w:b/>
                <w:color w:val="C9284A"/>
                <w:sz w:val="17"/>
              </w:rPr>
              <w:t xml:space="preserve">Requiere consentimiento  ·  </w:t>
            </w:r>
            <w:r>
              <w:rPr>
                <w:color w:val="4B586B"/>
                <w:sz w:val="17"/>
              </w:rPr>
              <w:t>Envíalo solo a quien aceptó recibir comunicaciones comerciales.</w:t>
            </w:r>
          </w:p>
        </w:tc>
      </w:tr>
    </w:tbl>
    <w:p>
      <w:pPr>
        <w:keepNext w:val="0"/>
        <w:keepLines/>
        <w:spacing w:before="0" w:after="0" w:lineRule="exact" w:line="220"/>
      </w:pPr>
      <w:r>
        <w:rPr>
          <w:sz w:val="4"/>
        </w:rPr>
      </w:r>
    </w:p>
    <w:p>
      <w:pPr>
        <w:keepNext/>
        <w:keepLines/>
        <w:spacing w:before="360" w:after="0" w:lineRule="exact" w:line="20"/>
      </w:pPr>
      <w:r>
        <w:rPr>
          <w:sz w:val="2"/>
        </w:rPr>
      </w:r>
    </w:p>
    <w:tbl>
      <w:tblPr>
        <w:tblW w:w="9638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138"/>
        <w:gridCol w:w="1500"/>
      </w:tblGrid>
      <w:tr>
        <w:trPr>
          <w:cantSplit/>
        </w:trPr>
        <w:tc>
          <w:tcPr>
            <w:tcW w:w="8138" w:type="dxa"/>
            <w:shd w:val="clear" w:color="auto" w:fill="FFF1D8"/>
            <w:tcMar>
              <w:top w:w="300" w:type="dxa"/>
              <w:left w:w="340" w:type="dxa"/>
              <w:bottom w:w="300" w:type="dxa"/>
              <w:right w:w="120" w:type="dxa"/>
            </w:tcMar>
            <w:vAlign w:val="center"/>
          </w:tcPr>
          <w:p>
            <w:pPr>
              <w:keepNext/>
              <w:keepLines/>
              <w:spacing w:before="0" w:after="100"/>
            </w:pPr>
            <w:r>
              <w:rPr>
                <w:b/>
                <w:color w:val="9A5B05"/>
                <w:spacing w:val="24"/>
                <w:sz w:val="15"/>
              </w:rPr>
              <w:t>SECCIÓN 03  ·  7 MENSAJES</w:t>
            </w:r>
          </w:p>
          <w:p>
            <w:pPr>
              <w:pStyle w:val="Heading1"/>
              <w:keepNext/>
              <w:keepLines/>
              <w:spacing w:before="0" w:after="120"/>
            </w:pPr>
            <w:r>
              <w:rPr/>
              <w:t>Cobros e impagos</w:t>
            </w:r>
          </w:p>
          <w:p>
            <w:pPr>
              <w:keepNext/>
              <w:keepLines/>
              <w:spacing w:before="0" w:after="0" w:line="312" w:lineRule="auto"/>
            </w:pPr>
            <w:r>
              <w:rPr>
                <w:color w:val="4B586B"/>
                <w:sz w:val="20"/>
              </w:rPr>
              <w:t>Firmes pero respetuosos. Casi todos los recibos devueltos son un despiste o una tarjeta caducada, no mala fe: empieza dando por hecho lo mejor.</w:t>
            </w:r>
          </w:p>
        </w:tc>
        <w:tc>
          <w:tcPr>
            <w:tcW w:w="1500" w:type="dxa"/>
            <w:shd w:val="clear" w:color="auto" w:fill="FFF1D8"/>
            <w:tcMar>
              <w:top w:w="200" w:type="dxa"/>
              <w:left w:w="120" w:type="dxa"/>
              <w:bottom w:w="200" w:type="dxa"/>
              <w:right w:w="300" w:type="dxa"/>
            </w:tcMar>
            <w:vAlign w:val="center"/>
          </w:tcPr>
          <w:p>
            <w:pPr>
              <w:keepNext/>
              <w:keepLines/>
              <w:spacing w:before="0" w:after="0"/>
              <w:jc w:val="right"/>
            </w:pPr>
            <w:r>
              <w:rPr>
                <w:b/>
                <w:color w:val="D08A1E"/>
                <w:sz w:val="80"/>
              </w:rPr>
              <w:t>03</w:t>
            </w:r>
          </w:p>
        </w:tc>
      </w:tr>
    </w:tbl>
    <w:p>
      <w:pPr>
        <w:keepNext/>
        <w:keepLines/>
        <w:spacing w:before="0" w:after="0" w:lineRule="exact" w:line="240"/>
      </w:pPr>
      <w:r>
        <w:rPr>
          <w:sz w:val="4"/>
        </w:rPr>
      </w:r>
    </w:p>
    <w:tbl>
      <w:tblPr>
        <w:tblW w:w="9638" w:type="dxa"/>
        <w:jc w:val="left"/>
        <w:tblBorders>
          <w:top w:val="single" w:sz="4" w:space="0" w:color="E3E9F0"/>
          <w:left w:val="single" w:sz="4" w:space="0" w:color="E3E9F0"/>
          <w:bottom w:val="single" w:sz="4" w:space="0" w:color="E3E9F0"/>
          <w:right w:val="single" w:sz="4" w:space="0" w:color="E3E9F0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00"/>
        <w:gridCol w:w="3538"/>
      </w:tblGrid>
      <w:tr>
        <w:trPr>
          <w:cantSplit/>
        </w:trPr>
        <w:tc>
          <w:tcPr>
            <w:tcW w:w="6100" w:type="dxa"/>
            <w:shd w:val="clear" w:color="auto" w:fill="FFF1D8"/>
            <w:tcMar>
              <w:top w:w="130" w:type="dxa"/>
              <w:left w:w="220" w:type="dxa"/>
              <w:bottom w:w="120" w:type="dxa"/>
              <w:right w:w="80" w:type="dxa"/>
            </w:tcMar>
            <w:vAlign w:val="center"/>
          </w:tcPr>
          <w:p>
            <w:pPr>
              <w:pStyle w:val="Heading2"/>
              <w:keepNext/>
              <w:keepLines/>
              <w:spacing w:before="0" w:after="0"/>
            </w:pPr>
            <w:r>
              <w:rPr>
                <w:color w:val="9A5B05"/>
              </w:rPr>
              <w:t xml:space="preserve">3.1   </w:t>
            </w:r>
            <w:r>
              <w:rPr/>
              <w:t>Aviso de próximo cobro</w:t>
            </w:r>
          </w:p>
        </w:tc>
        <w:tc>
          <w:tcPr>
            <w:tcW w:w="3538" w:type="dxa"/>
            <w:shd w:val="clear" w:color="auto" w:fill="FFF1D8"/>
            <w:tcMar>
              <w:top w:w="130" w:type="dxa"/>
              <w:left w:w="80" w:type="dxa"/>
              <w:bottom w:w="120" w:type="dxa"/>
              <w:right w:w="200" w:type="dxa"/>
            </w:tcMar>
            <w:vAlign w:val="center"/>
          </w:tcPr>
          <w:p>
            <w:pPr>
              <w:keepNext/>
              <w:keepLines/>
              <w:spacing w:before="0" w:after="0" w:line="360" w:lineRule="auto"/>
              <w:jc w:val="right"/>
            </w:pPr>
            <w:r>
              <w:rPr>
                <w:sz w:val="15"/>
                <w:shd w:val="clear" w:color="auto" w:fill="FFFFFF"/>
              </w:rPr>
              <w:t xml:space="preserve">  </w:t>
            </w:r>
            <w:r>
              <w:rPr>
                <w:color w:val="4F82EC"/>
                <w:sz w:val="13"/>
                <w:shd w:val="clear" w:color="auto" w:fill="FFFFFF"/>
              </w:rPr>
              <w:t>●</w:t>
            </w:r>
            <w:r>
              <w:rPr>
                <w:b/>
                <w:color w:val="0B1220"/>
                <w:spacing w:val="10"/>
                <w:sz w:val="14"/>
                <w:shd w:val="clear" w:color="auto" w:fill="FFFFFF"/>
              </w:rPr>
              <w:t xml:space="preserve"> EMAIL  </w:t>
            </w:r>
            <w:r>
              <w:rPr>
                <w:sz w:val="14"/>
              </w:rPr>
              <w:t xml:space="preserve"> </w:t>
            </w:r>
            <w:r>
              <w:rPr>
                <w:sz w:val="15"/>
                <w:shd w:val="clear" w:color="auto" w:fill="FFFFFF"/>
              </w:rPr>
              <w:t xml:space="preserve">  </w:t>
            </w:r>
            <w:r>
              <w:rPr>
                <w:color w:val="4A3CCF"/>
                <w:sz w:val="13"/>
                <w:shd w:val="clear" w:color="auto" w:fill="FFFFFF"/>
              </w:rPr>
              <w:t>●</w:t>
            </w:r>
            <w:r>
              <w:rPr>
                <w:b/>
                <w:color w:val="0B1220"/>
                <w:spacing w:val="10"/>
                <w:sz w:val="14"/>
                <w:shd w:val="clear" w:color="auto" w:fill="FFFFFF"/>
              </w:rPr>
              <w:t xml:space="preserve"> NOTIFICACIÓN  </w:t>
            </w:r>
          </w:p>
        </w:tc>
      </w:tr>
      <w:tr>
        <w:trPr>
          <w:cantSplit/>
        </w:trPr>
        <w:tc>
          <w:tcPr>
            <w:tcW w:w="9638" w:type="dxa"/>
            <w:gridSpan w:val="2"/>
            <w:tcMar>
              <w:top w:w="150" w:type="dxa"/>
              <w:left w:w="220" w:type="dxa"/>
              <w:bottom w:w="170" w:type="dxa"/>
              <w:right w:w="260" w:type="dxa"/>
            </w:tcMar>
          </w:tcPr>
          <w:p>
            <w:pPr>
              <w:keepNext/>
              <w:keepLines/>
              <w:spacing w:before="0" w:after="160" w:line="288" w:lineRule="auto"/>
            </w:pPr>
            <w:r>
              <w:rPr>
                <w:b/>
                <w:color w:val="9A5B05"/>
                <w:spacing w:val="20"/>
                <w:sz w:val="14"/>
              </w:rPr>
              <w:t xml:space="preserve">CUÁNDO  </w:t>
            </w:r>
            <w:r>
              <w:rPr>
                <w:color w:val="4B586B"/>
                <w:sz w:val="17"/>
              </w:rPr>
              <w:t>3–5 días antes del primer cobro, de cuotas trimestrales o anuales y tras un cambio de precio.</w:t>
            </w:r>
          </w:p>
          <w:p>
            <w:pPr>
              <w:pStyle w:val="Mensaje"/>
              <w:keepNext/>
              <w:keepLines/>
              <w:pBdr>
                <w:left w:val="single" w:sz="12" w:space="10" w:color="D08A1E"/>
              </w:pBdr>
              <w:spacing w:before="0" w:after="120"/>
            </w:pPr>
            <w:r>
              <w:rPr>
                <w:b/>
                <w:color w:val="4B586B"/>
              </w:rPr>
              <w:t xml:space="preserve">Asunto: </w:t>
            </w:r>
            <w:r>
              <w:rPr>
                <w:b/>
              </w:rPr>
              <w:t xml:space="preserve">Tu próxima cuota en </w:t>
            </w:r>
            <w:r>
              <w:rPr>
                <w:rStyle w:val="Hueco"/>
                <w:b/>
              </w:rPr>
              <w:t>{centro}</w:t>
            </w:r>
            <w:r>
              <w:rPr>
                <w:b/>
              </w:rPr>
              <w:t xml:space="preserve">: </w:t>
            </w:r>
            <w:r>
              <w:rPr>
                <w:rStyle w:val="Hueco"/>
                <w:b/>
              </w:rPr>
              <w:t>{fecha}</w:t>
            </w:r>
          </w:p>
          <w:p>
            <w:pPr>
              <w:pStyle w:val="Mensaje"/>
              <w:keepNext/>
              <w:keepLines/>
              <w:pBdr>
                <w:left w:val="single" w:sz="12" w:space="10" w:color="D08A1E"/>
              </w:pBdr>
              <w:spacing w:before="0" w:after="80" w:line="293" w:lineRule="auto"/>
            </w:pPr>
            <w:r>
              <w:rPr/>
              <w:t xml:space="preserve">Hola, </w:t>
            </w:r>
            <w:r>
              <w:rPr>
                <w:rStyle w:val="Hueco"/>
              </w:rPr>
              <w:t>{nombre}</w:t>
            </w:r>
            <w:r>
              <w:rPr/>
              <w:t>:</w:t>
            </w:r>
          </w:p>
          <w:p>
            <w:pPr>
              <w:pStyle w:val="Mensaje"/>
              <w:keepNext/>
              <w:keepLines/>
              <w:pBdr>
                <w:left w:val="single" w:sz="12" w:space="10" w:color="D08A1E"/>
              </w:pBdr>
              <w:spacing w:before="0" w:after="80" w:line="293" w:lineRule="auto"/>
            </w:pPr>
            <w:r>
              <w:rPr/>
              <w:t xml:space="preserve">Te recordamos que el </w:t>
            </w:r>
            <w:r>
              <w:rPr>
                <w:rStyle w:val="Hueco"/>
              </w:rPr>
              <w:t>{fecha}</w:t>
            </w:r>
            <w:r>
              <w:rPr/>
              <w:t xml:space="preserve"> cobraremos tu cuota de </w:t>
            </w:r>
            <w:r>
              <w:rPr>
                <w:rStyle w:val="Hueco"/>
              </w:rPr>
              <w:t>{plan}</w:t>
            </w:r>
            <w:r>
              <w:rPr/>
              <w:t xml:space="preserve"> (</w:t>
            </w:r>
            <w:r>
              <w:rPr>
                <w:rStyle w:val="Hueco"/>
              </w:rPr>
              <w:t>{importe}</w:t>
            </w:r>
            <w:r>
              <w:rPr/>
              <w:t>) en la cuenta o tarjeta que tienes registrada.</w:t>
            </w:r>
          </w:p>
          <w:p>
            <w:pPr>
              <w:pStyle w:val="Mensaje"/>
              <w:keepNext/>
              <w:keepLines/>
              <w:pBdr>
                <w:left w:val="single" w:sz="12" w:space="10" w:color="D08A1E"/>
              </w:pBdr>
              <w:spacing w:before="0" w:after="80" w:line="293" w:lineRule="auto"/>
            </w:pPr>
            <w:r>
              <w:rPr/>
              <w:t xml:space="preserve">No tienes que hacer nada. Si has cambiado de banco o de tarjeta, actualiza tus datos en </w:t>
            </w:r>
            <w:r>
              <w:rPr>
                <w:rStyle w:val="Hueco"/>
              </w:rPr>
              <w:t>{enlace}</w:t>
            </w:r>
            <w:r>
              <w:rPr/>
              <w:t xml:space="preserve"> antes de esa fecha y así evitamos devoluciones.</w:t>
            </w:r>
          </w:p>
          <w:p>
            <w:pPr>
              <w:pStyle w:val="Mensaje"/>
              <w:keepNext/>
              <w:keepLines/>
              <w:pBdr>
                <w:left w:val="single" w:sz="12" w:space="10" w:color="D08A1E"/>
              </w:pBdr>
              <w:spacing w:before="0" w:after="80" w:line="293" w:lineRule="auto"/>
            </w:pPr>
            <w:r>
              <w:rPr/>
              <w:t>Gracias,</w:t>
            </w:r>
          </w:p>
          <w:p>
            <w:pPr>
              <w:pStyle w:val="Mensaje"/>
              <w:keepNext/>
              <w:keepLines/>
              <w:pBdr>
                <w:left w:val="single" w:sz="12" w:space="10" w:color="D08A1E"/>
              </w:pBdr>
              <w:spacing w:before="0" w:after="80" w:line="293" w:lineRule="auto"/>
            </w:pPr>
            <w:r>
              <w:rPr>
                <w:rStyle w:val="Hueco"/>
              </w:rPr>
              <w:t>{firma}</w:t>
            </w:r>
          </w:p>
          <w:p>
            <w:pPr>
              <w:keepNext/>
              <w:keepLines/>
              <w:spacing w:before="180" w:after="80"/>
            </w:pPr>
            <w:r>
              <w:rPr>
                <w:b/>
                <w:color w:val="5C697D"/>
                <w:spacing w:val="20"/>
                <w:sz w:val="14"/>
              </w:rPr>
              <w:t>VERSIÓN NOTIFICACIÓN  ·  MÁX. 120 CARACTERES</w:t>
            </w:r>
          </w:p>
          <w:p>
            <w:pPr>
              <w:pStyle w:val="Mensaje"/>
              <w:keepNext w:val="0"/>
              <w:keepLines/>
              <w:pBdr>
                <w:left w:val="single" w:sz="12" w:space="10" w:color="D08A1E"/>
              </w:pBdr>
              <w:spacing w:before="0" w:after="0" w:line="293" w:lineRule="auto"/>
            </w:pPr>
            <w:r>
              <w:rPr/>
              <w:t xml:space="preserve">El </w:t>
            </w:r>
            <w:r>
              <w:rPr>
                <w:rStyle w:val="Hueco"/>
              </w:rPr>
              <w:t>{fecha}</w:t>
            </w:r>
            <w:r>
              <w:rPr/>
              <w:t xml:space="preserve"> se cobra tu cuota (</w:t>
            </w:r>
            <w:r>
              <w:rPr>
                <w:rStyle w:val="Hueco"/>
              </w:rPr>
              <w:t>{importe}</w:t>
            </w:r>
            <w:r>
              <w:rPr/>
              <w:t>). Si has cambiado de banco o de tarjeta, actualiza tus datos antes.</w:t>
            </w:r>
          </w:p>
        </w:tc>
      </w:tr>
    </w:tbl>
    <w:p>
      <w:pPr>
        <w:keepNext w:val="0"/>
        <w:keepLines/>
        <w:spacing w:before="0" w:after="0" w:lineRule="exact" w:line="220"/>
      </w:pPr>
      <w:r>
        <w:rPr>
          <w:sz w:val="4"/>
        </w:rPr>
      </w:r>
    </w:p>
    <w:tbl>
      <w:tblPr>
        <w:tblW w:w="9638" w:type="dxa"/>
        <w:jc w:val="left"/>
        <w:tblBorders>
          <w:top w:val="single" w:sz="4" w:space="0" w:color="E3E9F0"/>
          <w:left w:val="single" w:sz="4" w:space="0" w:color="E3E9F0"/>
          <w:bottom w:val="single" w:sz="4" w:space="0" w:color="E3E9F0"/>
          <w:right w:val="single" w:sz="4" w:space="0" w:color="E3E9F0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00"/>
        <w:gridCol w:w="3538"/>
      </w:tblGrid>
      <w:tr>
        <w:trPr>
          <w:cantSplit/>
        </w:trPr>
        <w:tc>
          <w:tcPr>
            <w:tcW w:w="6100" w:type="dxa"/>
            <w:shd w:val="clear" w:color="auto" w:fill="FFF1D8"/>
            <w:tcMar>
              <w:top w:w="130" w:type="dxa"/>
              <w:left w:w="220" w:type="dxa"/>
              <w:bottom w:w="120" w:type="dxa"/>
              <w:right w:w="80" w:type="dxa"/>
            </w:tcMar>
            <w:vAlign w:val="center"/>
          </w:tcPr>
          <w:p>
            <w:pPr>
              <w:pStyle w:val="Heading2"/>
              <w:keepNext/>
              <w:keepLines/>
              <w:spacing w:before="0" w:after="0"/>
            </w:pPr>
            <w:r>
              <w:rPr>
                <w:color w:val="9A5B05"/>
              </w:rPr>
              <w:t xml:space="preserve">3.2   </w:t>
            </w:r>
            <w:r>
              <w:rPr/>
              <w:t>Recibo devuelto · 1. Amable</w:t>
            </w:r>
          </w:p>
        </w:tc>
        <w:tc>
          <w:tcPr>
            <w:tcW w:w="3538" w:type="dxa"/>
            <w:shd w:val="clear" w:color="auto" w:fill="FFF1D8"/>
            <w:tcMar>
              <w:top w:w="130" w:type="dxa"/>
              <w:left w:w="80" w:type="dxa"/>
              <w:bottom w:w="120" w:type="dxa"/>
              <w:right w:w="200" w:type="dxa"/>
            </w:tcMar>
            <w:vAlign w:val="center"/>
          </w:tcPr>
          <w:p>
            <w:pPr>
              <w:keepNext/>
              <w:keepLines/>
              <w:spacing w:before="0" w:after="0" w:line="360" w:lineRule="auto"/>
              <w:jc w:val="right"/>
            </w:pPr>
            <w:r>
              <w:rPr>
                <w:sz w:val="15"/>
                <w:shd w:val="clear" w:color="auto" w:fill="FFFFFF"/>
              </w:rPr>
              <w:t xml:space="preserve">  </w:t>
            </w:r>
            <w:r>
              <w:rPr>
                <w:color w:val="0F6B47"/>
                <w:sz w:val="13"/>
                <w:shd w:val="clear" w:color="auto" w:fill="FFFFFF"/>
              </w:rPr>
              <w:t>●</w:t>
            </w:r>
            <w:r>
              <w:rPr>
                <w:b/>
                <w:color w:val="0B1220"/>
                <w:spacing w:val="10"/>
                <w:sz w:val="14"/>
                <w:shd w:val="clear" w:color="auto" w:fill="FFFFFF"/>
              </w:rPr>
              <w:t xml:space="preserve"> WHATSAPP  </w:t>
            </w:r>
          </w:p>
        </w:tc>
      </w:tr>
      <w:tr>
        <w:trPr>
          <w:cantSplit/>
        </w:trPr>
        <w:tc>
          <w:tcPr>
            <w:tcW w:w="9638" w:type="dxa"/>
            <w:gridSpan w:val="2"/>
            <w:tcMar>
              <w:top w:w="150" w:type="dxa"/>
              <w:left w:w="220" w:type="dxa"/>
              <w:bottom w:w="170" w:type="dxa"/>
              <w:right w:w="260" w:type="dxa"/>
            </w:tcMar>
          </w:tcPr>
          <w:p>
            <w:pPr>
              <w:keepNext/>
              <w:keepLines/>
              <w:spacing w:before="0" w:after="160" w:line="288" w:lineRule="auto"/>
            </w:pPr>
            <w:r>
              <w:rPr>
                <w:b/>
                <w:color w:val="9A5B05"/>
                <w:spacing w:val="20"/>
                <w:sz w:val="14"/>
              </w:rPr>
              <w:t xml:space="preserve">CUÁNDO  </w:t>
            </w:r>
            <w:r>
              <w:rPr>
                <w:color w:val="4B586B"/>
                <w:sz w:val="17"/>
              </w:rPr>
              <w:t>El mismo día que te llega la devolución.</w:t>
            </w:r>
          </w:p>
          <w:p>
            <w:pPr>
              <w:pStyle w:val="Mensaje"/>
              <w:keepNext/>
              <w:keepLines/>
              <w:pBdr>
                <w:left w:val="single" w:sz="12" w:space="10" w:color="D08A1E"/>
              </w:pBdr>
              <w:spacing w:before="0" w:after="80" w:line="293" w:lineRule="auto"/>
            </w:pPr>
            <w:r>
              <w:rPr/>
              <w:t xml:space="preserve">Hola, </w:t>
            </w:r>
            <w:r>
              <w:rPr>
                <w:rStyle w:val="Hueco"/>
              </w:rPr>
              <w:t>{nombre}</w:t>
            </w:r>
            <w:r>
              <w:rPr/>
              <w:t xml:space="preserve">. Te escribo de </w:t>
            </w:r>
            <w:r>
              <w:rPr>
                <w:rStyle w:val="Hueco"/>
              </w:rPr>
              <w:t>{centro}</w:t>
            </w:r>
            <w:r>
              <w:rPr/>
              <w:t xml:space="preserve"> porque el banco nos ha devuelto el recibo de </w:t>
            </w:r>
            <w:r>
              <w:rPr>
                <w:rStyle w:val="Hueco"/>
              </w:rPr>
              <w:t>{fecha}</w:t>
            </w:r>
            <w:r>
              <w:rPr/>
              <w:t xml:space="preserve"> (</w:t>
            </w:r>
            <w:r>
              <w:rPr>
                <w:rStyle w:val="Hueco"/>
              </w:rPr>
              <w:t>{importe}</w:t>
            </w:r>
            <w:r>
              <w:rPr/>
              <w:t>). Suele ser un despiste o un cambio de cuenta, así que tranquilidad.</w:t>
            </w:r>
          </w:p>
          <w:p>
            <w:pPr>
              <w:pStyle w:val="Mensaje"/>
              <w:keepNext/>
              <w:keepLines/>
              <w:pBdr>
                <w:left w:val="single" w:sz="12" w:space="10" w:color="D08A1E"/>
              </w:pBdr>
              <w:spacing w:before="0" w:after="80" w:line="293" w:lineRule="auto"/>
            </w:pPr>
            <w:r>
              <w:rPr/>
              <w:t xml:space="preserve">Puedes pagarlo aquí en un minuto: </w:t>
            </w:r>
            <w:r>
              <w:rPr>
                <w:rStyle w:val="Hueco"/>
              </w:rPr>
              <w:t>{enlace}</w:t>
            </w:r>
            <w:r>
              <w:rPr/>
              <w:t>. Si prefieres hacerlo en recepción o en otra fecha, dímelo y lo vemos.</w:t>
            </w:r>
          </w:p>
          <w:p>
            <w:pPr>
              <w:keepNext w:val="0"/>
              <w:keepLines/>
              <w:spacing w:before="120" w:after="0" w:line="288" w:lineRule="auto"/>
            </w:pPr>
            <w:r>
              <w:rPr>
                <w:b/>
                <w:color w:val="9A5B05"/>
                <w:sz w:val="17"/>
              </w:rPr>
              <w:t xml:space="preserve">Consejo  ·  </w:t>
            </w:r>
            <w:r>
              <w:rPr>
                <w:color w:val="4B586B"/>
                <w:sz w:val="17"/>
              </w:rPr>
              <w:t>Siempre en privado: nunca en un grupo ni delante de otros socios.</w:t>
            </w:r>
          </w:p>
        </w:tc>
      </w:tr>
    </w:tbl>
    <w:p>
      <w:pPr>
        <w:keepNext w:val="0"/>
        <w:keepLines/>
        <w:spacing w:before="0" w:after="0" w:lineRule="exact" w:line="220"/>
      </w:pPr>
      <w:r>
        <w:rPr>
          <w:sz w:val="4"/>
        </w:rPr>
      </w:r>
    </w:p>
    <w:tbl>
      <w:tblPr>
        <w:tblW w:w="9638" w:type="dxa"/>
        <w:jc w:val="left"/>
        <w:tblBorders>
          <w:top w:val="single" w:sz="4" w:space="0" w:color="E3E9F0"/>
          <w:left w:val="single" w:sz="4" w:space="0" w:color="E3E9F0"/>
          <w:bottom w:val="single" w:sz="4" w:space="0" w:color="E3E9F0"/>
          <w:right w:val="single" w:sz="4" w:space="0" w:color="E3E9F0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00"/>
        <w:gridCol w:w="3538"/>
      </w:tblGrid>
      <w:tr>
        <w:trPr>
          <w:cantSplit/>
        </w:trPr>
        <w:tc>
          <w:tcPr>
            <w:tcW w:w="6100" w:type="dxa"/>
            <w:shd w:val="clear" w:color="auto" w:fill="FFF1D8"/>
            <w:tcMar>
              <w:top w:w="130" w:type="dxa"/>
              <w:left w:w="220" w:type="dxa"/>
              <w:bottom w:w="120" w:type="dxa"/>
              <w:right w:w="80" w:type="dxa"/>
            </w:tcMar>
            <w:vAlign w:val="center"/>
          </w:tcPr>
          <w:p>
            <w:pPr>
              <w:pStyle w:val="Heading2"/>
              <w:keepNext/>
              <w:keepLines/>
              <w:spacing w:before="0" w:after="0"/>
            </w:pPr>
            <w:r>
              <w:rPr>
                <w:color w:val="9A5B05"/>
              </w:rPr>
              <w:t xml:space="preserve">3.3   </w:t>
            </w:r>
            <w:r>
              <w:rPr/>
              <w:t>Recibo devuelto · 2. Recordatorio</w:t>
            </w:r>
          </w:p>
        </w:tc>
        <w:tc>
          <w:tcPr>
            <w:tcW w:w="3538" w:type="dxa"/>
            <w:shd w:val="clear" w:color="auto" w:fill="FFF1D8"/>
            <w:tcMar>
              <w:top w:w="130" w:type="dxa"/>
              <w:left w:w="80" w:type="dxa"/>
              <w:bottom w:w="120" w:type="dxa"/>
              <w:right w:w="200" w:type="dxa"/>
            </w:tcMar>
            <w:vAlign w:val="center"/>
          </w:tcPr>
          <w:p>
            <w:pPr>
              <w:keepNext/>
              <w:keepLines/>
              <w:spacing w:before="0" w:after="0" w:line="360" w:lineRule="auto"/>
              <w:jc w:val="right"/>
            </w:pPr>
            <w:r>
              <w:rPr>
                <w:sz w:val="15"/>
                <w:shd w:val="clear" w:color="auto" w:fill="FFFFFF"/>
              </w:rPr>
              <w:t xml:space="preserve">  </w:t>
            </w:r>
            <w:r>
              <w:rPr>
                <w:color w:val="0F6B47"/>
                <w:sz w:val="13"/>
                <w:shd w:val="clear" w:color="auto" w:fill="FFFFFF"/>
              </w:rPr>
              <w:t>●</w:t>
            </w:r>
            <w:r>
              <w:rPr>
                <w:b/>
                <w:color w:val="0B1220"/>
                <w:spacing w:val="10"/>
                <w:sz w:val="14"/>
                <w:shd w:val="clear" w:color="auto" w:fill="FFFFFF"/>
              </w:rPr>
              <w:t xml:space="preserve"> WHATSAPP  </w:t>
            </w:r>
            <w:r>
              <w:rPr>
                <w:sz w:val="14"/>
              </w:rPr>
              <w:t xml:space="preserve"> </w:t>
            </w:r>
            <w:r>
              <w:rPr>
                <w:sz w:val="15"/>
                <w:shd w:val="clear" w:color="auto" w:fill="FFFFFF"/>
              </w:rPr>
              <w:t xml:space="preserve">  </w:t>
            </w:r>
            <w:r>
              <w:rPr>
                <w:color w:val="4F82EC"/>
                <w:sz w:val="13"/>
                <w:shd w:val="clear" w:color="auto" w:fill="FFFFFF"/>
              </w:rPr>
              <w:t>●</w:t>
            </w:r>
            <w:r>
              <w:rPr>
                <w:b/>
                <w:color w:val="0B1220"/>
                <w:spacing w:val="10"/>
                <w:sz w:val="14"/>
                <w:shd w:val="clear" w:color="auto" w:fill="FFFFFF"/>
              </w:rPr>
              <w:t xml:space="preserve"> EMAIL  </w:t>
            </w:r>
          </w:p>
        </w:tc>
      </w:tr>
      <w:tr>
        <w:trPr>
          <w:cantSplit/>
        </w:trPr>
        <w:tc>
          <w:tcPr>
            <w:tcW w:w="9638" w:type="dxa"/>
            <w:gridSpan w:val="2"/>
            <w:tcMar>
              <w:top w:w="150" w:type="dxa"/>
              <w:left w:w="220" w:type="dxa"/>
              <w:bottom w:w="170" w:type="dxa"/>
              <w:right w:w="260" w:type="dxa"/>
            </w:tcMar>
          </w:tcPr>
          <w:p>
            <w:pPr>
              <w:keepNext/>
              <w:keepLines/>
              <w:spacing w:before="0" w:after="160" w:line="288" w:lineRule="auto"/>
            </w:pPr>
            <w:r>
              <w:rPr>
                <w:b/>
                <w:color w:val="9A5B05"/>
                <w:spacing w:val="20"/>
                <w:sz w:val="14"/>
              </w:rPr>
              <w:t xml:space="preserve">CUÁNDO  </w:t>
            </w:r>
            <w:r>
              <w:rPr>
                <w:color w:val="4B586B"/>
                <w:sz w:val="17"/>
              </w:rPr>
              <w:t>4–5 días después del primer aviso, si sigue pendiente.</w:t>
            </w:r>
          </w:p>
          <w:p>
            <w:pPr>
              <w:pStyle w:val="Mensaje"/>
              <w:keepNext/>
              <w:keepLines/>
              <w:pBdr>
                <w:left w:val="single" w:sz="12" w:space="10" w:color="D08A1E"/>
              </w:pBdr>
              <w:spacing w:before="0" w:after="120"/>
            </w:pPr>
            <w:r>
              <w:rPr>
                <w:b/>
                <w:color w:val="4B586B"/>
              </w:rPr>
              <w:t xml:space="preserve">Asunto: </w:t>
            </w:r>
            <w:r>
              <w:rPr>
                <w:b/>
              </w:rPr>
              <w:t xml:space="preserve">Recordatorio: recibo pendiente de </w:t>
            </w:r>
            <w:r>
              <w:rPr>
                <w:rStyle w:val="Hueco"/>
                <w:b/>
              </w:rPr>
              <w:t>{importe}</w:t>
            </w:r>
          </w:p>
          <w:p>
            <w:pPr>
              <w:pStyle w:val="Mensaje"/>
              <w:keepNext/>
              <w:keepLines/>
              <w:pBdr>
                <w:left w:val="single" w:sz="12" w:space="10" w:color="D08A1E"/>
              </w:pBdr>
              <w:spacing w:before="0" w:after="80" w:line="293" w:lineRule="auto"/>
            </w:pPr>
            <w:r>
              <w:rPr/>
              <w:t xml:space="preserve">Hola, </w:t>
            </w:r>
            <w:r>
              <w:rPr>
                <w:rStyle w:val="Hueco"/>
              </w:rPr>
              <w:t>{nombre}</w:t>
            </w:r>
            <w:r>
              <w:rPr/>
              <w:t xml:space="preserve">. Te recuerdo que sigue pendiente el recibo de </w:t>
            </w:r>
            <w:r>
              <w:rPr>
                <w:rStyle w:val="Hueco"/>
              </w:rPr>
              <w:t>{fecha}</w:t>
            </w:r>
            <w:r>
              <w:rPr/>
              <w:t xml:space="preserve"> (</w:t>
            </w:r>
            <w:r>
              <w:rPr>
                <w:rStyle w:val="Hueco"/>
              </w:rPr>
              <w:t>{importe}</w:t>
            </w:r>
            <w:r>
              <w:rPr/>
              <w:t xml:space="preserve">). Puedes pagarlo aquí: </w:t>
            </w:r>
            <w:r>
              <w:rPr>
                <w:rStyle w:val="Hueco"/>
              </w:rPr>
              <w:t>{enlace}</w:t>
            </w:r>
            <w:r>
              <w:rPr/>
              <w:t>.</w:t>
            </w:r>
          </w:p>
          <w:p>
            <w:pPr>
              <w:pStyle w:val="Mensaje"/>
              <w:keepNext w:val="0"/>
              <w:keepLines/>
              <w:pBdr>
                <w:left w:val="single" w:sz="12" w:space="10" w:color="D08A1E"/>
              </w:pBdr>
              <w:spacing w:before="0" w:after="0" w:line="293" w:lineRule="auto"/>
            </w:pPr>
            <w:r>
              <w:rPr/>
              <w:t>Si estás pasando un mal momento o hay algo que no cuadra con el cobro, cuéntamelo: preferimos buscar una solución contigo (un aplazamiento, otro plan) a que esto se quede así.</w:t>
            </w:r>
          </w:p>
        </w:tc>
      </w:tr>
    </w:tbl>
    <w:p>
      <w:pPr>
        <w:keepNext w:val="0"/>
        <w:keepLines/>
        <w:spacing w:before="0" w:after="0" w:lineRule="exact" w:line="220"/>
      </w:pPr>
      <w:r>
        <w:rPr>
          <w:sz w:val="4"/>
        </w:rPr>
      </w:r>
    </w:p>
    <w:tbl>
      <w:tblPr>
        <w:tblW w:w="9638" w:type="dxa"/>
        <w:jc w:val="left"/>
        <w:tblBorders>
          <w:top w:val="single" w:sz="4" w:space="0" w:color="E3E9F0"/>
          <w:left w:val="single" w:sz="4" w:space="0" w:color="E3E9F0"/>
          <w:bottom w:val="single" w:sz="4" w:space="0" w:color="E3E9F0"/>
          <w:right w:val="single" w:sz="4" w:space="0" w:color="E3E9F0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00"/>
        <w:gridCol w:w="3538"/>
      </w:tblGrid>
      <w:tr>
        <w:trPr>
          <w:cantSplit/>
        </w:trPr>
        <w:tc>
          <w:tcPr>
            <w:tcW w:w="6100" w:type="dxa"/>
            <w:shd w:val="clear" w:color="auto" w:fill="FFF1D8"/>
            <w:tcMar>
              <w:top w:w="130" w:type="dxa"/>
              <w:left w:w="220" w:type="dxa"/>
              <w:bottom w:w="120" w:type="dxa"/>
              <w:right w:w="80" w:type="dxa"/>
            </w:tcMar>
            <w:vAlign w:val="center"/>
          </w:tcPr>
          <w:p>
            <w:pPr>
              <w:pStyle w:val="Heading2"/>
              <w:keepNext/>
              <w:keepLines/>
              <w:spacing w:before="0" w:after="0"/>
            </w:pPr>
            <w:r>
              <w:rPr>
                <w:color w:val="9A5B05"/>
              </w:rPr>
              <w:t xml:space="preserve">3.4   </w:t>
            </w:r>
            <w:r>
              <w:rPr/>
              <w:t>Recibo devuelto · 3. Último aviso</w:t>
            </w:r>
          </w:p>
        </w:tc>
        <w:tc>
          <w:tcPr>
            <w:tcW w:w="3538" w:type="dxa"/>
            <w:shd w:val="clear" w:color="auto" w:fill="FFF1D8"/>
            <w:tcMar>
              <w:top w:w="130" w:type="dxa"/>
              <w:left w:w="80" w:type="dxa"/>
              <w:bottom w:w="120" w:type="dxa"/>
              <w:right w:w="200" w:type="dxa"/>
            </w:tcMar>
            <w:vAlign w:val="center"/>
          </w:tcPr>
          <w:p>
            <w:pPr>
              <w:keepNext/>
              <w:keepLines/>
              <w:spacing w:before="0" w:after="0" w:line="360" w:lineRule="auto"/>
              <w:jc w:val="right"/>
            </w:pPr>
            <w:r>
              <w:rPr>
                <w:sz w:val="15"/>
                <w:shd w:val="clear" w:color="auto" w:fill="FFFFFF"/>
              </w:rPr>
              <w:t xml:space="preserve">  </w:t>
            </w:r>
            <w:r>
              <w:rPr>
                <w:color w:val="4F82EC"/>
                <w:sz w:val="13"/>
                <w:shd w:val="clear" w:color="auto" w:fill="FFFFFF"/>
              </w:rPr>
              <w:t>●</w:t>
            </w:r>
            <w:r>
              <w:rPr>
                <w:b/>
                <w:color w:val="0B1220"/>
                <w:spacing w:val="10"/>
                <w:sz w:val="14"/>
                <w:shd w:val="clear" w:color="auto" w:fill="FFFFFF"/>
              </w:rPr>
              <w:t xml:space="preserve"> EMAIL  </w:t>
            </w:r>
            <w:r>
              <w:rPr>
                <w:sz w:val="14"/>
              </w:rPr>
              <w:t xml:space="preserve"> </w:t>
            </w:r>
            <w:r>
              <w:rPr>
                <w:sz w:val="15"/>
                <w:shd w:val="clear" w:color="auto" w:fill="FFFFFF"/>
              </w:rPr>
              <w:t xml:space="preserve">  </w:t>
            </w:r>
            <w:r>
              <w:rPr>
                <w:color w:val="0F6B47"/>
                <w:sz w:val="13"/>
                <w:shd w:val="clear" w:color="auto" w:fill="FFFFFF"/>
              </w:rPr>
              <w:t>●</w:t>
            </w:r>
            <w:r>
              <w:rPr>
                <w:b/>
                <w:color w:val="0B1220"/>
                <w:spacing w:val="10"/>
                <w:sz w:val="14"/>
                <w:shd w:val="clear" w:color="auto" w:fill="FFFFFF"/>
              </w:rPr>
              <w:t xml:space="preserve"> WHATSAPP  </w:t>
            </w:r>
          </w:p>
        </w:tc>
      </w:tr>
      <w:tr>
        <w:trPr>
          <w:cantSplit/>
        </w:trPr>
        <w:tc>
          <w:tcPr>
            <w:tcW w:w="9638" w:type="dxa"/>
            <w:gridSpan w:val="2"/>
            <w:tcMar>
              <w:top w:w="150" w:type="dxa"/>
              <w:left w:w="220" w:type="dxa"/>
              <w:bottom w:w="170" w:type="dxa"/>
              <w:right w:w="260" w:type="dxa"/>
            </w:tcMar>
          </w:tcPr>
          <w:p>
            <w:pPr>
              <w:keepNext/>
              <w:keepLines/>
              <w:spacing w:before="0" w:after="160" w:line="288" w:lineRule="auto"/>
            </w:pPr>
            <w:r>
              <w:rPr>
                <w:b/>
                <w:color w:val="9A5B05"/>
                <w:spacing w:val="20"/>
                <w:sz w:val="14"/>
              </w:rPr>
              <w:t xml:space="preserve">CUÁNDO  </w:t>
            </w:r>
            <w:r>
              <w:rPr>
                <w:color w:val="4B586B"/>
                <w:sz w:val="17"/>
              </w:rPr>
              <w:t>Unos 10 días después del primer aviso, antes de pausar el acceso. Pon una fecha concreta y cúmplela.</w:t>
            </w:r>
          </w:p>
          <w:p>
            <w:pPr>
              <w:pStyle w:val="Mensaje"/>
              <w:keepNext/>
              <w:keepLines/>
              <w:pBdr>
                <w:left w:val="single" w:sz="12" w:space="10" w:color="D08A1E"/>
              </w:pBdr>
              <w:spacing w:before="0" w:after="120"/>
            </w:pPr>
            <w:r>
              <w:rPr>
                <w:b/>
                <w:color w:val="4B586B"/>
              </w:rPr>
              <w:t xml:space="preserve">Asunto: </w:t>
            </w:r>
            <w:r>
              <w:rPr>
                <w:b/>
              </w:rPr>
              <w:t xml:space="preserve">Recibo pendiente: tu acceso quedará en pausa el </w:t>
            </w:r>
            <w:r>
              <w:rPr>
                <w:rStyle w:val="Hueco"/>
                <w:b/>
              </w:rPr>
              <w:t>{fecha}</w:t>
            </w:r>
          </w:p>
          <w:p>
            <w:pPr>
              <w:pStyle w:val="Mensaje"/>
              <w:keepNext/>
              <w:keepLines/>
              <w:pBdr>
                <w:left w:val="single" w:sz="12" w:space="10" w:color="D08A1E"/>
              </w:pBdr>
              <w:spacing w:before="0" w:after="80" w:line="293" w:lineRule="auto"/>
            </w:pPr>
            <w:r>
              <w:rPr/>
              <w:t xml:space="preserve">Hola, </w:t>
            </w:r>
            <w:r>
              <w:rPr>
                <w:rStyle w:val="Hueco"/>
              </w:rPr>
              <w:t>{nombre}</w:t>
            </w:r>
            <w:r>
              <w:rPr/>
              <w:t>:</w:t>
            </w:r>
          </w:p>
          <w:p>
            <w:pPr>
              <w:pStyle w:val="Mensaje"/>
              <w:keepNext/>
              <w:keepLines/>
              <w:pBdr>
                <w:left w:val="single" w:sz="12" w:space="10" w:color="D08A1E"/>
              </w:pBdr>
              <w:spacing w:before="0" w:after="80" w:line="293" w:lineRule="auto"/>
            </w:pPr>
            <w:r>
              <w:rPr/>
              <w:t xml:space="preserve">Te escribimos por tercera vez por el recibo pendiente de </w:t>
            </w:r>
            <w:r>
              <w:rPr>
                <w:rStyle w:val="Hueco"/>
              </w:rPr>
              <w:t>{importe}</w:t>
            </w:r>
            <w:r>
              <w:rPr/>
              <w:t xml:space="preserve">. Queremos ser claros para que nada te pille por sorpresa: si no está pagado el </w:t>
            </w:r>
            <w:r>
              <w:rPr>
                <w:rStyle w:val="Hueco"/>
              </w:rPr>
              <w:t>{fecha}</w:t>
            </w:r>
            <w:r>
              <w:rPr/>
              <w:t>, tu acceso al centro quedará en pausa hasta que se regularice.</w:t>
            </w:r>
          </w:p>
          <w:p>
            <w:pPr>
              <w:pStyle w:val="Mensaje"/>
              <w:keepNext/>
              <w:keepLines/>
              <w:pBdr>
                <w:left w:val="single" w:sz="12" w:space="10" w:color="D08A1E"/>
              </w:pBdr>
              <w:spacing w:before="0" w:after="80" w:line="293" w:lineRule="auto"/>
            </w:pPr>
            <w:r>
              <w:rPr/>
              <w:t xml:space="preserve">Puedes pagarlo aquí: </w:t>
            </w:r>
            <w:r>
              <w:rPr>
                <w:rStyle w:val="Hueco"/>
              </w:rPr>
              <w:t>{enlace}</w:t>
            </w:r>
            <w:r>
              <w:rPr/>
              <w:t>, o en recepción. En cuanto esté pagado, reactivamos tu acceso.</w:t>
            </w:r>
          </w:p>
          <w:p>
            <w:pPr>
              <w:pStyle w:val="Mensaje"/>
              <w:keepNext/>
              <w:keepLines/>
              <w:pBdr>
                <w:left w:val="single" w:sz="12" w:space="10" w:color="D08A1E"/>
              </w:pBdr>
              <w:spacing w:before="0" w:after="80" w:line="293" w:lineRule="auto"/>
            </w:pPr>
            <w:r>
              <w:rPr/>
              <w:t>Si hay algún error o necesitas otra forma de pago, responde a este mensaje y lo hablamos. Nos gustaría seguir viéndote por aquí.</w:t>
            </w:r>
          </w:p>
          <w:p>
            <w:pPr>
              <w:pStyle w:val="Mensaje"/>
              <w:keepNext/>
              <w:keepLines/>
              <w:pBdr>
                <w:left w:val="single" w:sz="12" w:space="10" w:color="D08A1E"/>
              </w:pBdr>
              <w:spacing w:before="0" w:after="80" w:line="293" w:lineRule="auto"/>
            </w:pPr>
            <w:r>
              <w:rPr>
                <w:rStyle w:val="Hueco"/>
              </w:rPr>
              <w:t>{firma}</w:t>
            </w:r>
          </w:p>
          <w:p>
            <w:pPr>
              <w:keepNext w:val="0"/>
              <w:keepLines/>
              <w:spacing w:before="120" w:after="0" w:line="288" w:lineRule="auto"/>
            </w:pPr>
            <w:r>
              <w:rPr>
                <w:b/>
                <w:color w:val="9A5B05"/>
                <w:sz w:val="17"/>
              </w:rPr>
              <w:t xml:space="preserve">Consejo  ·  </w:t>
            </w:r>
            <w:r>
              <w:rPr>
                <w:color w:val="4B586B"/>
                <w:sz w:val="17"/>
              </w:rPr>
              <w:t>Antes de enviarlo, revisa qué dicen tus condiciones de contratación sobre impagos y suspensión del acceso; ante la duda, tu asesoría.</w:t>
            </w:r>
          </w:p>
        </w:tc>
      </w:tr>
    </w:tbl>
    <w:p>
      <w:pPr>
        <w:keepNext w:val="0"/>
        <w:keepLines/>
        <w:spacing w:before="0" w:after="0" w:lineRule="exact" w:line="220"/>
      </w:pPr>
      <w:r>
        <w:rPr>
          <w:sz w:val="4"/>
        </w:rPr>
      </w:r>
    </w:p>
    <w:tbl>
      <w:tblPr>
        <w:tblW w:w="9638" w:type="dxa"/>
        <w:jc w:val="left"/>
        <w:tblBorders>
          <w:top w:val="single" w:sz="4" w:space="0" w:color="E3E9F0"/>
          <w:left w:val="single" w:sz="4" w:space="0" w:color="E3E9F0"/>
          <w:bottom w:val="single" w:sz="4" w:space="0" w:color="E3E9F0"/>
          <w:right w:val="single" w:sz="4" w:space="0" w:color="E3E9F0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00"/>
        <w:gridCol w:w="3538"/>
      </w:tblGrid>
      <w:tr>
        <w:trPr>
          <w:cantSplit/>
        </w:trPr>
        <w:tc>
          <w:tcPr>
            <w:tcW w:w="6100" w:type="dxa"/>
            <w:shd w:val="clear" w:color="auto" w:fill="FFF1D8"/>
            <w:tcMar>
              <w:top w:w="130" w:type="dxa"/>
              <w:left w:w="220" w:type="dxa"/>
              <w:bottom w:w="120" w:type="dxa"/>
              <w:right w:w="80" w:type="dxa"/>
            </w:tcMar>
            <w:vAlign w:val="center"/>
          </w:tcPr>
          <w:p>
            <w:pPr>
              <w:pStyle w:val="Heading2"/>
              <w:keepNext/>
              <w:keepLines/>
              <w:spacing w:before="0" w:after="0"/>
            </w:pPr>
            <w:r>
              <w:rPr>
                <w:color w:val="9A5B05"/>
              </w:rPr>
              <w:t xml:space="preserve">3.5   </w:t>
            </w:r>
            <w:r>
              <w:rPr/>
              <w:t>Tarjeta caducada o a punto de caducar</w:t>
            </w:r>
          </w:p>
        </w:tc>
        <w:tc>
          <w:tcPr>
            <w:tcW w:w="3538" w:type="dxa"/>
            <w:shd w:val="clear" w:color="auto" w:fill="FFF1D8"/>
            <w:tcMar>
              <w:top w:w="130" w:type="dxa"/>
              <w:left w:w="80" w:type="dxa"/>
              <w:bottom w:w="120" w:type="dxa"/>
              <w:right w:w="200" w:type="dxa"/>
            </w:tcMar>
            <w:vAlign w:val="center"/>
          </w:tcPr>
          <w:p>
            <w:pPr>
              <w:keepNext/>
              <w:keepLines/>
              <w:spacing w:before="0" w:after="0" w:line="360" w:lineRule="auto"/>
              <w:jc w:val="right"/>
            </w:pPr>
            <w:r>
              <w:rPr>
                <w:sz w:val="15"/>
                <w:shd w:val="clear" w:color="auto" w:fill="FFFFFF"/>
              </w:rPr>
              <w:t xml:space="preserve">  </w:t>
            </w:r>
            <w:r>
              <w:rPr>
                <w:color w:val="4F82EC"/>
                <w:sz w:val="13"/>
                <w:shd w:val="clear" w:color="auto" w:fill="FFFFFF"/>
              </w:rPr>
              <w:t>●</w:t>
            </w:r>
            <w:r>
              <w:rPr>
                <w:b/>
                <w:color w:val="0B1220"/>
                <w:spacing w:val="10"/>
                <w:sz w:val="14"/>
                <w:shd w:val="clear" w:color="auto" w:fill="FFFFFF"/>
              </w:rPr>
              <w:t xml:space="preserve"> EMAIL  </w:t>
            </w:r>
            <w:r>
              <w:rPr>
                <w:sz w:val="14"/>
              </w:rPr>
              <w:t xml:space="preserve"> </w:t>
            </w:r>
            <w:r>
              <w:rPr>
                <w:sz w:val="15"/>
                <w:shd w:val="clear" w:color="auto" w:fill="FFFFFF"/>
              </w:rPr>
              <w:t xml:space="preserve">  </w:t>
            </w:r>
            <w:r>
              <w:rPr>
                <w:color w:val="4A3CCF"/>
                <w:sz w:val="13"/>
                <w:shd w:val="clear" w:color="auto" w:fill="FFFFFF"/>
              </w:rPr>
              <w:t>●</w:t>
            </w:r>
            <w:r>
              <w:rPr>
                <w:b/>
                <w:color w:val="0B1220"/>
                <w:spacing w:val="10"/>
                <w:sz w:val="14"/>
                <w:shd w:val="clear" w:color="auto" w:fill="FFFFFF"/>
              </w:rPr>
              <w:t xml:space="preserve"> NOTIFICACIÓN  </w:t>
            </w:r>
          </w:p>
        </w:tc>
      </w:tr>
      <w:tr>
        <w:trPr>
          <w:cantSplit/>
        </w:trPr>
        <w:tc>
          <w:tcPr>
            <w:tcW w:w="9638" w:type="dxa"/>
            <w:gridSpan w:val="2"/>
            <w:tcMar>
              <w:top w:w="150" w:type="dxa"/>
              <w:left w:w="220" w:type="dxa"/>
              <w:bottom w:w="170" w:type="dxa"/>
              <w:right w:w="260" w:type="dxa"/>
            </w:tcMar>
          </w:tcPr>
          <w:p>
            <w:pPr>
              <w:keepNext/>
              <w:keepLines/>
              <w:spacing w:before="0" w:after="160" w:line="288" w:lineRule="auto"/>
            </w:pPr>
            <w:r>
              <w:rPr>
                <w:b/>
                <w:color w:val="9A5B05"/>
                <w:spacing w:val="20"/>
                <w:sz w:val="14"/>
              </w:rPr>
              <w:t xml:space="preserve">CUÁNDO  </w:t>
            </w:r>
            <w:r>
              <w:rPr>
                <w:color w:val="4B586B"/>
                <w:sz w:val="17"/>
              </w:rPr>
              <w:t>7–10 días antes del próximo cobro.</w:t>
            </w:r>
          </w:p>
          <w:p>
            <w:pPr>
              <w:pStyle w:val="Mensaje"/>
              <w:keepNext/>
              <w:keepLines/>
              <w:pBdr>
                <w:left w:val="single" w:sz="12" w:space="10" w:color="D08A1E"/>
              </w:pBdr>
              <w:spacing w:before="0" w:after="120"/>
            </w:pPr>
            <w:r>
              <w:rPr>
                <w:b/>
                <w:color w:val="4B586B"/>
              </w:rPr>
              <w:t xml:space="preserve">Asunto: </w:t>
            </w:r>
            <w:r>
              <w:rPr>
                <w:b/>
              </w:rPr>
              <w:t>Tu tarjeta caduca: actualízala en un minuto</w:t>
            </w:r>
          </w:p>
          <w:p>
            <w:pPr>
              <w:pStyle w:val="Mensaje"/>
              <w:keepNext/>
              <w:keepLines/>
              <w:pBdr>
                <w:left w:val="single" w:sz="12" w:space="10" w:color="D08A1E"/>
              </w:pBdr>
              <w:spacing w:before="0" w:after="80" w:line="293" w:lineRule="auto"/>
            </w:pPr>
            <w:r>
              <w:rPr/>
              <w:t xml:space="preserve">Hola, </w:t>
            </w:r>
            <w:r>
              <w:rPr>
                <w:rStyle w:val="Hueco"/>
              </w:rPr>
              <w:t>{nombre}</w:t>
            </w:r>
            <w:r>
              <w:rPr/>
              <w:t>:</w:t>
            </w:r>
          </w:p>
          <w:p>
            <w:pPr>
              <w:pStyle w:val="Mensaje"/>
              <w:keepNext/>
              <w:keepLines/>
              <w:pBdr>
                <w:left w:val="single" w:sz="12" w:space="10" w:color="D08A1E"/>
              </w:pBdr>
              <w:spacing w:before="0" w:after="80" w:line="293" w:lineRule="auto"/>
            </w:pPr>
            <w:r>
              <w:rPr/>
              <w:t xml:space="preserve">La tarjeta con la que pagas tu cuota de </w:t>
            </w:r>
            <w:r>
              <w:rPr>
                <w:rStyle w:val="Hueco"/>
              </w:rPr>
              <w:t>{centro}</w:t>
            </w:r>
            <w:r>
              <w:rPr/>
              <w:t xml:space="preserve"> caduca este mes. Para que el próximo cobro (</w:t>
            </w:r>
            <w:r>
              <w:rPr>
                <w:rStyle w:val="Hueco"/>
              </w:rPr>
              <w:t>{fecha}</w:t>
            </w:r>
            <w:r>
              <w:rPr/>
              <w:t xml:space="preserve">) no falle, actualízala aquí: </w:t>
            </w:r>
            <w:r>
              <w:rPr>
                <w:rStyle w:val="Hueco"/>
              </w:rPr>
              <w:t>{enlace}</w:t>
            </w:r>
            <w:r>
              <w:rPr/>
              <w:t>.</w:t>
            </w:r>
          </w:p>
          <w:p>
            <w:pPr>
              <w:pStyle w:val="Mensaje"/>
              <w:keepNext/>
              <w:keepLines/>
              <w:pBdr>
                <w:left w:val="single" w:sz="12" w:space="10" w:color="D08A1E"/>
              </w:pBdr>
              <w:spacing w:before="0" w:after="80" w:line="293" w:lineRule="auto"/>
            </w:pPr>
            <w:r>
              <w:rPr/>
              <w:t>Es un minuto. Y por seguridad: nunca te pediremos los datos de tu tarjeta por WhatsApp ni por teléfono.</w:t>
            </w:r>
          </w:p>
          <w:p>
            <w:pPr>
              <w:pStyle w:val="Mensaje"/>
              <w:keepNext/>
              <w:keepLines/>
              <w:pBdr>
                <w:left w:val="single" w:sz="12" w:space="10" w:color="D08A1E"/>
              </w:pBdr>
              <w:spacing w:before="0" w:after="80" w:line="293" w:lineRule="auto"/>
            </w:pPr>
            <w:r>
              <w:rPr/>
              <w:t>Gracias,</w:t>
            </w:r>
          </w:p>
          <w:p>
            <w:pPr>
              <w:pStyle w:val="Mensaje"/>
              <w:keepNext/>
              <w:keepLines/>
              <w:pBdr>
                <w:left w:val="single" w:sz="12" w:space="10" w:color="D08A1E"/>
              </w:pBdr>
              <w:spacing w:before="0" w:after="80" w:line="293" w:lineRule="auto"/>
            </w:pPr>
            <w:r>
              <w:rPr>
                <w:rStyle w:val="Hueco"/>
              </w:rPr>
              <w:t>{firma}</w:t>
            </w:r>
          </w:p>
          <w:p>
            <w:pPr>
              <w:keepNext/>
              <w:keepLines/>
              <w:spacing w:before="180" w:after="80"/>
            </w:pPr>
            <w:r>
              <w:rPr>
                <w:b/>
                <w:color w:val="5C697D"/>
                <w:spacing w:val="20"/>
                <w:sz w:val="14"/>
              </w:rPr>
              <w:t>VERSIÓN NOTIFICACIÓN  ·  MÁX. 120 CARACTERES</w:t>
            </w:r>
          </w:p>
          <w:p>
            <w:pPr>
              <w:pStyle w:val="Mensaje"/>
              <w:keepNext w:val="0"/>
              <w:keepLines/>
              <w:pBdr>
                <w:left w:val="single" w:sz="12" w:space="10" w:color="D08A1E"/>
              </w:pBdr>
              <w:spacing w:before="0" w:after="0" w:line="293" w:lineRule="auto"/>
            </w:pPr>
            <w:r>
              <w:rPr/>
              <w:t xml:space="preserve">Tu tarjeta caduca pronto. Actualízala antes del </w:t>
            </w:r>
            <w:r>
              <w:rPr>
                <w:rStyle w:val="Hueco"/>
              </w:rPr>
              <w:t>{fecha}</w:t>
            </w:r>
            <w:r>
              <w:rPr/>
              <w:t xml:space="preserve"> para que tu cuota no falle: es un minuto.</w:t>
            </w:r>
          </w:p>
        </w:tc>
      </w:tr>
    </w:tbl>
    <w:p>
      <w:pPr>
        <w:keepNext w:val="0"/>
        <w:keepLines/>
        <w:spacing w:before="0" w:after="0" w:lineRule="exact" w:line="220"/>
      </w:pPr>
      <w:r>
        <w:rPr>
          <w:sz w:val="4"/>
        </w:rPr>
      </w:r>
    </w:p>
    <w:tbl>
      <w:tblPr>
        <w:tblW w:w="9638" w:type="dxa"/>
        <w:jc w:val="left"/>
        <w:tblBorders>
          <w:top w:val="single" w:sz="4" w:space="0" w:color="E3E9F0"/>
          <w:left w:val="single" w:sz="4" w:space="0" w:color="E3E9F0"/>
          <w:bottom w:val="single" w:sz="4" w:space="0" w:color="E3E9F0"/>
          <w:right w:val="single" w:sz="4" w:space="0" w:color="E3E9F0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00"/>
        <w:gridCol w:w="3538"/>
      </w:tblGrid>
      <w:tr>
        <w:trPr>
          <w:cantSplit/>
        </w:trPr>
        <w:tc>
          <w:tcPr>
            <w:tcW w:w="6100" w:type="dxa"/>
            <w:shd w:val="clear" w:color="auto" w:fill="FFF1D8"/>
            <w:tcMar>
              <w:top w:w="130" w:type="dxa"/>
              <w:left w:w="220" w:type="dxa"/>
              <w:bottom w:w="120" w:type="dxa"/>
              <w:right w:w="80" w:type="dxa"/>
            </w:tcMar>
            <w:vAlign w:val="center"/>
          </w:tcPr>
          <w:p>
            <w:pPr>
              <w:pStyle w:val="Heading2"/>
              <w:keepNext/>
              <w:keepLines/>
              <w:spacing w:before="0" w:after="0"/>
            </w:pPr>
            <w:r>
              <w:rPr>
                <w:color w:val="9A5B05"/>
              </w:rPr>
              <w:t xml:space="preserve">3.6   </w:t>
            </w:r>
            <w:r>
              <w:rPr/>
              <w:t>Pago recibido</w:t>
            </w:r>
          </w:p>
        </w:tc>
        <w:tc>
          <w:tcPr>
            <w:tcW w:w="3538" w:type="dxa"/>
            <w:shd w:val="clear" w:color="auto" w:fill="FFF1D8"/>
            <w:tcMar>
              <w:top w:w="130" w:type="dxa"/>
              <w:left w:w="80" w:type="dxa"/>
              <w:bottom w:w="120" w:type="dxa"/>
              <w:right w:w="200" w:type="dxa"/>
            </w:tcMar>
            <w:vAlign w:val="center"/>
          </w:tcPr>
          <w:p>
            <w:pPr>
              <w:keepNext/>
              <w:keepLines/>
              <w:spacing w:before="0" w:after="0" w:line="360" w:lineRule="auto"/>
              <w:jc w:val="right"/>
            </w:pPr>
            <w:r>
              <w:rPr>
                <w:sz w:val="15"/>
                <w:shd w:val="clear" w:color="auto" w:fill="FFFFFF"/>
              </w:rPr>
              <w:t xml:space="preserve">  </w:t>
            </w:r>
            <w:r>
              <w:rPr>
                <w:color w:val="4A3CCF"/>
                <w:sz w:val="13"/>
                <w:shd w:val="clear" w:color="auto" w:fill="FFFFFF"/>
              </w:rPr>
              <w:t>●</w:t>
            </w:r>
            <w:r>
              <w:rPr>
                <w:b/>
                <w:color w:val="0B1220"/>
                <w:spacing w:val="10"/>
                <w:sz w:val="14"/>
                <w:shd w:val="clear" w:color="auto" w:fill="FFFFFF"/>
              </w:rPr>
              <w:t xml:space="preserve"> NOTIFICACIÓN  </w:t>
            </w:r>
          </w:p>
        </w:tc>
      </w:tr>
      <w:tr>
        <w:trPr>
          <w:cantSplit/>
        </w:trPr>
        <w:tc>
          <w:tcPr>
            <w:tcW w:w="9638" w:type="dxa"/>
            <w:gridSpan w:val="2"/>
            <w:tcMar>
              <w:top w:w="150" w:type="dxa"/>
              <w:left w:w="220" w:type="dxa"/>
              <w:bottom w:w="170" w:type="dxa"/>
              <w:right w:w="260" w:type="dxa"/>
            </w:tcMar>
          </w:tcPr>
          <w:p>
            <w:pPr>
              <w:keepNext/>
              <w:keepLines/>
              <w:spacing w:before="0" w:after="160" w:line="288" w:lineRule="auto"/>
            </w:pPr>
            <w:r>
              <w:rPr>
                <w:b/>
                <w:color w:val="9A5B05"/>
                <w:spacing w:val="20"/>
                <w:sz w:val="14"/>
              </w:rPr>
              <w:t xml:space="preserve">CUÁNDO  </w:t>
            </w:r>
            <w:r>
              <w:rPr>
                <w:color w:val="4B586B"/>
                <w:sz w:val="17"/>
              </w:rPr>
              <w:t>Al registrar el pago, sobre todo si ha sido en recepción o por enlace.</w:t>
            </w:r>
          </w:p>
          <w:p>
            <w:pPr>
              <w:pStyle w:val="Mensaje"/>
              <w:keepNext w:val="0"/>
              <w:keepLines/>
              <w:pBdr>
                <w:left w:val="single" w:sz="12" w:space="10" w:color="D08A1E"/>
              </w:pBdr>
              <w:spacing w:before="0" w:after="0" w:line="293" w:lineRule="auto"/>
            </w:pPr>
            <w:r>
              <w:rPr/>
              <w:t xml:space="preserve">Gracias, </w:t>
            </w:r>
            <w:r>
              <w:rPr>
                <w:rStyle w:val="Hueco"/>
              </w:rPr>
              <w:t>{nombre}</w:t>
            </w:r>
            <w:r>
              <w:rPr/>
              <w:t xml:space="preserve">: hemos recibido tu pago de </w:t>
            </w:r>
            <w:r>
              <w:rPr>
                <w:rStyle w:val="Hueco"/>
              </w:rPr>
              <w:t>{importe}</w:t>
            </w:r>
            <w:r>
              <w:rPr/>
              <w:t xml:space="preserve"> (</w:t>
            </w:r>
            <w:r>
              <w:rPr>
                <w:rStyle w:val="Hueco"/>
              </w:rPr>
              <w:t>{plan}</w:t>
            </w:r>
            <w:r>
              <w:rPr/>
              <w:t>). Todo en orden.</w:t>
            </w:r>
          </w:p>
        </w:tc>
      </w:tr>
    </w:tbl>
    <w:p>
      <w:pPr>
        <w:keepNext w:val="0"/>
        <w:keepLines/>
        <w:spacing w:before="0" w:after="0" w:lineRule="exact" w:line="220"/>
      </w:pPr>
      <w:r>
        <w:rPr>
          <w:sz w:val="4"/>
        </w:rPr>
      </w:r>
    </w:p>
    <w:tbl>
      <w:tblPr>
        <w:tblW w:w="9638" w:type="dxa"/>
        <w:jc w:val="left"/>
        <w:tblBorders>
          <w:top w:val="single" w:sz="4" w:space="0" w:color="E3E9F0"/>
          <w:left w:val="single" w:sz="4" w:space="0" w:color="E3E9F0"/>
          <w:bottom w:val="single" w:sz="4" w:space="0" w:color="E3E9F0"/>
          <w:right w:val="single" w:sz="4" w:space="0" w:color="E3E9F0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00"/>
        <w:gridCol w:w="3538"/>
      </w:tblGrid>
      <w:tr>
        <w:trPr>
          <w:cantSplit/>
        </w:trPr>
        <w:tc>
          <w:tcPr>
            <w:tcW w:w="6100" w:type="dxa"/>
            <w:shd w:val="clear" w:color="auto" w:fill="FFF1D8"/>
            <w:tcMar>
              <w:top w:w="130" w:type="dxa"/>
              <w:left w:w="220" w:type="dxa"/>
              <w:bottom w:w="120" w:type="dxa"/>
              <w:right w:w="80" w:type="dxa"/>
            </w:tcMar>
            <w:vAlign w:val="center"/>
          </w:tcPr>
          <w:p>
            <w:pPr>
              <w:pStyle w:val="Heading2"/>
              <w:keepNext/>
              <w:keepLines/>
              <w:spacing w:before="0" w:after="0"/>
            </w:pPr>
            <w:r>
              <w:rPr>
                <w:color w:val="9A5B05"/>
              </w:rPr>
              <w:t xml:space="preserve">3.7   </w:t>
            </w:r>
            <w:r>
              <w:rPr/>
              <w:t>Todo en orden tras un impago</w:t>
            </w:r>
          </w:p>
        </w:tc>
        <w:tc>
          <w:tcPr>
            <w:tcW w:w="3538" w:type="dxa"/>
            <w:shd w:val="clear" w:color="auto" w:fill="FFF1D8"/>
            <w:tcMar>
              <w:top w:w="130" w:type="dxa"/>
              <w:left w:w="80" w:type="dxa"/>
              <w:bottom w:w="120" w:type="dxa"/>
              <w:right w:w="200" w:type="dxa"/>
            </w:tcMar>
            <w:vAlign w:val="center"/>
          </w:tcPr>
          <w:p>
            <w:pPr>
              <w:keepNext/>
              <w:keepLines/>
              <w:spacing w:before="0" w:after="0" w:line="360" w:lineRule="auto"/>
              <w:jc w:val="right"/>
            </w:pPr>
            <w:r>
              <w:rPr>
                <w:sz w:val="15"/>
                <w:shd w:val="clear" w:color="auto" w:fill="FFFFFF"/>
              </w:rPr>
              <w:t xml:space="preserve">  </w:t>
            </w:r>
            <w:r>
              <w:rPr>
                <w:color w:val="0F6B47"/>
                <w:sz w:val="13"/>
                <w:shd w:val="clear" w:color="auto" w:fill="FFFFFF"/>
              </w:rPr>
              <w:t>●</w:t>
            </w:r>
            <w:r>
              <w:rPr>
                <w:b/>
                <w:color w:val="0B1220"/>
                <w:spacing w:val="10"/>
                <w:sz w:val="14"/>
                <w:shd w:val="clear" w:color="auto" w:fill="FFFFFF"/>
              </w:rPr>
              <w:t xml:space="preserve"> WHATSAPP  </w:t>
            </w:r>
          </w:p>
        </w:tc>
      </w:tr>
      <w:tr>
        <w:trPr>
          <w:cantSplit/>
        </w:trPr>
        <w:tc>
          <w:tcPr>
            <w:tcW w:w="9638" w:type="dxa"/>
            <w:gridSpan w:val="2"/>
            <w:tcMar>
              <w:top w:w="150" w:type="dxa"/>
              <w:left w:w="220" w:type="dxa"/>
              <w:bottom w:w="170" w:type="dxa"/>
              <w:right w:w="260" w:type="dxa"/>
            </w:tcMar>
          </w:tcPr>
          <w:p>
            <w:pPr>
              <w:keepNext/>
              <w:keepLines/>
              <w:spacing w:before="0" w:after="160" w:line="288" w:lineRule="auto"/>
            </w:pPr>
            <w:r>
              <w:rPr>
                <w:b/>
                <w:color w:val="9A5B05"/>
                <w:spacing w:val="20"/>
                <w:sz w:val="14"/>
              </w:rPr>
              <w:t xml:space="preserve">CUÁNDO  </w:t>
            </w:r>
            <w:r>
              <w:rPr>
                <w:color w:val="4B586B"/>
                <w:sz w:val="17"/>
              </w:rPr>
              <w:t>Cuando regulariza un recibo devuelto. Cierra el tema con buen sabor de boca.</w:t>
            </w:r>
          </w:p>
          <w:p>
            <w:pPr>
              <w:pStyle w:val="Mensaje"/>
              <w:keepNext/>
              <w:keepLines/>
              <w:pBdr>
                <w:left w:val="single" w:sz="12" w:space="10" w:color="D08A1E"/>
              </w:pBdr>
              <w:spacing w:before="0" w:after="80" w:line="293" w:lineRule="auto"/>
            </w:pPr>
            <w:r>
              <w:rPr/>
              <w:t xml:space="preserve">¡Gracias, </w:t>
            </w:r>
            <w:r>
              <w:rPr>
                <w:rStyle w:val="Hueco"/>
              </w:rPr>
              <w:t>{nombre}</w:t>
            </w:r>
            <w:r>
              <w:rPr/>
              <w:t>! Ya está todo al día y tu acceso funciona con normalidad.</w:t>
            </w:r>
          </w:p>
          <w:p>
            <w:pPr>
              <w:pStyle w:val="Mensaje"/>
              <w:keepNext w:val="0"/>
              <w:keepLines/>
              <w:pBdr>
                <w:left w:val="single" w:sz="12" w:space="10" w:color="D08A1E"/>
              </w:pBdr>
              <w:spacing w:before="0" w:after="0" w:line="293" w:lineRule="auto"/>
            </w:pPr>
            <w:r>
              <w:rPr/>
              <w:t>Siento la insistencia de los avisos; tenemos que hacerlos, pero nos alegra que esté resuelto. ¡Nos vemos en el centro!</w:t>
            </w:r>
          </w:p>
        </w:tc>
      </w:tr>
    </w:tbl>
    <w:p>
      <w:pPr>
        <w:keepNext w:val="0"/>
        <w:keepLines/>
        <w:spacing w:before="0" w:after="0" w:lineRule="exact" w:line="220"/>
      </w:pPr>
      <w:r>
        <w:rPr>
          <w:sz w:val="4"/>
        </w:rPr>
      </w:r>
    </w:p>
    <w:p>
      <w:pPr>
        <w:keepNext/>
        <w:keepLines/>
        <w:spacing w:before="360" w:after="0" w:lineRule="exact" w:line="20"/>
      </w:pPr>
      <w:r>
        <w:rPr>
          <w:sz w:val="2"/>
        </w:rPr>
      </w:r>
    </w:p>
    <w:tbl>
      <w:tblPr>
        <w:tblW w:w="9638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138"/>
        <w:gridCol w:w="1500"/>
      </w:tblGrid>
      <w:tr>
        <w:trPr>
          <w:cantSplit/>
        </w:trPr>
        <w:tc>
          <w:tcPr>
            <w:tcW w:w="8138" w:type="dxa"/>
            <w:shd w:val="clear" w:color="auto" w:fill="ECEBFF"/>
            <w:tcMar>
              <w:top w:w="300" w:type="dxa"/>
              <w:left w:w="340" w:type="dxa"/>
              <w:bottom w:w="300" w:type="dxa"/>
              <w:right w:w="120" w:type="dxa"/>
            </w:tcMar>
            <w:vAlign w:val="center"/>
          </w:tcPr>
          <w:p>
            <w:pPr>
              <w:keepNext/>
              <w:keepLines/>
              <w:spacing w:before="0" w:after="100"/>
            </w:pPr>
            <w:r>
              <w:rPr>
                <w:b/>
                <w:color w:val="4A3CCF"/>
                <w:spacing w:val="24"/>
                <w:sz w:val="15"/>
              </w:rPr>
              <w:t>SECCIÓN 04  ·  5 MENSAJES</w:t>
            </w:r>
          </w:p>
          <w:p>
            <w:pPr>
              <w:pStyle w:val="Heading1"/>
              <w:keepNext/>
              <w:keepLines/>
              <w:spacing w:before="0" w:after="120"/>
            </w:pPr>
            <w:r>
              <w:rPr/>
              <w:t>Renovaciones y cambios</w:t>
            </w:r>
          </w:p>
          <w:p>
            <w:pPr>
              <w:keepNext/>
              <w:keepLines/>
              <w:spacing w:before="0" w:after="0" w:line="312" w:lineRule="auto"/>
            </w:pPr>
            <w:r>
              <w:rPr>
                <w:color w:val="4B586B"/>
                <w:sz w:val="20"/>
              </w:rPr>
              <w:t>Lo que más molesta es enterarse tarde. Avisa con tiempo, explica el porqué y pon fácil el siguiente paso.</w:t>
            </w:r>
          </w:p>
        </w:tc>
        <w:tc>
          <w:tcPr>
            <w:tcW w:w="1500" w:type="dxa"/>
            <w:shd w:val="clear" w:color="auto" w:fill="ECEBFF"/>
            <w:tcMar>
              <w:top w:w="200" w:type="dxa"/>
              <w:left w:w="120" w:type="dxa"/>
              <w:bottom w:w="200" w:type="dxa"/>
              <w:right w:w="300" w:type="dxa"/>
            </w:tcMar>
            <w:vAlign w:val="center"/>
          </w:tcPr>
          <w:p>
            <w:pPr>
              <w:keepNext/>
              <w:keepLines/>
              <w:spacing w:before="0" w:after="0"/>
              <w:jc w:val="right"/>
            </w:pPr>
            <w:r>
              <w:rPr>
                <w:b/>
                <w:color w:val="4A3CCF"/>
                <w:sz w:val="80"/>
              </w:rPr>
              <w:t>04</w:t>
            </w:r>
          </w:p>
        </w:tc>
      </w:tr>
    </w:tbl>
    <w:p>
      <w:pPr>
        <w:keepNext/>
        <w:keepLines/>
        <w:spacing w:before="0" w:after="0" w:lineRule="exact" w:line="240"/>
      </w:pPr>
      <w:r>
        <w:rPr>
          <w:sz w:val="4"/>
        </w:rPr>
      </w:r>
    </w:p>
    <w:tbl>
      <w:tblPr>
        <w:tblW w:w="9638" w:type="dxa"/>
        <w:jc w:val="left"/>
        <w:tblBorders>
          <w:top w:val="single" w:sz="4" w:space="0" w:color="E3E9F0"/>
          <w:left w:val="single" w:sz="4" w:space="0" w:color="E3E9F0"/>
          <w:bottom w:val="single" w:sz="4" w:space="0" w:color="E3E9F0"/>
          <w:right w:val="single" w:sz="4" w:space="0" w:color="E3E9F0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00"/>
        <w:gridCol w:w="3538"/>
      </w:tblGrid>
      <w:tr>
        <w:trPr>
          <w:cantSplit/>
        </w:trPr>
        <w:tc>
          <w:tcPr>
            <w:tcW w:w="6100" w:type="dxa"/>
            <w:shd w:val="clear" w:color="auto" w:fill="ECEBFF"/>
            <w:tcMar>
              <w:top w:w="130" w:type="dxa"/>
              <w:left w:w="220" w:type="dxa"/>
              <w:bottom w:w="120" w:type="dxa"/>
              <w:right w:w="80" w:type="dxa"/>
            </w:tcMar>
            <w:vAlign w:val="center"/>
          </w:tcPr>
          <w:p>
            <w:pPr>
              <w:pStyle w:val="Heading2"/>
              <w:keepNext/>
              <w:keepLines/>
              <w:spacing w:before="0" w:after="0"/>
            </w:pPr>
            <w:r>
              <w:rPr>
                <w:color w:val="4A3CCF"/>
              </w:rPr>
              <w:t xml:space="preserve">4.1   </w:t>
            </w:r>
            <w:r>
              <w:rPr/>
              <w:t>Bono a punto de acabar</w:t>
            </w:r>
          </w:p>
        </w:tc>
        <w:tc>
          <w:tcPr>
            <w:tcW w:w="3538" w:type="dxa"/>
            <w:shd w:val="clear" w:color="auto" w:fill="ECEBFF"/>
            <w:tcMar>
              <w:top w:w="130" w:type="dxa"/>
              <w:left w:w="80" w:type="dxa"/>
              <w:bottom w:w="120" w:type="dxa"/>
              <w:right w:w="200" w:type="dxa"/>
            </w:tcMar>
            <w:vAlign w:val="center"/>
          </w:tcPr>
          <w:p>
            <w:pPr>
              <w:keepNext/>
              <w:keepLines/>
              <w:spacing w:before="0" w:after="0" w:line="360" w:lineRule="auto"/>
              <w:jc w:val="right"/>
            </w:pPr>
            <w:r>
              <w:rPr>
                <w:sz w:val="15"/>
                <w:shd w:val="clear" w:color="auto" w:fill="FFFFFF"/>
              </w:rPr>
              <w:t xml:space="preserve">  </w:t>
            </w:r>
            <w:r>
              <w:rPr>
                <w:color w:val="0F6B47"/>
                <w:sz w:val="13"/>
                <w:shd w:val="clear" w:color="auto" w:fill="FFFFFF"/>
              </w:rPr>
              <w:t>●</w:t>
            </w:r>
            <w:r>
              <w:rPr>
                <w:b/>
                <w:color w:val="0B1220"/>
                <w:spacing w:val="10"/>
                <w:sz w:val="14"/>
                <w:shd w:val="clear" w:color="auto" w:fill="FFFFFF"/>
              </w:rPr>
              <w:t xml:space="preserve"> WHATSAPP  </w:t>
            </w:r>
            <w:r>
              <w:rPr>
                <w:sz w:val="14"/>
              </w:rPr>
              <w:t xml:space="preserve"> </w:t>
            </w:r>
            <w:r>
              <w:rPr>
                <w:sz w:val="15"/>
                <w:shd w:val="clear" w:color="auto" w:fill="FFFFFF"/>
              </w:rPr>
              <w:t xml:space="preserve">  </w:t>
            </w:r>
            <w:r>
              <w:rPr>
                <w:color w:val="4A3CCF"/>
                <w:sz w:val="13"/>
                <w:shd w:val="clear" w:color="auto" w:fill="FFFFFF"/>
              </w:rPr>
              <w:t>●</w:t>
            </w:r>
            <w:r>
              <w:rPr>
                <w:b/>
                <w:color w:val="0B1220"/>
                <w:spacing w:val="10"/>
                <w:sz w:val="14"/>
                <w:shd w:val="clear" w:color="auto" w:fill="FFFFFF"/>
              </w:rPr>
              <w:t xml:space="preserve"> NOTIFICACIÓN  </w:t>
            </w:r>
          </w:p>
        </w:tc>
      </w:tr>
      <w:tr>
        <w:trPr>
          <w:cantSplit/>
        </w:trPr>
        <w:tc>
          <w:tcPr>
            <w:tcW w:w="9638" w:type="dxa"/>
            <w:gridSpan w:val="2"/>
            <w:tcMar>
              <w:top w:w="150" w:type="dxa"/>
              <w:left w:w="220" w:type="dxa"/>
              <w:bottom w:w="170" w:type="dxa"/>
              <w:right w:w="260" w:type="dxa"/>
            </w:tcMar>
          </w:tcPr>
          <w:p>
            <w:pPr>
              <w:keepNext/>
              <w:keepLines/>
              <w:spacing w:before="0" w:after="160" w:line="288" w:lineRule="auto"/>
            </w:pPr>
            <w:r>
              <w:rPr>
                <w:b/>
                <w:color w:val="4A3CCF"/>
                <w:spacing w:val="20"/>
                <w:sz w:val="14"/>
              </w:rPr>
              <w:t xml:space="preserve">CUÁNDO  </w:t>
            </w:r>
            <w:r>
              <w:rPr>
                <w:color w:val="4B586B"/>
                <w:sz w:val="17"/>
              </w:rPr>
              <w:t>Cuando le quedan 2 sesiones.</w:t>
            </w:r>
          </w:p>
          <w:p>
            <w:pPr>
              <w:pStyle w:val="Mensaje"/>
              <w:keepNext/>
              <w:keepLines/>
              <w:pBdr>
                <w:left w:val="single" w:sz="12" w:space="10" w:color="4A3CCF"/>
              </w:pBdr>
              <w:spacing w:before="0" w:after="80" w:line="293" w:lineRule="auto"/>
            </w:pPr>
            <w:r>
              <w:rPr/>
              <w:t xml:space="preserve">Hola, </w:t>
            </w:r>
            <w:r>
              <w:rPr>
                <w:rStyle w:val="Hueco"/>
              </w:rPr>
              <w:t>{nombre}</w:t>
            </w:r>
            <w:r>
              <w:rPr/>
              <w:t xml:space="preserve">. Te quedan </w:t>
            </w:r>
            <w:r>
              <w:rPr>
                <w:rStyle w:val="Hueco"/>
              </w:rPr>
              <w:t>{sesiones}</w:t>
            </w:r>
            <w:r>
              <w:rPr/>
              <w:t xml:space="preserve"> sesiones de tu </w:t>
            </w:r>
            <w:r>
              <w:rPr>
                <w:rStyle w:val="Hueco"/>
              </w:rPr>
              <w:t>{plan}</w:t>
            </w:r>
            <w:r>
              <w:rPr/>
              <w:t>. ¿Te preparo el siguiente para que no se corte el ritmo?</w:t>
            </w:r>
          </w:p>
          <w:p>
            <w:pPr>
              <w:pStyle w:val="Mensaje"/>
              <w:keepNext/>
              <w:keepLines/>
              <w:pBdr>
                <w:left w:val="single" w:sz="12" w:space="10" w:color="4A3CCF"/>
              </w:pBdr>
              <w:spacing w:before="0" w:after="80" w:line="293" w:lineRule="auto"/>
            </w:pPr>
            <w:r>
              <w:rPr/>
              <w:t>Si ahora vienes más (o menos) que cuando empezaste, quizá te encaje mejor otra opción. Dime y te cuento las diferencias.</w:t>
            </w:r>
          </w:p>
          <w:p>
            <w:pPr>
              <w:keepNext/>
              <w:keepLines/>
              <w:spacing w:before="180" w:after="80"/>
            </w:pPr>
            <w:r>
              <w:rPr>
                <w:b/>
                <w:color w:val="5C697D"/>
                <w:spacing w:val="20"/>
                <w:sz w:val="14"/>
              </w:rPr>
              <w:t>VERSIÓN NOTIFICACIÓN  ·  MÁX. 120 CARACTERES</w:t>
            </w:r>
          </w:p>
          <w:p>
            <w:pPr>
              <w:pStyle w:val="Mensaje"/>
              <w:keepNext w:val="0"/>
              <w:keepLines/>
              <w:pBdr>
                <w:left w:val="single" w:sz="12" w:space="10" w:color="4A3CCF"/>
              </w:pBdr>
              <w:spacing w:before="0" w:after="0" w:line="293" w:lineRule="auto"/>
            </w:pPr>
            <w:r>
              <w:rPr/>
              <w:t xml:space="preserve">Te quedan </w:t>
            </w:r>
            <w:r>
              <w:rPr>
                <w:rStyle w:val="Hueco"/>
              </w:rPr>
              <w:t>{sesiones}</w:t>
            </w:r>
            <w:r>
              <w:rPr/>
              <w:t xml:space="preserve"> sesiones de tu </w:t>
            </w:r>
            <w:r>
              <w:rPr>
                <w:rStyle w:val="Hueco"/>
              </w:rPr>
              <w:t>{plan}</w:t>
            </w:r>
            <w:r>
              <w:rPr/>
              <w:t>. Renuévalo cuando quieras para no perder el ritmo.</w:t>
            </w:r>
          </w:p>
        </w:tc>
      </w:tr>
    </w:tbl>
    <w:p>
      <w:pPr>
        <w:keepNext w:val="0"/>
        <w:keepLines/>
        <w:spacing w:before="0" w:after="0" w:lineRule="exact" w:line="220"/>
      </w:pPr>
      <w:r>
        <w:rPr>
          <w:sz w:val="4"/>
        </w:rPr>
      </w:r>
    </w:p>
    <w:tbl>
      <w:tblPr>
        <w:tblW w:w="9638" w:type="dxa"/>
        <w:jc w:val="left"/>
        <w:tblBorders>
          <w:top w:val="single" w:sz="4" w:space="0" w:color="E3E9F0"/>
          <w:left w:val="single" w:sz="4" w:space="0" w:color="E3E9F0"/>
          <w:bottom w:val="single" w:sz="4" w:space="0" w:color="E3E9F0"/>
          <w:right w:val="single" w:sz="4" w:space="0" w:color="E3E9F0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00"/>
        <w:gridCol w:w="3538"/>
      </w:tblGrid>
      <w:tr>
        <w:trPr>
          <w:cantSplit/>
        </w:trPr>
        <w:tc>
          <w:tcPr>
            <w:tcW w:w="6100" w:type="dxa"/>
            <w:shd w:val="clear" w:color="auto" w:fill="ECEBFF"/>
            <w:tcMar>
              <w:top w:w="130" w:type="dxa"/>
              <w:left w:w="220" w:type="dxa"/>
              <w:bottom w:w="120" w:type="dxa"/>
              <w:right w:w="80" w:type="dxa"/>
            </w:tcMar>
            <w:vAlign w:val="center"/>
          </w:tcPr>
          <w:p>
            <w:pPr>
              <w:pStyle w:val="Heading2"/>
              <w:keepNext/>
              <w:keepLines/>
              <w:spacing w:before="0" w:after="0"/>
            </w:pPr>
            <w:r>
              <w:rPr>
                <w:color w:val="4A3CCF"/>
              </w:rPr>
              <w:t xml:space="preserve">4.2   </w:t>
            </w:r>
            <w:r>
              <w:rPr/>
              <w:t>Sesiones a punto de caducar</w:t>
            </w:r>
          </w:p>
        </w:tc>
        <w:tc>
          <w:tcPr>
            <w:tcW w:w="3538" w:type="dxa"/>
            <w:shd w:val="clear" w:color="auto" w:fill="ECEBFF"/>
            <w:tcMar>
              <w:top w:w="130" w:type="dxa"/>
              <w:left w:w="80" w:type="dxa"/>
              <w:bottom w:w="120" w:type="dxa"/>
              <w:right w:w="200" w:type="dxa"/>
            </w:tcMar>
            <w:vAlign w:val="center"/>
          </w:tcPr>
          <w:p>
            <w:pPr>
              <w:keepNext/>
              <w:keepLines/>
              <w:spacing w:before="0" w:after="0" w:line="360" w:lineRule="auto"/>
              <w:jc w:val="right"/>
            </w:pPr>
            <w:r>
              <w:rPr>
                <w:sz w:val="15"/>
                <w:shd w:val="clear" w:color="auto" w:fill="FFFFFF"/>
              </w:rPr>
              <w:t xml:space="preserve">  </w:t>
            </w:r>
            <w:r>
              <w:rPr>
                <w:color w:val="4F82EC"/>
                <w:sz w:val="13"/>
                <w:shd w:val="clear" w:color="auto" w:fill="FFFFFF"/>
              </w:rPr>
              <w:t>●</w:t>
            </w:r>
            <w:r>
              <w:rPr>
                <w:b/>
                <w:color w:val="0B1220"/>
                <w:spacing w:val="10"/>
                <w:sz w:val="14"/>
                <w:shd w:val="clear" w:color="auto" w:fill="FFFFFF"/>
              </w:rPr>
              <w:t xml:space="preserve"> EMAIL  </w:t>
            </w:r>
          </w:p>
        </w:tc>
      </w:tr>
      <w:tr>
        <w:trPr>
          <w:cantSplit/>
        </w:trPr>
        <w:tc>
          <w:tcPr>
            <w:tcW w:w="9638" w:type="dxa"/>
            <w:gridSpan w:val="2"/>
            <w:tcMar>
              <w:top w:w="150" w:type="dxa"/>
              <w:left w:w="220" w:type="dxa"/>
              <w:bottom w:w="170" w:type="dxa"/>
              <w:right w:w="260" w:type="dxa"/>
            </w:tcMar>
          </w:tcPr>
          <w:p>
            <w:pPr>
              <w:keepNext/>
              <w:keepLines/>
              <w:spacing w:before="0" w:after="160" w:line="288" w:lineRule="auto"/>
            </w:pPr>
            <w:r>
              <w:rPr>
                <w:b/>
                <w:color w:val="4A3CCF"/>
                <w:spacing w:val="20"/>
                <w:sz w:val="14"/>
              </w:rPr>
              <w:t xml:space="preserve">CUÁNDO  </w:t>
            </w:r>
            <w:r>
              <w:rPr>
                <w:color w:val="4B586B"/>
                <w:sz w:val="17"/>
              </w:rPr>
              <w:t>7–10 días antes de que caduque un bono con sesiones sin usar.</w:t>
            </w:r>
          </w:p>
          <w:p>
            <w:pPr>
              <w:pStyle w:val="Mensaje"/>
              <w:keepNext/>
              <w:keepLines/>
              <w:pBdr>
                <w:left w:val="single" w:sz="12" w:space="10" w:color="4A3CCF"/>
              </w:pBdr>
              <w:spacing w:before="0" w:after="120"/>
            </w:pPr>
            <w:r>
              <w:rPr>
                <w:b/>
                <w:color w:val="4B586B"/>
              </w:rPr>
              <w:t xml:space="preserve">Asunto: </w:t>
            </w:r>
            <w:r>
              <w:rPr>
                <w:b/>
              </w:rPr>
              <w:t xml:space="preserve">Te quedan </w:t>
            </w:r>
            <w:r>
              <w:rPr>
                <w:rStyle w:val="Hueco"/>
                <w:b/>
              </w:rPr>
              <w:t>{sesiones}</w:t>
            </w:r>
            <w:r>
              <w:rPr>
                <w:b/>
              </w:rPr>
              <w:t xml:space="preserve"> sesiones: caducan el </w:t>
            </w:r>
            <w:r>
              <w:rPr>
                <w:rStyle w:val="Hueco"/>
                <w:b/>
              </w:rPr>
              <w:t>{fecha}</w:t>
            </w:r>
          </w:p>
          <w:p>
            <w:pPr>
              <w:pStyle w:val="Mensaje"/>
              <w:keepNext/>
              <w:keepLines/>
              <w:pBdr>
                <w:left w:val="single" w:sz="12" w:space="10" w:color="4A3CCF"/>
              </w:pBdr>
              <w:spacing w:before="0" w:after="80" w:line="293" w:lineRule="auto"/>
            </w:pPr>
            <w:r>
              <w:rPr/>
              <w:t xml:space="preserve">Hola, </w:t>
            </w:r>
            <w:r>
              <w:rPr>
                <w:rStyle w:val="Hueco"/>
              </w:rPr>
              <w:t>{nombre}</w:t>
            </w:r>
            <w:r>
              <w:rPr/>
              <w:t>:</w:t>
            </w:r>
          </w:p>
          <w:p>
            <w:pPr>
              <w:pStyle w:val="Mensaje"/>
              <w:keepNext/>
              <w:keepLines/>
              <w:pBdr>
                <w:left w:val="single" w:sz="12" w:space="10" w:color="4A3CCF"/>
              </w:pBdr>
              <w:spacing w:before="0" w:after="80" w:line="293" w:lineRule="auto"/>
            </w:pPr>
            <w:r>
              <w:rPr/>
              <w:t xml:space="preserve">Te escribimos para que no se te pasen: tu </w:t>
            </w:r>
            <w:r>
              <w:rPr>
                <w:rStyle w:val="Hueco"/>
              </w:rPr>
              <w:t>{plan}</w:t>
            </w:r>
            <w:r>
              <w:rPr/>
              <w:t xml:space="preserve"> caduca el </w:t>
            </w:r>
            <w:r>
              <w:rPr>
                <w:rStyle w:val="Hueco"/>
              </w:rPr>
              <w:t>{fecha}</w:t>
            </w:r>
            <w:r>
              <w:rPr/>
              <w:t xml:space="preserve"> y aún te quedan </w:t>
            </w:r>
            <w:r>
              <w:rPr>
                <w:rStyle w:val="Hueco"/>
              </w:rPr>
              <w:t>{sesiones}</w:t>
            </w:r>
            <w:r>
              <w:rPr/>
              <w:t xml:space="preserve"> sesiones.</w:t>
            </w:r>
          </w:p>
          <w:p>
            <w:pPr>
              <w:pStyle w:val="Mensaje"/>
              <w:keepNext/>
              <w:keepLines/>
              <w:pBdr>
                <w:left w:val="single" w:sz="12" w:space="10" w:color="4A3CCF"/>
              </w:pBdr>
              <w:spacing w:before="0" w:after="80" w:line="293" w:lineRule="auto"/>
            </w:pPr>
            <w:r>
              <w:rPr/>
              <w:t xml:space="preserve">Si te viene bien, reserva ya tus próximas clases en </w:t>
            </w:r>
            <w:r>
              <w:rPr>
                <w:rStyle w:val="Hueco"/>
              </w:rPr>
              <w:t>{enlace}</w:t>
            </w:r>
            <w:r>
              <w:rPr/>
              <w:t>. Y si estas semanas te ha sido imposible venir, escríbenos antes de esa fecha y vemos qué podemos hacer.</w:t>
            </w:r>
          </w:p>
          <w:p>
            <w:pPr>
              <w:pStyle w:val="Mensaje"/>
              <w:keepNext w:val="0"/>
              <w:keepLines/>
              <w:pBdr>
                <w:left w:val="single" w:sz="12" w:space="10" w:color="4A3CCF"/>
              </w:pBdr>
              <w:spacing w:before="0" w:after="0" w:line="293" w:lineRule="auto"/>
            </w:pPr>
            <w:r>
              <w:rPr>
                <w:rStyle w:val="Hueco"/>
              </w:rPr>
              <w:t>{firma}</w:t>
            </w:r>
          </w:p>
        </w:tc>
      </w:tr>
    </w:tbl>
    <w:p>
      <w:pPr>
        <w:keepNext w:val="0"/>
        <w:keepLines/>
        <w:spacing w:before="0" w:after="0" w:lineRule="exact" w:line="220"/>
      </w:pPr>
      <w:r>
        <w:rPr>
          <w:sz w:val="4"/>
        </w:rPr>
      </w:r>
    </w:p>
    <w:tbl>
      <w:tblPr>
        <w:tblW w:w="9638" w:type="dxa"/>
        <w:jc w:val="left"/>
        <w:tblBorders>
          <w:top w:val="single" w:sz="4" w:space="0" w:color="E3E9F0"/>
          <w:left w:val="single" w:sz="4" w:space="0" w:color="E3E9F0"/>
          <w:bottom w:val="single" w:sz="4" w:space="0" w:color="E3E9F0"/>
          <w:right w:val="single" w:sz="4" w:space="0" w:color="E3E9F0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00"/>
        <w:gridCol w:w="3538"/>
      </w:tblGrid>
      <w:tr>
        <w:trPr>
          <w:cantSplit/>
        </w:trPr>
        <w:tc>
          <w:tcPr>
            <w:tcW w:w="6100" w:type="dxa"/>
            <w:shd w:val="clear" w:color="auto" w:fill="ECEBFF"/>
            <w:tcMar>
              <w:top w:w="130" w:type="dxa"/>
              <w:left w:w="220" w:type="dxa"/>
              <w:bottom w:w="120" w:type="dxa"/>
              <w:right w:w="80" w:type="dxa"/>
            </w:tcMar>
            <w:vAlign w:val="center"/>
          </w:tcPr>
          <w:p>
            <w:pPr>
              <w:pStyle w:val="Heading2"/>
              <w:keepNext/>
              <w:keepLines/>
              <w:spacing w:before="0" w:after="0"/>
            </w:pPr>
            <w:r>
              <w:rPr>
                <w:color w:val="4A3CCF"/>
              </w:rPr>
              <w:t xml:space="preserve">4.3   </w:t>
            </w:r>
            <w:r>
              <w:rPr/>
              <w:t>Plan que vence</w:t>
            </w:r>
          </w:p>
        </w:tc>
        <w:tc>
          <w:tcPr>
            <w:tcW w:w="3538" w:type="dxa"/>
            <w:shd w:val="clear" w:color="auto" w:fill="ECEBFF"/>
            <w:tcMar>
              <w:top w:w="130" w:type="dxa"/>
              <w:left w:w="80" w:type="dxa"/>
              <w:bottom w:w="120" w:type="dxa"/>
              <w:right w:w="200" w:type="dxa"/>
            </w:tcMar>
            <w:vAlign w:val="center"/>
          </w:tcPr>
          <w:p>
            <w:pPr>
              <w:keepNext/>
              <w:keepLines/>
              <w:spacing w:before="0" w:after="0" w:line="360" w:lineRule="auto"/>
              <w:jc w:val="right"/>
            </w:pPr>
            <w:r>
              <w:rPr>
                <w:sz w:val="15"/>
                <w:shd w:val="clear" w:color="auto" w:fill="FFFFFF"/>
              </w:rPr>
              <w:t xml:space="preserve">  </w:t>
            </w:r>
            <w:r>
              <w:rPr>
                <w:color w:val="4F82EC"/>
                <w:sz w:val="13"/>
                <w:shd w:val="clear" w:color="auto" w:fill="FFFFFF"/>
              </w:rPr>
              <w:t>●</w:t>
            </w:r>
            <w:r>
              <w:rPr>
                <w:b/>
                <w:color w:val="0B1220"/>
                <w:spacing w:val="10"/>
                <w:sz w:val="14"/>
                <w:shd w:val="clear" w:color="auto" w:fill="FFFFFF"/>
              </w:rPr>
              <w:t xml:space="preserve"> EMAIL  </w:t>
            </w:r>
            <w:r>
              <w:rPr>
                <w:sz w:val="14"/>
              </w:rPr>
              <w:t xml:space="preserve"> </w:t>
            </w:r>
            <w:r>
              <w:rPr>
                <w:sz w:val="15"/>
                <w:shd w:val="clear" w:color="auto" w:fill="FFFFFF"/>
              </w:rPr>
              <w:t xml:space="preserve">  </w:t>
            </w:r>
            <w:r>
              <w:rPr>
                <w:color w:val="0F6B47"/>
                <w:sz w:val="13"/>
                <w:shd w:val="clear" w:color="auto" w:fill="FFFFFF"/>
              </w:rPr>
              <w:t>●</w:t>
            </w:r>
            <w:r>
              <w:rPr>
                <w:b/>
                <w:color w:val="0B1220"/>
                <w:spacing w:val="10"/>
                <w:sz w:val="14"/>
                <w:shd w:val="clear" w:color="auto" w:fill="FFFFFF"/>
              </w:rPr>
              <w:t xml:space="preserve"> WHATSAPP  </w:t>
            </w:r>
          </w:p>
        </w:tc>
      </w:tr>
      <w:tr>
        <w:trPr>
          <w:cantSplit/>
        </w:trPr>
        <w:tc>
          <w:tcPr>
            <w:tcW w:w="9638" w:type="dxa"/>
            <w:gridSpan w:val="2"/>
            <w:tcMar>
              <w:top w:w="150" w:type="dxa"/>
              <w:left w:w="220" w:type="dxa"/>
              <w:bottom w:w="170" w:type="dxa"/>
              <w:right w:w="260" w:type="dxa"/>
            </w:tcMar>
          </w:tcPr>
          <w:p>
            <w:pPr>
              <w:keepNext/>
              <w:keepLines/>
              <w:spacing w:before="0" w:after="160" w:line="288" w:lineRule="auto"/>
            </w:pPr>
            <w:r>
              <w:rPr>
                <w:b/>
                <w:color w:val="4A3CCF"/>
                <w:spacing w:val="20"/>
                <w:sz w:val="14"/>
              </w:rPr>
              <w:t xml:space="preserve">CUÁNDO  </w:t>
            </w:r>
            <w:r>
              <w:rPr>
                <w:color w:val="4B586B"/>
                <w:sz w:val="17"/>
              </w:rPr>
              <w:t>7 días antes del vencimiento, en planes sin renovación automática.</w:t>
            </w:r>
          </w:p>
          <w:p>
            <w:pPr>
              <w:pStyle w:val="Mensaje"/>
              <w:keepNext/>
              <w:keepLines/>
              <w:pBdr>
                <w:left w:val="single" w:sz="12" w:space="10" w:color="4A3CCF"/>
              </w:pBdr>
              <w:spacing w:before="0" w:after="120"/>
            </w:pPr>
            <w:r>
              <w:rPr>
                <w:b/>
                <w:color w:val="4B586B"/>
              </w:rPr>
              <w:t xml:space="preserve">Asunto: </w:t>
            </w:r>
            <w:r>
              <w:rPr>
                <w:b/>
              </w:rPr>
              <w:t xml:space="preserve">Tu </w:t>
            </w:r>
            <w:r>
              <w:rPr>
                <w:rStyle w:val="Hueco"/>
                <w:b/>
              </w:rPr>
              <w:t>{plan}</w:t>
            </w:r>
            <w:r>
              <w:rPr>
                <w:b/>
              </w:rPr>
              <w:t xml:space="preserve"> termina el </w:t>
            </w:r>
            <w:r>
              <w:rPr>
                <w:rStyle w:val="Hueco"/>
                <w:b/>
              </w:rPr>
              <w:t>{fecha}</w:t>
            </w:r>
          </w:p>
          <w:p>
            <w:pPr>
              <w:pStyle w:val="Mensaje"/>
              <w:keepNext/>
              <w:keepLines/>
              <w:pBdr>
                <w:left w:val="single" w:sz="12" w:space="10" w:color="4A3CCF"/>
              </w:pBdr>
              <w:spacing w:before="0" w:after="80" w:line="293" w:lineRule="auto"/>
            </w:pPr>
            <w:r>
              <w:rPr/>
              <w:t xml:space="preserve">Hola, </w:t>
            </w:r>
            <w:r>
              <w:rPr>
                <w:rStyle w:val="Hueco"/>
              </w:rPr>
              <w:t>{nombre}</w:t>
            </w:r>
            <w:r>
              <w:rPr/>
              <w:t>:</w:t>
            </w:r>
          </w:p>
          <w:p>
            <w:pPr>
              <w:pStyle w:val="Mensaje"/>
              <w:keepNext/>
              <w:keepLines/>
              <w:pBdr>
                <w:left w:val="single" w:sz="12" w:space="10" w:color="4A3CCF"/>
              </w:pBdr>
              <w:spacing w:before="0" w:after="80" w:line="293" w:lineRule="auto"/>
            </w:pPr>
            <w:r>
              <w:rPr/>
              <w:t xml:space="preserve">Tu </w:t>
            </w:r>
            <w:r>
              <w:rPr>
                <w:rStyle w:val="Hueco"/>
              </w:rPr>
              <w:t>{plan}</w:t>
            </w:r>
            <w:r>
              <w:rPr/>
              <w:t xml:space="preserve"> termina el </w:t>
            </w:r>
            <w:r>
              <w:rPr>
                <w:rStyle w:val="Hueco"/>
              </w:rPr>
              <w:t>{fecha}</w:t>
            </w:r>
            <w:r>
              <w:rPr/>
              <w:t xml:space="preserve">. Si quieres seguir, puedes renovarlo en </w:t>
            </w:r>
            <w:r>
              <w:rPr>
                <w:rStyle w:val="Hueco"/>
              </w:rPr>
              <w:t>{enlace}</w:t>
            </w:r>
            <w:r>
              <w:rPr/>
              <w:t xml:space="preserve"> o en recepción y continúas sin cortes.</w:t>
            </w:r>
          </w:p>
          <w:p>
            <w:pPr>
              <w:pStyle w:val="Mensaje"/>
              <w:keepNext/>
              <w:keepLines/>
              <w:pBdr>
                <w:left w:val="single" w:sz="12" w:space="10" w:color="4A3CCF"/>
              </w:pBdr>
              <w:spacing w:before="0" w:after="80" w:line="293" w:lineRule="auto"/>
            </w:pPr>
            <w:r>
              <w:rPr/>
              <w:t>Si no lo tienes claro, cuéntanos cómo te ha ido: quizá te encaje mejor otro plan (más o menos días, otra modalidad) y te ayudamos a elegir.</w:t>
            </w:r>
          </w:p>
          <w:p>
            <w:pPr>
              <w:pStyle w:val="Mensaje"/>
              <w:keepNext/>
              <w:keepLines/>
              <w:pBdr>
                <w:left w:val="single" w:sz="12" w:space="10" w:color="4A3CCF"/>
              </w:pBdr>
              <w:spacing w:before="0" w:after="80" w:line="293" w:lineRule="auto"/>
            </w:pPr>
            <w:r>
              <w:rPr/>
              <w:t>Gracias por estos meses,</w:t>
            </w:r>
          </w:p>
          <w:p>
            <w:pPr>
              <w:pStyle w:val="Mensaje"/>
              <w:keepNext w:val="0"/>
              <w:keepLines/>
              <w:pBdr>
                <w:left w:val="single" w:sz="12" w:space="10" w:color="4A3CCF"/>
              </w:pBdr>
              <w:spacing w:before="0" w:after="0" w:line="293" w:lineRule="auto"/>
            </w:pPr>
            <w:r>
              <w:rPr>
                <w:rStyle w:val="Hueco"/>
              </w:rPr>
              <w:t>{firma}</w:t>
            </w:r>
          </w:p>
        </w:tc>
      </w:tr>
    </w:tbl>
    <w:p>
      <w:pPr>
        <w:keepNext w:val="0"/>
        <w:keepLines/>
        <w:spacing w:before="0" w:after="0" w:lineRule="exact" w:line="220"/>
      </w:pPr>
      <w:r>
        <w:rPr>
          <w:sz w:val="4"/>
        </w:rPr>
      </w:r>
    </w:p>
    <w:tbl>
      <w:tblPr>
        <w:tblW w:w="9638" w:type="dxa"/>
        <w:jc w:val="left"/>
        <w:tblBorders>
          <w:top w:val="single" w:sz="4" w:space="0" w:color="E3E9F0"/>
          <w:left w:val="single" w:sz="4" w:space="0" w:color="E3E9F0"/>
          <w:bottom w:val="single" w:sz="4" w:space="0" w:color="E3E9F0"/>
          <w:right w:val="single" w:sz="4" w:space="0" w:color="E3E9F0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00"/>
        <w:gridCol w:w="3538"/>
      </w:tblGrid>
      <w:tr>
        <w:trPr>
          <w:cantSplit/>
        </w:trPr>
        <w:tc>
          <w:tcPr>
            <w:tcW w:w="6100" w:type="dxa"/>
            <w:shd w:val="clear" w:color="auto" w:fill="ECEBFF"/>
            <w:tcMar>
              <w:top w:w="130" w:type="dxa"/>
              <w:left w:w="220" w:type="dxa"/>
              <w:bottom w:w="120" w:type="dxa"/>
              <w:right w:w="80" w:type="dxa"/>
            </w:tcMar>
            <w:vAlign w:val="center"/>
          </w:tcPr>
          <w:p>
            <w:pPr>
              <w:pStyle w:val="Heading2"/>
              <w:keepNext/>
              <w:keepLines/>
              <w:spacing w:before="0" w:after="0"/>
            </w:pPr>
            <w:r>
              <w:rPr>
                <w:color w:val="4A3CCF"/>
              </w:rPr>
              <w:t xml:space="preserve">4.4   </w:t>
            </w:r>
            <w:r>
              <w:rPr/>
              <w:t>Subida de precio, con antelación</w:t>
            </w:r>
          </w:p>
        </w:tc>
        <w:tc>
          <w:tcPr>
            <w:tcW w:w="3538" w:type="dxa"/>
            <w:shd w:val="clear" w:color="auto" w:fill="ECEBFF"/>
            <w:tcMar>
              <w:top w:w="130" w:type="dxa"/>
              <w:left w:w="80" w:type="dxa"/>
              <w:bottom w:w="120" w:type="dxa"/>
              <w:right w:w="200" w:type="dxa"/>
            </w:tcMar>
            <w:vAlign w:val="center"/>
          </w:tcPr>
          <w:p>
            <w:pPr>
              <w:keepNext/>
              <w:keepLines/>
              <w:spacing w:before="0" w:after="0" w:line="360" w:lineRule="auto"/>
              <w:jc w:val="right"/>
            </w:pPr>
            <w:r>
              <w:rPr>
                <w:sz w:val="15"/>
                <w:shd w:val="clear" w:color="auto" w:fill="FFFFFF"/>
              </w:rPr>
              <w:t xml:space="preserve">  </w:t>
            </w:r>
            <w:r>
              <w:rPr>
                <w:color w:val="4F82EC"/>
                <w:sz w:val="13"/>
                <w:shd w:val="clear" w:color="auto" w:fill="FFFFFF"/>
              </w:rPr>
              <w:t>●</w:t>
            </w:r>
            <w:r>
              <w:rPr>
                <w:b/>
                <w:color w:val="0B1220"/>
                <w:spacing w:val="10"/>
                <w:sz w:val="14"/>
                <w:shd w:val="clear" w:color="auto" w:fill="FFFFFF"/>
              </w:rPr>
              <w:t xml:space="preserve"> EMAIL  </w:t>
            </w:r>
          </w:p>
        </w:tc>
      </w:tr>
      <w:tr>
        <w:trPr>
          <w:cantSplit/>
        </w:trPr>
        <w:tc>
          <w:tcPr>
            <w:tcW w:w="9638" w:type="dxa"/>
            <w:gridSpan w:val="2"/>
            <w:tcMar>
              <w:top w:w="150" w:type="dxa"/>
              <w:left w:w="220" w:type="dxa"/>
              <w:bottom w:w="170" w:type="dxa"/>
              <w:right w:w="260" w:type="dxa"/>
            </w:tcMar>
          </w:tcPr>
          <w:p>
            <w:pPr>
              <w:keepNext/>
              <w:keepLines/>
              <w:spacing w:before="0" w:after="160" w:line="288" w:lineRule="auto"/>
            </w:pPr>
            <w:r>
              <w:rPr>
                <w:b/>
                <w:color w:val="4A3CCF"/>
                <w:spacing w:val="20"/>
                <w:sz w:val="14"/>
              </w:rPr>
              <w:t xml:space="preserve">CUÁNDO  </w:t>
            </w:r>
            <w:r>
              <w:rPr>
                <w:color w:val="4B586B"/>
                <w:sz w:val="17"/>
              </w:rPr>
              <w:t>Con la antelación que marquen tus condiciones (orientativo: 30 días o más).</w:t>
            </w:r>
          </w:p>
          <w:p>
            <w:pPr>
              <w:pStyle w:val="Mensaje"/>
              <w:keepNext/>
              <w:keepLines/>
              <w:pBdr>
                <w:left w:val="single" w:sz="12" w:space="10" w:color="4A3CCF"/>
              </w:pBdr>
              <w:spacing w:before="0" w:after="120"/>
            </w:pPr>
            <w:r>
              <w:rPr>
                <w:b/>
                <w:color w:val="4B586B"/>
              </w:rPr>
              <w:t xml:space="preserve">Asunto: </w:t>
            </w:r>
            <w:r>
              <w:rPr>
                <w:b/>
              </w:rPr>
              <w:t xml:space="preserve">Cambio en tu cuota a partir del </w:t>
            </w:r>
            <w:r>
              <w:rPr>
                <w:rStyle w:val="Hueco"/>
                <w:b/>
              </w:rPr>
              <w:t>{fecha}</w:t>
            </w:r>
          </w:p>
          <w:p>
            <w:pPr>
              <w:pStyle w:val="Mensaje"/>
              <w:keepNext/>
              <w:keepLines/>
              <w:pBdr>
                <w:left w:val="single" w:sz="12" w:space="10" w:color="4A3CCF"/>
              </w:pBdr>
              <w:spacing w:before="0" w:after="80" w:line="293" w:lineRule="auto"/>
            </w:pPr>
            <w:r>
              <w:rPr/>
              <w:t xml:space="preserve">Hola, </w:t>
            </w:r>
            <w:r>
              <w:rPr>
                <w:rStyle w:val="Hueco"/>
              </w:rPr>
              <w:t>{nombre}</w:t>
            </w:r>
            <w:r>
              <w:rPr/>
              <w:t>:</w:t>
            </w:r>
          </w:p>
          <w:p>
            <w:pPr>
              <w:pStyle w:val="Mensaje"/>
              <w:keepNext/>
              <w:keepLines/>
              <w:pBdr>
                <w:left w:val="single" w:sz="12" w:space="10" w:color="4A3CCF"/>
              </w:pBdr>
              <w:spacing w:before="0" w:after="80" w:line="293" w:lineRule="auto"/>
            </w:pPr>
            <w:r>
              <w:rPr/>
              <w:t xml:space="preserve">Preferimos contártelo con tiempo y con claridad: a partir del </w:t>
            </w:r>
            <w:r>
              <w:rPr>
                <w:rStyle w:val="Hueco"/>
              </w:rPr>
              <w:t>{fecha}</w:t>
            </w:r>
            <w:r>
              <w:rPr/>
              <w:t xml:space="preserve">, tu cuota de </w:t>
            </w:r>
            <w:r>
              <w:rPr>
                <w:rStyle w:val="Hueco"/>
              </w:rPr>
              <w:t>{plan}</w:t>
            </w:r>
            <w:r>
              <w:rPr/>
              <w:t xml:space="preserve"> pasará de </w:t>
            </w:r>
            <w:r>
              <w:rPr>
                <w:rStyle w:val="Hueco"/>
              </w:rPr>
              <w:t>{precio_actual}</w:t>
            </w:r>
            <w:r>
              <w:rPr/>
              <w:t xml:space="preserve"> a </w:t>
            </w:r>
            <w:r>
              <w:rPr>
                <w:rStyle w:val="Hueco"/>
              </w:rPr>
              <w:t>{precio_nuevo}</w:t>
            </w:r>
            <w:r>
              <w:rPr/>
              <w:t xml:space="preserve"> al mes.</w:t>
            </w:r>
          </w:p>
          <w:p>
            <w:pPr>
              <w:pStyle w:val="Mensaje"/>
              <w:keepNext/>
              <w:keepLines/>
              <w:pBdr>
                <w:left w:val="single" w:sz="12" w:space="10" w:color="4A3CCF"/>
              </w:pBdr>
              <w:spacing w:before="0" w:after="80" w:line="293" w:lineRule="auto"/>
            </w:pPr>
            <w:r>
              <w:rPr/>
              <w:t xml:space="preserve">No es una decisión que tomemos a la ligera. </w:t>
            </w:r>
            <w:r>
              <w:rPr>
                <w:rStyle w:val="Hueco"/>
              </w:rPr>
              <w:t>[MOTIVO REAL: en el último año han subido la luz y el mantenimiento, y hemos renovado la sala de fuerza]</w:t>
            </w:r>
            <w:r>
              <w:rPr/>
              <w:t>. Queremos seguir cuidando el centro y al equipo como hasta ahora.</w:t>
            </w:r>
          </w:p>
          <w:p>
            <w:pPr>
              <w:pStyle w:val="Mensaje"/>
              <w:keepNext/>
              <w:keepLines/>
              <w:pBdr>
                <w:left w:val="single" w:sz="12" w:space="10" w:color="4A3CCF"/>
              </w:pBdr>
              <w:spacing w:before="0" w:after="80" w:line="293" w:lineRule="auto"/>
            </w:pPr>
            <w:r>
              <w:rPr/>
              <w:t xml:space="preserve">Lo que no cambia: </w:t>
            </w:r>
            <w:r>
              <w:rPr>
                <w:rStyle w:val="Hueco"/>
              </w:rPr>
              <w:t>[LO QUE SE MANTIENE: tus clases, tu horario, el trato de siempre]</w:t>
            </w:r>
            <w:r>
              <w:rPr/>
              <w:t>.</w:t>
            </w:r>
          </w:p>
          <w:p>
            <w:pPr>
              <w:pStyle w:val="Mensaje"/>
              <w:keepNext/>
              <w:keepLines/>
              <w:pBdr>
                <w:left w:val="single" w:sz="12" w:space="10" w:color="4A3CCF"/>
              </w:pBdr>
              <w:spacing w:before="0" w:after="80" w:line="293" w:lineRule="auto"/>
            </w:pPr>
            <w:r>
              <w:rPr/>
              <w:t>Si tienes cualquier duda o quieres ver si otro plan te encaja mejor, responde a este correo o pásate por recepción. Gracias por seguir con nosotros.</w:t>
            </w:r>
          </w:p>
          <w:p>
            <w:pPr>
              <w:pStyle w:val="Mensaje"/>
              <w:keepNext/>
              <w:keepLines/>
              <w:pBdr>
                <w:left w:val="single" w:sz="12" w:space="10" w:color="4A3CCF"/>
              </w:pBdr>
              <w:spacing w:before="0" w:after="80" w:line="293" w:lineRule="auto"/>
            </w:pPr>
            <w:r>
              <w:rPr>
                <w:rStyle w:val="Hueco"/>
              </w:rPr>
              <w:t>{firma}</w:t>
            </w:r>
          </w:p>
          <w:p>
            <w:pPr>
              <w:keepNext w:val="0"/>
              <w:keepLines/>
              <w:spacing w:before="120" w:after="0" w:line="288" w:lineRule="auto"/>
            </w:pPr>
            <w:r>
              <w:rPr>
                <w:b/>
                <w:color w:val="4A3CCF"/>
                <w:sz w:val="17"/>
              </w:rPr>
              <w:t xml:space="preserve">Consejo  ·  </w:t>
            </w:r>
            <w:r>
              <w:rPr>
                <w:color w:val="4B586B"/>
                <w:sz w:val="17"/>
              </w:rPr>
              <w:t>Explica el motivo real y avisa antes del cobro. Revisa con tu asesoría el preaviso y las opciones de baja de tus condiciones.</w:t>
            </w:r>
          </w:p>
        </w:tc>
      </w:tr>
    </w:tbl>
    <w:p>
      <w:pPr>
        <w:keepNext w:val="0"/>
        <w:keepLines/>
        <w:spacing w:before="0" w:after="0" w:lineRule="exact" w:line="220"/>
      </w:pPr>
      <w:r>
        <w:rPr>
          <w:sz w:val="4"/>
        </w:rPr>
      </w:r>
    </w:p>
    <w:tbl>
      <w:tblPr>
        <w:tblW w:w="9638" w:type="dxa"/>
        <w:jc w:val="left"/>
        <w:tblBorders>
          <w:top w:val="single" w:sz="4" w:space="0" w:color="E3E9F0"/>
          <w:left w:val="single" w:sz="4" w:space="0" w:color="E3E9F0"/>
          <w:bottom w:val="single" w:sz="4" w:space="0" w:color="E3E9F0"/>
          <w:right w:val="single" w:sz="4" w:space="0" w:color="E3E9F0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00"/>
        <w:gridCol w:w="3538"/>
      </w:tblGrid>
      <w:tr>
        <w:trPr>
          <w:cantSplit/>
        </w:trPr>
        <w:tc>
          <w:tcPr>
            <w:tcW w:w="6100" w:type="dxa"/>
            <w:shd w:val="clear" w:color="auto" w:fill="ECEBFF"/>
            <w:tcMar>
              <w:top w:w="130" w:type="dxa"/>
              <w:left w:w="220" w:type="dxa"/>
              <w:bottom w:w="120" w:type="dxa"/>
              <w:right w:w="80" w:type="dxa"/>
            </w:tcMar>
            <w:vAlign w:val="center"/>
          </w:tcPr>
          <w:p>
            <w:pPr>
              <w:pStyle w:val="Heading2"/>
              <w:keepNext/>
              <w:keepLines/>
              <w:spacing w:before="0" w:after="0"/>
            </w:pPr>
            <w:r>
              <w:rPr>
                <w:color w:val="4A3CCF"/>
              </w:rPr>
              <w:t xml:space="preserve">4.5   </w:t>
            </w:r>
            <w:r>
              <w:rPr/>
              <w:t>Cambio de horario</w:t>
            </w:r>
          </w:p>
        </w:tc>
        <w:tc>
          <w:tcPr>
            <w:tcW w:w="3538" w:type="dxa"/>
            <w:shd w:val="clear" w:color="auto" w:fill="ECEBFF"/>
            <w:tcMar>
              <w:top w:w="130" w:type="dxa"/>
              <w:left w:w="80" w:type="dxa"/>
              <w:bottom w:w="120" w:type="dxa"/>
              <w:right w:w="200" w:type="dxa"/>
            </w:tcMar>
            <w:vAlign w:val="center"/>
          </w:tcPr>
          <w:p>
            <w:pPr>
              <w:keepNext/>
              <w:keepLines/>
              <w:spacing w:before="0" w:after="0" w:line="360" w:lineRule="auto"/>
              <w:jc w:val="right"/>
            </w:pPr>
            <w:r>
              <w:rPr>
                <w:sz w:val="15"/>
                <w:shd w:val="clear" w:color="auto" w:fill="FFFFFF"/>
              </w:rPr>
              <w:t xml:space="preserve">  </w:t>
            </w:r>
            <w:r>
              <w:rPr>
                <w:color w:val="4F82EC"/>
                <w:sz w:val="13"/>
                <w:shd w:val="clear" w:color="auto" w:fill="FFFFFF"/>
              </w:rPr>
              <w:t>●</w:t>
            </w:r>
            <w:r>
              <w:rPr>
                <w:b/>
                <w:color w:val="0B1220"/>
                <w:spacing w:val="10"/>
                <w:sz w:val="14"/>
                <w:shd w:val="clear" w:color="auto" w:fill="FFFFFF"/>
              </w:rPr>
              <w:t xml:space="preserve"> EMAIL  </w:t>
            </w:r>
            <w:r>
              <w:rPr>
                <w:sz w:val="14"/>
              </w:rPr>
              <w:t xml:space="preserve"> </w:t>
            </w:r>
            <w:r>
              <w:rPr>
                <w:sz w:val="15"/>
                <w:shd w:val="clear" w:color="auto" w:fill="FFFFFF"/>
              </w:rPr>
              <w:t xml:space="preserve">  </w:t>
            </w:r>
            <w:r>
              <w:rPr>
                <w:color w:val="4A3CCF"/>
                <w:sz w:val="13"/>
                <w:shd w:val="clear" w:color="auto" w:fill="FFFFFF"/>
              </w:rPr>
              <w:t>●</w:t>
            </w:r>
            <w:r>
              <w:rPr>
                <w:b/>
                <w:color w:val="0B1220"/>
                <w:spacing w:val="10"/>
                <w:sz w:val="14"/>
                <w:shd w:val="clear" w:color="auto" w:fill="FFFFFF"/>
              </w:rPr>
              <w:t xml:space="preserve"> NOTIFICACIÓN  </w:t>
            </w:r>
          </w:p>
        </w:tc>
      </w:tr>
      <w:tr>
        <w:trPr>
          <w:cantSplit/>
        </w:trPr>
        <w:tc>
          <w:tcPr>
            <w:tcW w:w="9638" w:type="dxa"/>
            <w:gridSpan w:val="2"/>
            <w:tcMar>
              <w:top w:w="150" w:type="dxa"/>
              <w:left w:w="220" w:type="dxa"/>
              <w:bottom w:w="170" w:type="dxa"/>
              <w:right w:w="260" w:type="dxa"/>
            </w:tcMar>
          </w:tcPr>
          <w:p>
            <w:pPr>
              <w:keepNext/>
              <w:keepLines/>
              <w:spacing w:before="0" w:after="160" w:line="288" w:lineRule="auto"/>
            </w:pPr>
            <w:r>
              <w:rPr>
                <w:b/>
                <w:color w:val="4A3CCF"/>
                <w:spacing w:val="20"/>
                <w:sz w:val="14"/>
              </w:rPr>
              <w:t xml:space="preserve">CUÁNDO  </w:t>
            </w:r>
            <w:r>
              <w:rPr>
                <w:color w:val="4B586B"/>
                <w:sz w:val="17"/>
              </w:rPr>
              <w:t>Al menos 2 semanas antes del cambio.</w:t>
            </w:r>
          </w:p>
          <w:p>
            <w:pPr>
              <w:pStyle w:val="Mensaje"/>
              <w:keepNext/>
              <w:keepLines/>
              <w:pBdr>
                <w:left w:val="single" w:sz="12" w:space="10" w:color="4A3CCF"/>
              </w:pBdr>
              <w:spacing w:before="0" w:after="120"/>
            </w:pPr>
            <w:r>
              <w:rPr>
                <w:b/>
                <w:color w:val="4B586B"/>
              </w:rPr>
              <w:t xml:space="preserve">Asunto: </w:t>
            </w:r>
            <w:r>
              <w:rPr>
                <w:b/>
              </w:rPr>
              <w:t xml:space="preserve">Nuevo horario desde el </w:t>
            </w:r>
            <w:r>
              <w:rPr>
                <w:rStyle w:val="Hueco"/>
                <w:b/>
              </w:rPr>
              <w:t>{fecha}</w:t>
            </w:r>
          </w:p>
          <w:p>
            <w:pPr>
              <w:pStyle w:val="Mensaje"/>
              <w:keepNext/>
              <w:keepLines/>
              <w:pBdr>
                <w:left w:val="single" w:sz="12" w:space="10" w:color="4A3CCF"/>
              </w:pBdr>
              <w:spacing w:before="0" w:after="80" w:line="293" w:lineRule="auto"/>
            </w:pPr>
            <w:r>
              <w:rPr/>
              <w:t xml:space="preserve">Hola, </w:t>
            </w:r>
            <w:r>
              <w:rPr>
                <w:rStyle w:val="Hueco"/>
              </w:rPr>
              <w:t>{nombre}</w:t>
            </w:r>
            <w:r>
              <w:rPr/>
              <w:t>:</w:t>
            </w:r>
          </w:p>
          <w:p>
            <w:pPr>
              <w:pStyle w:val="Mensaje"/>
              <w:keepNext/>
              <w:keepLines/>
              <w:pBdr>
                <w:left w:val="single" w:sz="12" w:space="10" w:color="4A3CCF"/>
              </w:pBdr>
              <w:spacing w:before="0" w:after="80" w:line="293" w:lineRule="auto"/>
            </w:pPr>
            <w:r>
              <w:rPr/>
              <w:t xml:space="preserve">Desde el </w:t>
            </w:r>
            <w:r>
              <w:rPr>
                <w:rStyle w:val="Hueco"/>
              </w:rPr>
              <w:t>{fecha}</w:t>
            </w:r>
            <w:r>
              <w:rPr/>
              <w:t xml:space="preserve"> cambia el horario de </w:t>
            </w:r>
            <w:r>
              <w:rPr>
                <w:rStyle w:val="Hueco"/>
              </w:rPr>
              <w:t>[QUÉ CAMBIA: el centro, la clase de pilates]</w:t>
            </w:r>
            <w:r>
              <w:rPr/>
              <w:t>:</w:t>
            </w:r>
          </w:p>
          <w:p>
            <w:pPr>
              <w:pStyle w:val="Mensaje"/>
              <w:keepNext/>
              <w:keepLines/>
              <w:pBdr>
                <w:left w:val="single" w:sz="12" w:space="10" w:color="4A3CCF"/>
              </w:pBdr>
              <w:tabs>
                <w:tab w:pos="460" w:val="left"/>
              </w:tabs>
              <w:spacing w:before="0" w:after="40" w:line="293" w:lineRule="auto"/>
              <w:ind w:left="460" w:hanging="260"/>
            </w:pPr>
            <w:r>
              <w:rPr>
                <w:b/>
                <w:color w:val="4A3CCF"/>
              </w:rPr>
              <w:t>–</w:t>
              <w:tab/>
            </w:r>
            <w:r>
              <w:rPr/>
              <w:t xml:space="preserve">Antes: </w:t>
            </w:r>
            <w:r>
              <w:rPr>
                <w:rStyle w:val="Hueco"/>
              </w:rPr>
              <w:t>[HORARIO ANTERIOR]</w:t>
            </w:r>
          </w:p>
          <w:p>
            <w:pPr>
              <w:pStyle w:val="Mensaje"/>
              <w:keepNext/>
              <w:keepLines/>
              <w:pBdr>
                <w:left w:val="single" w:sz="12" w:space="10" w:color="4A3CCF"/>
              </w:pBdr>
              <w:tabs>
                <w:tab w:pos="460" w:val="left"/>
              </w:tabs>
              <w:spacing w:before="0" w:after="40" w:line="293" w:lineRule="auto"/>
              <w:ind w:left="460" w:hanging="260"/>
            </w:pPr>
            <w:r>
              <w:rPr>
                <w:b/>
                <w:color w:val="4A3CCF"/>
              </w:rPr>
              <w:t>–</w:t>
              <w:tab/>
            </w:r>
            <w:r>
              <w:rPr/>
              <w:t xml:space="preserve">Ahora: </w:t>
            </w:r>
            <w:r>
              <w:rPr>
                <w:rStyle w:val="Hueco"/>
              </w:rPr>
              <w:t>[HORARIO NUEVO]</w:t>
            </w:r>
          </w:p>
          <w:p>
            <w:pPr>
              <w:pStyle w:val="Mensaje"/>
              <w:keepNext/>
              <w:keepLines/>
              <w:pBdr>
                <w:left w:val="single" w:sz="12" w:space="10" w:color="4A3CCF"/>
              </w:pBdr>
              <w:spacing w:before="0" w:after="80" w:line="293" w:lineRule="auto"/>
            </w:pPr>
            <w:r>
              <w:rPr/>
              <w:t xml:space="preserve">Lo hemos ajustado porque </w:t>
            </w:r>
            <w:r>
              <w:rPr>
                <w:rStyle w:val="Hueco"/>
              </w:rPr>
              <w:t>[MOTIVO: es cuando más gente puede venir]</w:t>
            </w:r>
            <w:r>
              <w:rPr/>
              <w:t>. Si el cambio te descoloca, escríbenos y te ayudamos a encontrar otra opción.</w:t>
            </w:r>
          </w:p>
          <w:p>
            <w:pPr>
              <w:pStyle w:val="Mensaje"/>
              <w:keepNext/>
              <w:keepLines/>
              <w:pBdr>
                <w:left w:val="single" w:sz="12" w:space="10" w:color="4A3CCF"/>
              </w:pBdr>
              <w:spacing w:before="0" w:after="80" w:line="293" w:lineRule="auto"/>
            </w:pPr>
            <w:r>
              <w:rPr>
                <w:rStyle w:val="Hueco"/>
              </w:rPr>
              <w:t>{firma}</w:t>
            </w:r>
          </w:p>
          <w:p>
            <w:pPr>
              <w:keepNext/>
              <w:keepLines/>
              <w:spacing w:before="180" w:after="80"/>
            </w:pPr>
            <w:r>
              <w:rPr>
                <w:b/>
                <w:color w:val="5C697D"/>
                <w:spacing w:val="20"/>
                <w:sz w:val="14"/>
              </w:rPr>
              <w:t>VERSIÓN NOTIFICACIÓN  ·  MÁX. 120 CARACTERES</w:t>
            </w:r>
          </w:p>
          <w:p>
            <w:pPr>
              <w:pStyle w:val="Mensaje"/>
              <w:keepNext w:val="0"/>
              <w:keepLines/>
              <w:pBdr>
                <w:left w:val="single" w:sz="12" w:space="10" w:color="4A3CCF"/>
              </w:pBdr>
              <w:spacing w:before="0" w:after="0" w:line="293" w:lineRule="auto"/>
            </w:pPr>
            <w:r>
              <w:rPr/>
              <w:t xml:space="preserve">Nuevo horario desde el </w:t>
            </w:r>
            <w:r>
              <w:rPr>
                <w:rStyle w:val="Hueco"/>
              </w:rPr>
              <w:t>{fecha}</w:t>
            </w:r>
            <w:r>
              <w:rPr/>
              <w:t xml:space="preserve">: </w:t>
            </w:r>
            <w:r>
              <w:rPr>
                <w:rStyle w:val="Hueco"/>
              </w:rPr>
              <w:t>[RESUMEN DEL CAMBIO]</w:t>
            </w:r>
            <w:r>
              <w:rPr/>
              <w:t>. Tienes todos los detalles en tu correo.</w:t>
            </w:r>
          </w:p>
        </w:tc>
      </w:tr>
    </w:tbl>
    <w:p>
      <w:pPr>
        <w:keepNext w:val="0"/>
        <w:keepLines/>
        <w:spacing w:before="0" w:after="0" w:lineRule="exact" w:line="220"/>
      </w:pPr>
      <w:r>
        <w:rPr>
          <w:sz w:val="4"/>
        </w:rPr>
      </w:r>
    </w:p>
    <w:p>
      <w:pPr>
        <w:keepNext/>
        <w:keepLines/>
        <w:spacing w:before="360" w:after="0" w:lineRule="exact" w:line="20"/>
      </w:pPr>
      <w:r>
        <w:rPr>
          <w:sz w:val="2"/>
        </w:rPr>
      </w:r>
    </w:p>
    <w:tbl>
      <w:tblPr>
        <w:tblW w:w="9638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138"/>
        <w:gridCol w:w="1500"/>
      </w:tblGrid>
      <w:tr>
        <w:trPr>
          <w:cantSplit/>
        </w:trPr>
        <w:tc>
          <w:tcPr>
            <w:tcW w:w="8138" w:type="dxa"/>
            <w:shd w:val="clear" w:color="auto" w:fill="E2F7EC"/>
            <w:tcMar>
              <w:top w:w="300" w:type="dxa"/>
              <w:left w:w="340" w:type="dxa"/>
              <w:bottom w:w="300" w:type="dxa"/>
              <w:right w:w="120" w:type="dxa"/>
            </w:tcMar>
            <w:vAlign w:val="center"/>
          </w:tcPr>
          <w:p>
            <w:pPr>
              <w:keepNext/>
              <w:keepLines/>
              <w:spacing w:before="0" w:after="100"/>
            </w:pPr>
            <w:r>
              <w:rPr>
                <w:b/>
                <w:color w:val="0F6B47"/>
                <w:spacing w:val="24"/>
                <w:sz w:val="15"/>
              </w:rPr>
              <w:t>SECCIÓN 05  ·  6 MENSAJES</w:t>
            </w:r>
          </w:p>
          <w:p>
            <w:pPr>
              <w:pStyle w:val="Heading1"/>
              <w:keepNext/>
              <w:keepLines/>
              <w:spacing w:before="0" w:after="120"/>
            </w:pPr>
            <w:r>
              <w:rPr/>
              <w:t>Motivación y fidelización</w:t>
            </w:r>
          </w:p>
          <w:p>
            <w:pPr>
              <w:keepNext/>
              <w:keepLines/>
              <w:spacing w:before="0" w:after="0" w:line="312" w:lineRule="auto"/>
            </w:pPr>
            <w:r>
              <w:rPr>
                <w:color w:val="4B586B"/>
                <w:sz w:val="20"/>
              </w:rPr>
              <w:t>Detalles que cuestan poco y se recuerdan mucho: personales, en el momento justo y sin necesidad de regalar nada.</w:t>
            </w:r>
          </w:p>
        </w:tc>
        <w:tc>
          <w:tcPr>
            <w:tcW w:w="1500" w:type="dxa"/>
            <w:shd w:val="clear" w:color="auto" w:fill="E2F7EC"/>
            <w:tcMar>
              <w:top w:w="200" w:type="dxa"/>
              <w:left w:w="120" w:type="dxa"/>
              <w:bottom w:w="200" w:type="dxa"/>
              <w:right w:w="300" w:type="dxa"/>
            </w:tcMar>
            <w:vAlign w:val="center"/>
          </w:tcPr>
          <w:p>
            <w:pPr>
              <w:keepNext/>
              <w:keepLines/>
              <w:spacing w:before="0" w:after="0"/>
              <w:jc w:val="right"/>
            </w:pPr>
            <w:r>
              <w:rPr>
                <w:b/>
                <w:color w:val="1F9A68"/>
                <w:sz w:val="80"/>
              </w:rPr>
              <w:t>05</w:t>
            </w:r>
          </w:p>
        </w:tc>
      </w:tr>
    </w:tbl>
    <w:p>
      <w:pPr>
        <w:keepNext/>
        <w:keepLines/>
        <w:spacing w:before="0" w:after="0" w:lineRule="exact" w:line="240"/>
      </w:pPr>
      <w:r>
        <w:rPr>
          <w:sz w:val="4"/>
        </w:rPr>
      </w:r>
    </w:p>
    <w:tbl>
      <w:tblPr>
        <w:tblW w:w="9638" w:type="dxa"/>
        <w:jc w:val="left"/>
        <w:tblBorders>
          <w:top w:val="single" w:sz="4" w:space="0" w:color="E3E9F0"/>
          <w:left w:val="single" w:sz="4" w:space="0" w:color="E3E9F0"/>
          <w:bottom w:val="single" w:sz="4" w:space="0" w:color="E3E9F0"/>
          <w:right w:val="single" w:sz="4" w:space="0" w:color="E3E9F0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00"/>
        <w:gridCol w:w="3538"/>
      </w:tblGrid>
      <w:tr>
        <w:trPr>
          <w:cantSplit/>
        </w:trPr>
        <w:tc>
          <w:tcPr>
            <w:tcW w:w="6100" w:type="dxa"/>
            <w:shd w:val="clear" w:color="auto" w:fill="E2F7EC"/>
            <w:tcMar>
              <w:top w:w="130" w:type="dxa"/>
              <w:left w:w="220" w:type="dxa"/>
              <w:bottom w:w="120" w:type="dxa"/>
              <w:right w:w="80" w:type="dxa"/>
            </w:tcMar>
            <w:vAlign w:val="center"/>
          </w:tcPr>
          <w:p>
            <w:pPr>
              <w:pStyle w:val="Heading2"/>
              <w:keepNext/>
              <w:keepLines/>
              <w:spacing w:before="0" w:after="0"/>
            </w:pPr>
            <w:r>
              <w:rPr>
                <w:color w:val="0F6B47"/>
              </w:rPr>
              <w:t xml:space="preserve">5.1   </w:t>
            </w:r>
            <w:r>
              <w:rPr/>
              <w:t>Cumpleaños</w:t>
            </w:r>
          </w:p>
        </w:tc>
        <w:tc>
          <w:tcPr>
            <w:tcW w:w="3538" w:type="dxa"/>
            <w:shd w:val="clear" w:color="auto" w:fill="E2F7EC"/>
            <w:tcMar>
              <w:top w:w="130" w:type="dxa"/>
              <w:left w:w="80" w:type="dxa"/>
              <w:bottom w:w="120" w:type="dxa"/>
              <w:right w:w="200" w:type="dxa"/>
            </w:tcMar>
            <w:vAlign w:val="center"/>
          </w:tcPr>
          <w:p>
            <w:pPr>
              <w:keepNext/>
              <w:keepLines/>
              <w:spacing w:before="0" w:after="0" w:line="360" w:lineRule="auto"/>
              <w:jc w:val="right"/>
            </w:pPr>
            <w:r>
              <w:rPr>
                <w:sz w:val="15"/>
                <w:shd w:val="clear" w:color="auto" w:fill="FFFFFF"/>
              </w:rPr>
              <w:t xml:space="preserve">  </w:t>
            </w:r>
            <w:r>
              <w:rPr>
                <w:color w:val="0F6B47"/>
                <w:sz w:val="13"/>
                <w:shd w:val="clear" w:color="auto" w:fill="FFFFFF"/>
              </w:rPr>
              <w:t>●</w:t>
            </w:r>
            <w:r>
              <w:rPr>
                <w:b/>
                <w:color w:val="0B1220"/>
                <w:spacing w:val="10"/>
                <w:sz w:val="14"/>
                <w:shd w:val="clear" w:color="auto" w:fill="FFFFFF"/>
              </w:rPr>
              <w:t xml:space="preserve"> WHATSAPP  </w:t>
            </w:r>
          </w:p>
        </w:tc>
      </w:tr>
      <w:tr>
        <w:trPr>
          <w:cantSplit/>
        </w:trPr>
        <w:tc>
          <w:tcPr>
            <w:tcW w:w="9638" w:type="dxa"/>
            <w:gridSpan w:val="2"/>
            <w:tcMar>
              <w:top w:w="150" w:type="dxa"/>
              <w:left w:w="220" w:type="dxa"/>
              <w:bottom w:w="170" w:type="dxa"/>
              <w:right w:w="260" w:type="dxa"/>
            </w:tcMar>
          </w:tcPr>
          <w:p>
            <w:pPr>
              <w:keepNext/>
              <w:keepLines/>
              <w:spacing w:before="0" w:after="160" w:line="288" w:lineRule="auto"/>
            </w:pPr>
            <w:r>
              <w:rPr>
                <w:b/>
                <w:color w:val="0F6B47"/>
                <w:spacing w:val="20"/>
                <w:sz w:val="14"/>
              </w:rPr>
              <w:t xml:space="preserve">CUÁNDO  </w:t>
            </w:r>
            <w:r>
              <w:rPr>
                <w:color w:val="4B586B"/>
                <w:sz w:val="17"/>
              </w:rPr>
              <w:t>El día de su cumpleaños, por la mañana.</w:t>
            </w:r>
          </w:p>
          <w:p>
            <w:pPr>
              <w:pStyle w:val="Mensaje"/>
              <w:keepNext/>
              <w:keepLines/>
              <w:pBdr>
                <w:left w:val="single" w:sz="12" w:space="10" w:color="1F9A68"/>
              </w:pBdr>
              <w:spacing w:before="0" w:after="80" w:line="293" w:lineRule="auto"/>
            </w:pPr>
            <w:r>
              <w:rPr/>
              <w:t xml:space="preserve">¡Feliz cumpleaños, </w:t>
            </w:r>
            <w:r>
              <w:rPr>
                <w:rStyle w:val="Hueco"/>
              </w:rPr>
              <w:t>{nombre}</w:t>
            </w:r>
            <w:r>
              <w:rPr/>
              <w:t xml:space="preserve">! De parte de todo el equipo de </w:t>
            </w:r>
            <w:r>
              <w:rPr>
                <w:rStyle w:val="Hueco"/>
              </w:rPr>
              <w:t>{centro}</w:t>
            </w:r>
            <w:r>
              <w:rPr/>
              <w:t>, que pases un día genial.</w:t>
            </w:r>
          </w:p>
          <w:p>
            <w:pPr>
              <w:pStyle w:val="Mensaje"/>
              <w:keepNext/>
              <w:keepLines/>
              <w:pBdr>
                <w:left w:val="single" w:sz="12" w:space="10" w:color="1F9A68"/>
              </w:pBdr>
              <w:spacing w:before="0" w:after="80" w:line="293" w:lineRule="auto"/>
            </w:pPr>
            <w:r>
              <w:rPr/>
              <w:t xml:space="preserve">Si te pasas hoy por el centro, tienes </w:t>
            </w:r>
            <w:r>
              <w:rPr>
                <w:rStyle w:val="Hueco"/>
              </w:rPr>
              <w:t>[UN DETALLE: un batido, una clase para traer a quien quieras]</w:t>
            </w:r>
            <w:r>
              <w:rPr/>
              <w:t xml:space="preserve"> esperándote en recepción.</w:t>
            </w:r>
          </w:p>
          <w:p>
            <w:pPr>
              <w:keepNext w:val="0"/>
              <w:keepLines/>
              <w:spacing w:before="120" w:after="0" w:line="288" w:lineRule="auto"/>
            </w:pPr>
            <w:r>
              <w:rPr>
                <w:b/>
                <w:color w:val="0F6B47"/>
                <w:sz w:val="17"/>
              </w:rPr>
              <w:t xml:space="preserve">Consejo  ·  </w:t>
            </w:r>
            <w:r>
              <w:rPr>
                <w:color w:val="4B586B"/>
                <w:sz w:val="17"/>
              </w:rPr>
              <w:t>Si no vas a dar ningún detalle, quita la segunda frase: la felicitación sola ya funciona.</w:t>
            </w:r>
          </w:p>
        </w:tc>
      </w:tr>
    </w:tbl>
    <w:p>
      <w:pPr>
        <w:keepNext w:val="0"/>
        <w:keepLines/>
        <w:spacing w:before="0" w:after="0" w:lineRule="exact" w:line="220"/>
      </w:pPr>
      <w:r>
        <w:rPr>
          <w:sz w:val="4"/>
        </w:rPr>
      </w:r>
    </w:p>
    <w:tbl>
      <w:tblPr>
        <w:tblW w:w="9638" w:type="dxa"/>
        <w:jc w:val="left"/>
        <w:tblBorders>
          <w:top w:val="single" w:sz="4" w:space="0" w:color="E3E9F0"/>
          <w:left w:val="single" w:sz="4" w:space="0" w:color="E3E9F0"/>
          <w:bottom w:val="single" w:sz="4" w:space="0" w:color="E3E9F0"/>
          <w:right w:val="single" w:sz="4" w:space="0" w:color="E3E9F0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00"/>
        <w:gridCol w:w="3538"/>
      </w:tblGrid>
      <w:tr>
        <w:trPr>
          <w:cantSplit/>
        </w:trPr>
        <w:tc>
          <w:tcPr>
            <w:tcW w:w="6100" w:type="dxa"/>
            <w:shd w:val="clear" w:color="auto" w:fill="E2F7EC"/>
            <w:tcMar>
              <w:top w:w="130" w:type="dxa"/>
              <w:left w:w="220" w:type="dxa"/>
              <w:bottom w:w="120" w:type="dxa"/>
              <w:right w:w="80" w:type="dxa"/>
            </w:tcMar>
            <w:vAlign w:val="center"/>
          </w:tcPr>
          <w:p>
            <w:pPr>
              <w:pStyle w:val="Heading2"/>
              <w:keepNext/>
              <w:keepLines/>
              <w:spacing w:before="0" w:after="0"/>
            </w:pPr>
            <w:r>
              <w:rPr>
                <w:color w:val="0F6B47"/>
              </w:rPr>
              <w:t xml:space="preserve">5.2   </w:t>
            </w:r>
            <w:r>
              <w:rPr/>
              <w:t>Aniversario de alta</w:t>
            </w:r>
          </w:p>
        </w:tc>
        <w:tc>
          <w:tcPr>
            <w:tcW w:w="3538" w:type="dxa"/>
            <w:shd w:val="clear" w:color="auto" w:fill="E2F7EC"/>
            <w:tcMar>
              <w:top w:w="130" w:type="dxa"/>
              <w:left w:w="80" w:type="dxa"/>
              <w:bottom w:w="120" w:type="dxa"/>
              <w:right w:w="200" w:type="dxa"/>
            </w:tcMar>
            <w:vAlign w:val="center"/>
          </w:tcPr>
          <w:p>
            <w:pPr>
              <w:keepNext/>
              <w:keepLines/>
              <w:spacing w:before="0" w:after="0" w:line="360" w:lineRule="auto"/>
              <w:jc w:val="right"/>
            </w:pPr>
            <w:r>
              <w:rPr>
                <w:sz w:val="15"/>
                <w:shd w:val="clear" w:color="auto" w:fill="FFFFFF"/>
              </w:rPr>
              <w:t xml:space="preserve">  </w:t>
            </w:r>
            <w:r>
              <w:rPr>
                <w:color w:val="0F6B47"/>
                <w:sz w:val="13"/>
                <w:shd w:val="clear" w:color="auto" w:fill="FFFFFF"/>
              </w:rPr>
              <w:t>●</w:t>
            </w:r>
            <w:r>
              <w:rPr>
                <w:b/>
                <w:color w:val="0B1220"/>
                <w:spacing w:val="10"/>
                <w:sz w:val="14"/>
                <w:shd w:val="clear" w:color="auto" w:fill="FFFFFF"/>
              </w:rPr>
              <w:t xml:space="preserve"> WHATSAPP  </w:t>
            </w:r>
            <w:r>
              <w:rPr>
                <w:sz w:val="14"/>
              </w:rPr>
              <w:t xml:space="preserve"> </w:t>
            </w:r>
            <w:r>
              <w:rPr>
                <w:sz w:val="15"/>
                <w:shd w:val="clear" w:color="auto" w:fill="FFFFFF"/>
              </w:rPr>
              <w:t xml:space="preserve">  </w:t>
            </w:r>
            <w:r>
              <w:rPr>
                <w:color w:val="4F82EC"/>
                <w:sz w:val="13"/>
                <w:shd w:val="clear" w:color="auto" w:fill="FFFFFF"/>
              </w:rPr>
              <w:t>●</w:t>
            </w:r>
            <w:r>
              <w:rPr>
                <w:b/>
                <w:color w:val="0B1220"/>
                <w:spacing w:val="10"/>
                <w:sz w:val="14"/>
                <w:shd w:val="clear" w:color="auto" w:fill="FFFFFF"/>
              </w:rPr>
              <w:t xml:space="preserve"> EMAIL  </w:t>
            </w:r>
          </w:p>
        </w:tc>
      </w:tr>
      <w:tr>
        <w:trPr>
          <w:cantSplit/>
        </w:trPr>
        <w:tc>
          <w:tcPr>
            <w:tcW w:w="9638" w:type="dxa"/>
            <w:gridSpan w:val="2"/>
            <w:tcMar>
              <w:top w:w="150" w:type="dxa"/>
              <w:left w:w="220" w:type="dxa"/>
              <w:bottom w:w="170" w:type="dxa"/>
              <w:right w:w="260" w:type="dxa"/>
            </w:tcMar>
          </w:tcPr>
          <w:p>
            <w:pPr>
              <w:keepNext/>
              <w:keepLines/>
              <w:spacing w:before="0" w:after="160" w:line="288" w:lineRule="auto"/>
            </w:pPr>
            <w:r>
              <w:rPr>
                <w:b/>
                <w:color w:val="0F6B47"/>
                <w:spacing w:val="20"/>
                <w:sz w:val="14"/>
              </w:rPr>
              <w:t xml:space="preserve">CUÁNDO  </w:t>
            </w:r>
            <w:r>
              <w:rPr>
                <w:color w:val="4B586B"/>
                <w:sz w:val="17"/>
              </w:rPr>
              <w:t>El día que cumple un año (también funciona a los seis meses).</w:t>
            </w:r>
          </w:p>
          <w:p>
            <w:pPr>
              <w:pStyle w:val="Mensaje"/>
              <w:keepNext/>
              <w:keepLines/>
              <w:pBdr>
                <w:left w:val="single" w:sz="12" w:space="10" w:color="1F9A68"/>
              </w:pBdr>
              <w:spacing w:before="0" w:after="120"/>
            </w:pPr>
            <w:r>
              <w:rPr>
                <w:b/>
                <w:color w:val="4B586B"/>
              </w:rPr>
              <w:t xml:space="preserve">Asunto: </w:t>
            </w:r>
            <w:r>
              <w:rPr>
                <w:b/>
              </w:rPr>
              <w:t xml:space="preserve">Un año en </w:t>
            </w:r>
            <w:r>
              <w:rPr>
                <w:rStyle w:val="Hueco"/>
                <w:b/>
              </w:rPr>
              <w:t>{centro}</w:t>
            </w:r>
            <w:r>
              <w:rPr>
                <w:b/>
              </w:rPr>
              <w:t xml:space="preserve">, </w:t>
            </w:r>
            <w:r>
              <w:rPr>
                <w:rStyle w:val="Hueco"/>
                <w:b/>
              </w:rPr>
              <w:t>{nombre}</w:t>
            </w:r>
          </w:p>
          <w:p>
            <w:pPr>
              <w:pStyle w:val="Mensaje"/>
              <w:keepNext/>
              <w:keepLines/>
              <w:pBdr>
                <w:left w:val="single" w:sz="12" w:space="10" w:color="1F9A68"/>
              </w:pBdr>
              <w:spacing w:before="0" w:after="80" w:line="293" w:lineRule="auto"/>
            </w:pPr>
            <w:r>
              <w:rPr>
                <w:rStyle w:val="Hueco"/>
              </w:rPr>
              <w:t>{nombre}</w:t>
            </w:r>
            <w:r>
              <w:rPr/>
              <w:t xml:space="preserve">, hoy hace un año que empezaste en </w:t>
            </w:r>
            <w:r>
              <w:rPr>
                <w:rStyle w:val="Hueco"/>
              </w:rPr>
              <w:t>{centro}</w:t>
            </w:r>
            <w:r>
              <w:rPr/>
              <w:t>. ¡Un año!</w:t>
            </w:r>
          </w:p>
          <w:p>
            <w:pPr>
              <w:pStyle w:val="Mensaje"/>
              <w:keepNext/>
              <w:keepLines/>
              <w:pBdr>
                <w:left w:val="single" w:sz="12" w:space="10" w:color="1F9A68"/>
              </w:pBdr>
              <w:spacing w:before="0" w:after="80" w:line="293" w:lineRule="auto"/>
            </w:pPr>
            <w:r>
              <w:rPr/>
              <w:t xml:space="preserve">En este tiempo has venido </w:t>
            </w:r>
            <w:r>
              <w:rPr>
                <w:rStyle w:val="Hueco"/>
              </w:rPr>
              <w:t>{visitas}</w:t>
            </w:r>
            <w:r>
              <w:rPr/>
              <w:t xml:space="preserve"> veces: eso es constancia de verdad. Gracias por confiar en nosotros.</w:t>
            </w:r>
          </w:p>
          <w:p>
            <w:pPr>
              <w:pStyle w:val="Mensaje"/>
              <w:keepNext w:val="0"/>
              <w:keepLines/>
              <w:pBdr>
                <w:left w:val="single" w:sz="12" w:space="10" w:color="1F9A68"/>
              </w:pBdr>
              <w:spacing w:before="0" w:after="0" w:line="293" w:lineRule="auto"/>
            </w:pPr>
            <w:r>
              <w:rPr/>
              <w:t>¿Nos cuentas tu objetivo para el segundo año? Te ayudamos a conseguirlo.</w:t>
            </w:r>
          </w:p>
        </w:tc>
      </w:tr>
    </w:tbl>
    <w:p>
      <w:pPr>
        <w:keepNext w:val="0"/>
        <w:keepLines/>
        <w:spacing w:before="0" w:after="0" w:lineRule="exact" w:line="220"/>
      </w:pPr>
      <w:r>
        <w:rPr>
          <w:sz w:val="4"/>
        </w:rPr>
      </w:r>
    </w:p>
    <w:tbl>
      <w:tblPr>
        <w:tblW w:w="9638" w:type="dxa"/>
        <w:jc w:val="left"/>
        <w:tblBorders>
          <w:top w:val="single" w:sz="4" w:space="0" w:color="E3E9F0"/>
          <w:left w:val="single" w:sz="4" w:space="0" w:color="E3E9F0"/>
          <w:bottom w:val="single" w:sz="4" w:space="0" w:color="E3E9F0"/>
          <w:right w:val="single" w:sz="4" w:space="0" w:color="E3E9F0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00"/>
        <w:gridCol w:w="3538"/>
      </w:tblGrid>
      <w:tr>
        <w:trPr>
          <w:cantSplit/>
        </w:trPr>
        <w:tc>
          <w:tcPr>
            <w:tcW w:w="6100" w:type="dxa"/>
            <w:shd w:val="clear" w:color="auto" w:fill="E2F7EC"/>
            <w:tcMar>
              <w:top w:w="130" w:type="dxa"/>
              <w:left w:w="220" w:type="dxa"/>
              <w:bottom w:w="120" w:type="dxa"/>
              <w:right w:w="80" w:type="dxa"/>
            </w:tcMar>
            <w:vAlign w:val="center"/>
          </w:tcPr>
          <w:p>
            <w:pPr>
              <w:pStyle w:val="Heading2"/>
              <w:keepNext/>
              <w:keepLines/>
              <w:spacing w:before="0" w:after="0"/>
            </w:pPr>
            <w:r>
              <w:rPr>
                <w:color w:val="0F6B47"/>
              </w:rPr>
              <w:t xml:space="preserve">5.3   </w:t>
            </w:r>
            <w:r>
              <w:rPr/>
              <w:t>Hito de asistencias</w:t>
            </w:r>
          </w:p>
        </w:tc>
        <w:tc>
          <w:tcPr>
            <w:tcW w:w="3538" w:type="dxa"/>
            <w:shd w:val="clear" w:color="auto" w:fill="E2F7EC"/>
            <w:tcMar>
              <w:top w:w="130" w:type="dxa"/>
              <w:left w:w="80" w:type="dxa"/>
              <w:bottom w:w="120" w:type="dxa"/>
              <w:right w:w="200" w:type="dxa"/>
            </w:tcMar>
            <w:vAlign w:val="center"/>
          </w:tcPr>
          <w:p>
            <w:pPr>
              <w:keepNext/>
              <w:keepLines/>
              <w:spacing w:before="0" w:after="0" w:line="360" w:lineRule="auto"/>
              <w:jc w:val="right"/>
            </w:pPr>
            <w:r>
              <w:rPr>
                <w:sz w:val="15"/>
                <w:shd w:val="clear" w:color="auto" w:fill="FFFFFF"/>
              </w:rPr>
              <w:t xml:space="preserve">  </w:t>
            </w:r>
            <w:r>
              <w:rPr>
                <w:color w:val="4A3CCF"/>
                <w:sz w:val="13"/>
                <w:shd w:val="clear" w:color="auto" w:fill="FFFFFF"/>
              </w:rPr>
              <w:t>●</w:t>
            </w:r>
            <w:r>
              <w:rPr>
                <w:b/>
                <w:color w:val="0B1220"/>
                <w:spacing w:val="10"/>
                <w:sz w:val="14"/>
                <w:shd w:val="clear" w:color="auto" w:fill="FFFFFF"/>
              </w:rPr>
              <w:t xml:space="preserve"> NOTIFICACIÓN  </w:t>
            </w:r>
          </w:p>
        </w:tc>
      </w:tr>
      <w:tr>
        <w:trPr>
          <w:cantSplit/>
        </w:trPr>
        <w:tc>
          <w:tcPr>
            <w:tcW w:w="9638" w:type="dxa"/>
            <w:gridSpan w:val="2"/>
            <w:tcMar>
              <w:top w:w="150" w:type="dxa"/>
              <w:left w:w="220" w:type="dxa"/>
              <w:bottom w:w="170" w:type="dxa"/>
              <w:right w:w="260" w:type="dxa"/>
            </w:tcMar>
          </w:tcPr>
          <w:p>
            <w:pPr>
              <w:keepNext/>
              <w:keepLines/>
              <w:spacing w:before="0" w:after="160" w:line="288" w:lineRule="auto"/>
            </w:pPr>
            <w:r>
              <w:rPr>
                <w:b/>
                <w:color w:val="0F6B47"/>
                <w:spacing w:val="20"/>
                <w:sz w:val="14"/>
              </w:rPr>
              <w:t xml:space="preserve">CUÁNDO  </w:t>
            </w:r>
            <w:r>
              <w:rPr>
                <w:color w:val="4B586B"/>
                <w:sz w:val="17"/>
              </w:rPr>
              <w:t>Al llegar a 10, 25, 50 o 100 visitas.</w:t>
            </w:r>
          </w:p>
          <w:p>
            <w:pPr>
              <w:pStyle w:val="Mensaje"/>
              <w:keepNext w:val="0"/>
              <w:keepLines/>
              <w:pBdr>
                <w:left w:val="single" w:sz="12" w:space="10" w:color="1F9A68"/>
              </w:pBdr>
              <w:spacing w:before="0" w:after="0" w:line="293" w:lineRule="auto"/>
            </w:pPr>
            <w:r>
              <w:rPr/>
              <w:t>¡</w:t>
            </w:r>
            <w:r>
              <w:rPr>
                <w:rStyle w:val="Hueco"/>
              </w:rPr>
              <w:t>{visitas}</w:t>
            </w:r>
            <w:r>
              <w:rPr/>
              <w:t xml:space="preserve"> visitas, </w:t>
            </w:r>
            <w:r>
              <w:rPr>
                <w:rStyle w:val="Hueco"/>
              </w:rPr>
              <w:t>{nombre}</w:t>
            </w:r>
            <w:r>
              <w:rPr/>
              <w:t>! Lo que antes costaba ya es costumbre. Enhorabuena de parte de todo el equipo.</w:t>
            </w:r>
          </w:p>
        </w:tc>
      </w:tr>
    </w:tbl>
    <w:p>
      <w:pPr>
        <w:keepNext w:val="0"/>
        <w:keepLines/>
        <w:spacing w:before="0" w:after="0" w:lineRule="exact" w:line="220"/>
      </w:pPr>
      <w:r>
        <w:rPr>
          <w:sz w:val="4"/>
        </w:rPr>
      </w:r>
    </w:p>
    <w:tbl>
      <w:tblPr>
        <w:tblW w:w="9638" w:type="dxa"/>
        <w:jc w:val="left"/>
        <w:tblBorders>
          <w:top w:val="single" w:sz="4" w:space="0" w:color="E3E9F0"/>
          <w:left w:val="single" w:sz="4" w:space="0" w:color="E3E9F0"/>
          <w:bottom w:val="single" w:sz="4" w:space="0" w:color="E3E9F0"/>
          <w:right w:val="single" w:sz="4" w:space="0" w:color="E3E9F0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00"/>
        <w:gridCol w:w="3538"/>
      </w:tblGrid>
      <w:tr>
        <w:trPr>
          <w:cantSplit/>
        </w:trPr>
        <w:tc>
          <w:tcPr>
            <w:tcW w:w="6100" w:type="dxa"/>
            <w:shd w:val="clear" w:color="auto" w:fill="E2F7EC"/>
            <w:tcMar>
              <w:top w:w="130" w:type="dxa"/>
              <w:left w:w="220" w:type="dxa"/>
              <w:bottom w:w="120" w:type="dxa"/>
              <w:right w:w="80" w:type="dxa"/>
            </w:tcMar>
            <w:vAlign w:val="center"/>
          </w:tcPr>
          <w:p>
            <w:pPr>
              <w:pStyle w:val="Heading2"/>
              <w:keepNext/>
              <w:keepLines/>
              <w:spacing w:before="0" w:after="0"/>
            </w:pPr>
            <w:r>
              <w:rPr>
                <w:color w:val="0F6B47"/>
              </w:rPr>
              <w:t xml:space="preserve">5.4   </w:t>
            </w:r>
            <w:r>
              <w:rPr/>
              <w:t>Enhorabuena por un logro</w:t>
            </w:r>
          </w:p>
        </w:tc>
        <w:tc>
          <w:tcPr>
            <w:tcW w:w="3538" w:type="dxa"/>
            <w:shd w:val="clear" w:color="auto" w:fill="E2F7EC"/>
            <w:tcMar>
              <w:top w:w="130" w:type="dxa"/>
              <w:left w:w="80" w:type="dxa"/>
              <w:bottom w:w="120" w:type="dxa"/>
              <w:right w:w="200" w:type="dxa"/>
            </w:tcMar>
            <w:vAlign w:val="center"/>
          </w:tcPr>
          <w:p>
            <w:pPr>
              <w:keepNext/>
              <w:keepLines/>
              <w:spacing w:before="0" w:after="0" w:line="360" w:lineRule="auto"/>
              <w:jc w:val="right"/>
            </w:pPr>
            <w:r>
              <w:rPr>
                <w:sz w:val="15"/>
                <w:shd w:val="clear" w:color="auto" w:fill="FFFFFF"/>
              </w:rPr>
              <w:t xml:space="preserve">  </w:t>
            </w:r>
            <w:r>
              <w:rPr>
                <w:color w:val="0F6B47"/>
                <w:sz w:val="13"/>
                <w:shd w:val="clear" w:color="auto" w:fill="FFFFFF"/>
              </w:rPr>
              <w:t>●</w:t>
            </w:r>
            <w:r>
              <w:rPr>
                <w:b/>
                <w:color w:val="0B1220"/>
                <w:spacing w:val="10"/>
                <w:sz w:val="14"/>
                <w:shd w:val="clear" w:color="auto" w:fill="FFFFFF"/>
              </w:rPr>
              <w:t xml:space="preserve"> WHATSAPP  </w:t>
            </w:r>
          </w:p>
        </w:tc>
      </w:tr>
      <w:tr>
        <w:trPr>
          <w:cantSplit/>
        </w:trPr>
        <w:tc>
          <w:tcPr>
            <w:tcW w:w="9638" w:type="dxa"/>
            <w:gridSpan w:val="2"/>
            <w:tcMar>
              <w:top w:w="150" w:type="dxa"/>
              <w:left w:w="220" w:type="dxa"/>
              <w:bottom w:w="170" w:type="dxa"/>
              <w:right w:w="260" w:type="dxa"/>
            </w:tcMar>
          </w:tcPr>
          <w:p>
            <w:pPr>
              <w:keepNext/>
              <w:keepLines/>
              <w:spacing w:before="0" w:after="160" w:line="288" w:lineRule="auto"/>
            </w:pPr>
            <w:r>
              <w:rPr>
                <w:b/>
                <w:color w:val="0F6B47"/>
                <w:spacing w:val="20"/>
                <w:sz w:val="14"/>
              </w:rPr>
              <w:t xml:space="preserve">CUÁNDO  </w:t>
            </w:r>
            <w:r>
              <w:rPr>
                <w:color w:val="4B586B"/>
                <w:sz w:val="17"/>
              </w:rPr>
              <w:t>El mismo día, de parte de su entrenador o entrenadora.</w:t>
            </w:r>
          </w:p>
          <w:p>
            <w:pPr>
              <w:pStyle w:val="Mensaje"/>
              <w:keepNext/>
              <w:keepLines/>
              <w:pBdr>
                <w:left w:val="single" w:sz="12" w:space="10" w:color="1F9A68"/>
              </w:pBdr>
              <w:spacing w:before="0" w:after="80" w:line="293" w:lineRule="auto"/>
            </w:pPr>
            <w:r>
              <w:rPr>
                <w:rStyle w:val="Hueco"/>
              </w:rPr>
              <w:t>{nombre}</w:t>
            </w:r>
            <w:r>
              <w:rPr/>
              <w:t xml:space="preserve">, lo de hoy ha sido muy grande: </w:t>
            </w:r>
            <w:r>
              <w:rPr>
                <w:rStyle w:val="Hueco"/>
              </w:rPr>
              <w:t>[EL LOGRO: tu primera dominada, 5 km sin parar]</w:t>
            </w:r>
            <w:r>
              <w:rPr/>
              <w:t xml:space="preserve">. Hace </w:t>
            </w:r>
            <w:r>
              <w:rPr>
                <w:rStyle w:val="Hueco"/>
              </w:rPr>
              <w:t>[TIEMPO]</w:t>
            </w:r>
            <w:r>
              <w:rPr/>
              <w:t xml:space="preserve"> eso parecía lejísimos.</w:t>
            </w:r>
          </w:p>
          <w:p>
            <w:pPr>
              <w:pStyle w:val="Mensaje"/>
              <w:keepNext/>
              <w:keepLines/>
              <w:pBdr>
                <w:left w:val="single" w:sz="12" w:space="10" w:color="1F9A68"/>
              </w:pBdr>
              <w:spacing w:before="0" w:after="80" w:line="293" w:lineRule="auto"/>
            </w:pPr>
            <w:r>
              <w:rPr/>
              <w:t>Disfrútalo, que te lo has ganado. Descansa bien y en la próxima sesión hablamos del siguiente objetivo.</w:t>
            </w:r>
          </w:p>
          <w:p>
            <w:pPr>
              <w:pStyle w:val="Mensaje"/>
              <w:keepNext w:val="0"/>
              <w:keepLines/>
              <w:pBdr>
                <w:left w:val="single" w:sz="12" w:space="10" w:color="1F9A68"/>
              </w:pBdr>
              <w:spacing w:before="0" w:after="0" w:line="293" w:lineRule="auto"/>
            </w:pPr>
            <w:r>
              <w:rPr>
                <w:rStyle w:val="Hueco"/>
              </w:rPr>
              <w:t>{entrenador}</w:t>
            </w:r>
          </w:p>
        </w:tc>
      </w:tr>
    </w:tbl>
    <w:p>
      <w:pPr>
        <w:keepNext w:val="0"/>
        <w:keepLines/>
        <w:spacing w:before="0" w:after="0" w:lineRule="exact" w:line="220"/>
      </w:pPr>
      <w:r>
        <w:rPr>
          <w:sz w:val="4"/>
        </w:rPr>
      </w:r>
    </w:p>
    <w:tbl>
      <w:tblPr>
        <w:tblW w:w="9638" w:type="dxa"/>
        <w:jc w:val="left"/>
        <w:tblBorders>
          <w:top w:val="single" w:sz="4" w:space="0" w:color="E3E9F0"/>
          <w:left w:val="single" w:sz="4" w:space="0" w:color="E3E9F0"/>
          <w:bottom w:val="single" w:sz="4" w:space="0" w:color="E3E9F0"/>
          <w:right w:val="single" w:sz="4" w:space="0" w:color="E3E9F0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00"/>
        <w:gridCol w:w="3538"/>
      </w:tblGrid>
      <w:tr>
        <w:trPr>
          <w:cantSplit/>
        </w:trPr>
        <w:tc>
          <w:tcPr>
            <w:tcW w:w="6100" w:type="dxa"/>
            <w:shd w:val="clear" w:color="auto" w:fill="E2F7EC"/>
            <w:tcMar>
              <w:top w:w="130" w:type="dxa"/>
              <w:left w:w="220" w:type="dxa"/>
              <w:bottom w:w="120" w:type="dxa"/>
              <w:right w:w="80" w:type="dxa"/>
            </w:tcMar>
            <w:vAlign w:val="center"/>
          </w:tcPr>
          <w:p>
            <w:pPr>
              <w:pStyle w:val="Heading2"/>
              <w:keepNext/>
              <w:keepLines/>
              <w:spacing w:before="0" w:after="0"/>
            </w:pPr>
            <w:r>
              <w:rPr>
                <w:color w:val="0F6B47"/>
              </w:rPr>
              <w:t xml:space="preserve">5.5   </w:t>
            </w:r>
            <w:r>
              <w:rPr/>
              <w:t>Plan de entrenamiento nuevo</w:t>
            </w:r>
          </w:p>
        </w:tc>
        <w:tc>
          <w:tcPr>
            <w:tcW w:w="3538" w:type="dxa"/>
            <w:shd w:val="clear" w:color="auto" w:fill="E2F7EC"/>
            <w:tcMar>
              <w:top w:w="130" w:type="dxa"/>
              <w:left w:w="80" w:type="dxa"/>
              <w:bottom w:w="120" w:type="dxa"/>
              <w:right w:w="200" w:type="dxa"/>
            </w:tcMar>
            <w:vAlign w:val="center"/>
          </w:tcPr>
          <w:p>
            <w:pPr>
              <w:keepNext/>
              <w:keepLines/>
              <w:spacing w:before="0" w:after="0" w:line="360" w:lineRule="auto"/>
              <w:jc w:val="right"/>
            </w:pPr>
            <w:r>
              <w:rPr>
                <w:sz w:val="15"/>
                <w:shd w:val="clear" w:color="auto" w:fill="FFFFFF"/>
              </w:rPr>
              <w:t xml:space="preserve">  </w:t>
            </w:r>
            <w:r>
              <w:rPr>
                <w:color w:val="4A3CCF"/>
                <w:sz w:val="13"/>
                <w:shd w:val="clear" w:color="auto" w:fill="FFFFFF"/>
              </w:rPr>
              <w:t>●</w:t>
            </w:r>
            <w:r>
              <w:rPr>
                <w:b/>
                <w:color w:val="0B1220"/>
                <w:spacing w:val="10"/>
                <w:sz w:val="14"/>
                <w:shd w:val="clear" w:color="auto" w:fill="FFFFFF"/>
              </w:rPr>
              <w:t xml:space="preserve"> NOTIFICACIÓN  </w:t>
            </w:r>
          </w:p>
        </w:tc>
      </w:tr>
      <w:tr>
        <w:trPr>
          <w:cantSplit/>
        </w:trPr>
        <w:tc>
          <w:tcPr>
            <w:tcW w:w="9638" w:type="dxa"/>
            <w:gridSpan w:val="2"/>
            <w:tcMar>
              <w:top w:w="150" w:type="dxa"/>
              <w:left w:w="220" w:type="dxa"/>
              <w:bottom w:w="170" w:type="dxa"/>
              <w:right w:w="260" w:type="dxa"/>
            </w:tcMar>
          </w:tcPr>
          <w:p>
            <w:pPr>
              <w:keepNext/>
              <w:keepLines/>
              <w:spacing w:before="0" w:after="160" w:line="288" w:lineRule="auto"/>
            </w:pPr>
            <w:r>
              <w:rPr>
                <w:b/>
                <w:color w:val="0F6B47"/>
                <w:spacing w:val="20"/>
                <w:sz w:val="14"/>
              </w:rPr>
              <w:t xml:space="preserve">CUÁNDO  </w:t>
            </w:r>
            <w:r>
              <w:rPr>
                <w:color w:val="4B586B"/>
                <w:sz w:val="17"/>
              </w:rPr>
              <w:t>Cuando su entrenador le prepara un plan nuevo.</w:t>
            </w:r>
          </w:p>
          <w:p>
            <w:pPr>
              <w:pStyle w:val="Mensaje"/>
              <w:keepNext w:val="0"/>
              <w:keepLines/>
              <w:pBdr>
                <w:left w:val="single" w:sz="12" w:space="10" w:color="1F9A68"/>
              </w:pBdr>
              <w:spacing w:before="0" w:after="0" w:line="293" w:lineRule="auto"/>
            </w:pPr>
            <w:r>
              <w:rPr>
                <w:rStyle w:val="Hueco"/>
              </w:rPr>
              <w:t>{nombre}</w:t>
            </w:r>
            <w:r>
              <w:rPr/>
              <w:t>, tu nuevo plan de entrenamiento ya está listo. Échale un vistazo antes de tu próxima sesión.</w:t>
            </w:r>
          </w:p>
        </w:tc>
      </w:tr>
    </w:tbl>
    <w:p>
      <w:pPr>
        <w:keepNext w:val="0"/>
        <w:keepLines/>
        <w:spacing w:before="0" w:after="0" w:lineRule="exact" w:line="220"/>
      </w:pPr>
      <w:r>
        <w:rPr>
          <w:sz w:val="4"/>
        </w:rPr>
      </w:r>
    </w:p>
    <w:tbl>
      <w:tblPr>
        <w:tblW w:w="9638" w:type="dxa"/>
        <w:jc w:val="left"/>
        <w:tblBorders>
          <w:top w:val="single" w:sz="4" w:space="0" w:color="E3E9F0"/>
          <w:left w:val="single" w:sz="4" w:space="0" w:color="E3E9F0"/>
          <w:bottom w:val="single" w:sz="4" w:space="0" w:color="E3E9F0"/>
          <w:right w:val="single" w:sz="4" w:space="0" w:color="E3E9F0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00"/>
        <w:gridCol w:w="3538"/>
      </w:tblGrid>
      <w:tr>
        <w:trPr>
          <w:cantSplit/>
        </w:trPr>
        <w:tc>
          <w:tcPr>
            <w:tcW w:w="6100" w:type="dxa"/>
            <w:shd w:val="clear" w:color="auto" w:fill="E2F7EC"/>
            <w:tcMar>
              <w:top w:w="130" w:type="dxa"/>
              <w:left w:w="220" w:type="dxa"/>
              <w:bottom w:w="120" w:type="dxa"/>
              <w:right w:w="80" w:type="dxa"/>
            </w:tcMar>
            <w:vAlign w:val="center"/>
          </w:tcPr>
          <w:p>
            <w:pPr>
              <w:pStyle w:val="Heading2"/>
              <w:keepNext/>
              <w:keepLines/>
              <w:spacing w:before="0" w:after="0"/>
            </w:pPr>
            <w:r>
              <w:rPr>
                <w:color w:val="0F6B47"/>
              </w:rPr>
              <w:t xml:space="preserve">5.6   </w:t>
            </w:r>
            <w:r>
              <w:rPr/>
              <w:t>Reto del mes</w:t>
            </w:r>
          </w:p>
        </w:tc>
        <w:tc>
          <w:tcPr>
            <w:tcW w:w="3538" w:type="dxa"/>
            <w:shd w:val="clear" w:color="auto" w:fill="E2F7EC"/>
            <w:tcMar>
              <w:top w:w="130" w:type="dxa"/>
              <w:left w:w="80" w:type="dxa"/>
              <w:bottom w:w="120" w:type="dxa"/>
              <w:right w:w="200" w:type="dxa"/>
            </w:tcMar>
            <w:vAlign w:val="center"/>
          </w:tcPr>
          <w:p>
            <w:pPr>
              <w:keepNext/>
              <w:keepLines/>
              <w:spacing w:before="0" w:after="0" w:line="360" w:lineRule="auto"/>
              <w:jc w:val="right"/>
            </w:pPr>
            <w:r>
              <w:rPr>
                <w:sz w:val="15"/>
                <w:shd w:val="clear" w:color="auto" w:fill="FFFFFF"/>
              </w:rPr>
              <w:t xml:space="preserve">  </w:t>
            </w:r>
            <w:r>
              <w:rPr>
                <w:color w:val="4F82EC"/>
                <w:sz w:val="13"/>
                <w:shd w:val="clear" w:color="auto" w:fill="FFFFFF"/>
              </w:rPr>
              <w:t>●</w:t>
            </w:r>
            <w:r>
              <w:rPr>
                <w:b/>
                <w:color w:val="0B1220"/>
                <w:spacing w:val="10"/>
                <w:sz w:val="14"/>
                <w:shd w:val="clear" w:color="auto" w:fill="FFFFFF"/>
              </w:rPr>
              <w:t xml:space="preserve"> EMAIL  </w:t>
            </w:r>
            <w:r>
              <w:rPr>
                <w:sz w:val="14"/>
              </w:rPr>
              <w:t xml:space="preserve"> </w:t>
            </w:r>
            <w:r>
              <w:rPr>
                <w:sz w:val="15"/>
                <w:shd w:val="clear" w:color="auto" w:fill="FFFFFF"/>
              </w:rPr>
              <w:t xml:space="preserve">  </w:t>
            </w:r>
            <w:r>
              <w:rPr>
                <w:color w:val="4A3CCF"/>
                <w:sz w:val="13"/>
                <w:shd w:val="clear" w:color="auto" w:fill="FFFFFF"/>
              </w:rPr>
              <w:t>●</w:t>
            </w:r>
            <w:r>
              <w:rPr>
                <w:b/>
                <w:color w:val="0B1220"/>
                <w:spacing w:val="10"/>
                <w:sz w:val="14"/>
                <w:shd w:val="clear" w:color="auto" w:fill="FFFFFF"/>
              </w:rPr>
              <w:t xml:space="preserve"> NOTIFICACIÓN  </w:t>
            </w:r>
          </w:p>
        </w:tc>
      </w:tr>
      <w:tr>
        <w:trPr>
          <w:cantSplit/>
        </w:trPr>
        <w:tc>
          <w:tcPr>
            <w:tcW w:w="9638" w:type="dxa"/>
            <w:gridSpan w:val="2"/>
            <w:tcMar>
              <w:top w:w="150" w:type="dxa"/>
              <w:left w:w="220" w:type="dxa"/>
              <w:bottom w:w="170" w:type="dxa"/>
              <w:right w:w="260" w:type="dxa"/>
            </w:tcMar>
          </w:tcPr>
          <w:p>
            <w:pPr>
              <w:keepNext/>
              <w:keepLines/>
              <w:spacing w:before="0" w:after="160" w:line="288" w:lineRule="auto"/>
            </w:pPr>
            <w:r>
              <w:rPr>
                <w:b/>
                <w:color w:val="0F6B47"/>
                <w:spacing w:val="20"/>
                <w:sz w:val="14"/>
              </w:rPr>
              <w:t xml:space="preserve">CUÁNDO  </w:t>
            </w:r>
            <w:r>
              <w:rPr>
                <w:color w:val="4B586B"/>
                <w:sz w:val="17"/>
              </w:rPr>
              <w:t>El día 1 del mes (o el lunes anterior).</w:t>
            </w:r>
          </w:p>
          <w:p>
            <w:pPr>
              <w:pStyle w:val="Mensaje"/>
              <w:keepNext/>
              <w:keepLines/>
              <w:pBdr>
                <w:left w:val="single" w:sz="12" w:space="10" w:color="1F9A68"/>
              </w:pBdr>
              <w:spacing w:before="0" w:after="120"/>
            </w:pPr>
            <w:r>
              <w:rPr>
                <w:b/>
                <w:color w:val="4B586B"/>
              </w:rPr>
              <w:t xml:space="preserve">Asunto: </w:t>
            </w:r>
            <w:r>
              <w:rPr>
                <w:b/>
              </w:rPr>
              <w:t xml:space="preserve">Reto de </w:t>
            </w:r>
            <w:r>
              <w:rPr>
                <w:rStyle w:val="Hueco"/>
                <w:b/>
              </w:rPr>
              <w:t>[MES]</w:t>
            </w:r>
            <w:r>
              <w:rPr>
                <w:b/>
              </w:rPr>
              <w:t xml:space="preserve">: </w:t>
            </w:r>
            <w:r>
              <w:rPr>
                <w:rStyle w:val="Hueco"/>
                <w:b/>
              </w:rPr>
              <w:t>[NOMBRE DEL RETO]</w:t>
            </w:r>
          </w:p>
          <w:p>
            <w:pPr>
              <w:pStyle w:val="Mensaje"/>
              <w:keepNext/>
              <w:keepLines/>
              <w:pBdr>
                <w:left w:val="single" w:sz="12" w:space="10" w:color="1F9A68"/>
              </w:pBdr>
              <w:spacing w:before="0" w:after="80" w:line="293" w:lineRule="auto"/>
            </w:pPr>
            <w:r>
              <w:rPr/>
              <w:t xml:space="preserve">Hola, </w:t>
            </w:r>
            <w:r>
              <w:rPr>
                <w:rStyle w:val="Hueco"/>
              </w:rPr>
              <w:t>{nombre}</w:t>
            </w:r>
            <w:r>
              <w:rPr/>
              <w:t>:</w:t>
            </w:r>
          </w:p>
          <w:p>
            <w:pPr>
              <w:pStyle w:val="Mensaje"/>
              <w:keepNext/>
              <w:keepLines/>
              <w:pBdr>
                <w:left w:val="single" w:sz="12" w:space="10" w:color="1F9A68"/>
              </w:pBdr>
              <w:spacing w:before="0" w:after="80" w:line="293" w:lineRule="auto"/>
            </w:pPr>
            <w:r>
              <w:rPr/>
              <w:t xml:space="preserve">Este mes te proponemos un reto: </w:t>
            </w:r>
            <w:r>
              <w:rPr>
                <w:rStyle w:val="Hueco"/>
              </w:rPr>
              <w:t>[EL RETO: venir 12 veces, probar una clase nueva cada semana]</w:t>
            </w:r>
            <w:r>
              <w:rPr/>
              <w:t>.</w:t>
            </w:r>
          </w:p>
          <w:p>
            <w:pPr>
              <w:pStyle w:val="Mensaje"/>
              <w:keepNext/>
              <w:keepLines/>
              <w:pBdr>
                <w:left w:val="single" w:sz="12" w:space="10" w:color="1F9A68"/>
              </w:pBdr>
              <w:spacing w:before="0" w:after="80" w:line="293" w:lineRule="auto"/>
            </w:pPr>
            <w:r>
              <w:rPr/>
              <w:t xml:space="preserve">Cómo participar: </w:t>
            </w:r>
            <w:r>
              <w:rPr>
                <w:rStyle w:val="Hueco"/>
              </w:rPr>
              <w:t>[CÓMO SE APUNTA Y CÓMO SE CUENTA]</w:t>
            </w:r>
            <w:r>
              <w:rPr/>
              <w:t xml:space="preserve">. Al final del mes, </w:t>
            </w:r>
            <w:r>
              <w:rPr>
                <w:rStyle w:val="Hueco"/>
              </w:rPr>
              <w:t>[EL RECONOCIMIENTO: tu nombre en el panel del centro]</w:t>
            </w:r>
            <w:r>
              <w:rPr/>
              <w:t>.</w:t>
            </w:r>
          </w:p>
          <w:p>
            <w:pPr>
              <w:pStyle w:val="Mensaje"/>
              <w:keepNext/>
              <w:keepLines/>
              <w:pBdr>
                <w:left w:val="single" w:sz="12" w:space="10" w:color="1F9A68"/>
              </w:pBdr>
              <w:spacing w:before="0" w:after="80" w:line="293" w:lineRule="auto"/>
            </w:pPr>
            <w:r>
              <w:rPr/>
              <w:t>Lo importante no es ganar: es tener una buena excusa para no fallar. ¿Te apuntas?</w:t>
            </w:r>
          </w:p>
          <w:p>
            <w:pPr>
              <w:pStyle w:val="Mensaje"/>
              <w:keepNext/>
              <w:keepLines/>
              <w:pBdr>
                <w:left w:val="single" w:sz="12" w:space="10" w:color="1F9A68"/>
              </w:pBdr>
              <w:spacing w:before="0" w:after="80" w:line="293" w:lineRule="auto"/>
            </w:pPr>
            <w:r>
              <w:rPr>
                <w:rStyle w:val="Hueco"/>
              </w:rPr>
              <w:t>{firma}</w:t>
            </w:r>
          </w:p>
          <w:p>
            <w:pPr>
              <w:keepNext/>
              <w:keepLines/>
              <w:spacing w:before="180" w:after="80"/>
            </w:pPr>
            <w:r>
              <w:rPr>
                <w:b/>
                <w:color w:val="5C697D"/>
                <w:spacing w:val="20"/>
                <w:sz w:val="14"/>
              </w:rPr>
              <w:t>VERSIÓN NOTIFICACIÓN  ·  MÁX. 120 CARACTERES</w:t>
            </w:r>
          </w:p>
          <w:p>
            <w:pPr>
              <w:pStyle w:val="Mensaje"/>
              <w:keepNext w:val="0"/>
              <w:keepLines/>
              <w:pBdr>
                <w:left w:val="single" w:sz="12" w:space="10" w:color="1F9A68"/>
              </w:pBdr>
              <w:spacing w:before="0" w:after="0" w:line="293" w:lineRule="auto"/>
            </w:pPr>
            <w:r>
              <w:rPr/>
              <w:t xml:space="preserve">Arranca el reto de </w:t>
            </w:r>
            <w:r>
              <w:rPr>
                <w:rStyle w:val="Hueco"/>
              </w:rPr>
              <w:t>[MES]</w:t>
            </w:r>
            <w:r>
              <w:rPr/>
              <w:t xml:space="preserve">: </w:t>
            </w:r>
            <w:r>
              <w:rPr>
                <w:rStyle w:val="Hueco"/>
              </w:rPr>
              <w:t>[NOMBRE DEL RETO]</w:t>
            </w:r>
            <w:r>
              <w:rPr/>
              <w:t>. ¿Te apuntas? Tienes todos los detalles en tu correo.</w:t>
            </w:r>
          </w:p>
        </w:tc>
      </w:tr>
    </w:tbl>
    <w:p>
      <w:pPr>
        <w:keepNext w:val="0"/>
        <w:keepLines/>
        <w:spacing w:before="0" w:after="0" w:lineRule="exact" w:line="220"/>
      </w:pPr>
      <w:r>
        <w:rPr>
          <w:sz w:val="4"/>
        </w:rPr>
      </w:r>
    </w:p>
    <w:p>
      <w:pPr>
        <w:keepNext/>
        <w:keepLines/>
        <w:spacing w:before="360" w:after="0" w:lineRule="exact" w:line="20"/>
      </w:pPr>
      <w:r>
        <w:rPr>
          <w:sz w:val="2"/>
        </w:rPr>
      </w:r>
    </w:p>
    <w:tbl>
      <w:tblPr>
        <w:tblW w:w="9638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138"/>
        <w:gridCol w:w="1500"/>
      </w:tblGrid>
      <w:tr>
        <w:trPr>
          <w:cantSplit/>
        </w:trPr>
        <w:tc>
          <w:tcPr>
            <w:tcW w:w="8138" w:type="dxa"/>
            <w:shd w:val="clear" w:color="auto" w:fill="FFE8ED"/>
            <w:tcMar>
              <w:top w:w="300" w:type="dxa"/>
              <w:left w:w="340" w:type="dxa"/>
              <w:bottom w:w="300" w:type="dxa"/>
              <w:right w:w="120" w:type="dxa"/>
            </w:tcMar>
            <w:vAlign w:val="center"/>
          </w:tcPr>
          <w:p>
            <w:pPr>
              <w:keepNext/>
              <w:keepLines/>
              <w:spacing w:before="0" w:after="100"/>
            </w:pPr>
            <w:r>
              <w:rPr>
                <w:b/>
                <w:color w:val="C9284A"/>
                <w:spacing w:val="24"/>
                <w:sz w:val="15"/>
              </w:rPr>
              <w:t>SECCIÓN 06  ·  5 MENSAJES</w:t>
            </w:r>
          </w:p>
          <w:p>
            <w:pPr>
              <w:pStyle w:val="Heading1"/>
              <w:keepNext/>
              <w:keepLines/>
              <w:spacing w:before="0" w:after="120"/>
            </w:pPr>
            <w:r>
              <w:rPr/>
              <w:t>Socios que dejan de venir</w:t>
            </w:r>
          </w:p>
          <w:p>
            <w:pPr>
              <w:keepNext/>
              <w:keepLines/>
              <w:spacing w:before="0" w:after="0" w:line="312" w:lineRule="auto"/>
            </w:pPr>
            <w:r>
              <w:rPr>
                <w:color w:val="4B586B"/>
                <w:sz w:val="20"/>
              </w:rPr>
              <w:t>Quien deja de venir suele acabar pidiendo la baja. Escribe antes, como persona y sin reproches: que quiera volver, no que se sienta vigilado.</w:t>
            </w:r>
          </w:p>
        </w:tc>
        <w:tc>
          <w:tcPr>
            <w:tcW w:w="1500" w:type="dxa"/>
            <w:shd w:val="clear" w:color="auto" w:fill="FFE8ED"/>
            <w:tcMar>
              <w:top w:w="200" w:type="dxa"/>
              <w:left w:w="120" w:type="dxa"/>
              <w:bottom w:w="200" w:type="dxa"/>
              <w:right w:w="300" w:type="dxa"/>
            </w:tcMar>
            <w:vAlign w:val="center"/>
          </w:tcPr>
          <w:p>
            <w:pPr>
              <w:keepNext/>
              <w:keepLines/>
              <w:spacing w:before="0" w:after="0"/>
              <w:jc w:val="right"/>
            </w:pPr>
            <w:r>
              <w:rPr>
                <w:b/>
                <w:color w:val="C9284A"/>
                <w:sz w:val="80"/>
              </w:rPr>
              <w:t>06</w:t>
            </w:r>
          </w:p>
        </w:tc>
      </w:tr>
    </w:tbl>
    <w:p>
      <w:pPr>
        <w:keepNext/>
        <w:keepLines/>
        <w:spacing w:before="0" w:after="0" w:lineRule="exact" w:line="240"/>
      </w:pPr>
      <w:r>
        <w:rPr>
          <w:sz w:val="4"/>
        </w:rPr>
      </w:r>
    </w:p>
    <w:tbl>
      <w:tblPr>
        <w:tblW w:w="9638" w:type="dxa"/>
        <w:jc w:val="left"/>
        <w:tblBorders>
          <w:top w:val="single" w:sz="4" w:space="0" w:color="E3E9F0"/>
          <w:left w:val="single" w:sz="4" w:space="0" w:color="E3E9F0"/>
          <w:bottom w:val="single" w:sz="4" w:space="0" w:color="E3E9F0"/>
          <w:right w:val="single" w:sz="4" w:space="0" w:color="E3E9F0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00"/>
        <w:gridCol w:w="3538"/>
      </w:tblGrid>
      <w:tr>
        <w:trPr>
          <w:cantSplit/>
        </w:trPr>
        <w:tc>
          <w:tcPr>
            <w:tcW w:w="6100" w:type="dxa"/>
            <w:shd w:val="clear" w:color="auto" w:fill="FFE8ED"/>
            <w:tcMar>
              <w:top w:w="130" w:type="dxa"/>
              <w:left w:w="220" w:type="dxa"/>
              <w:bottom w:w="120" w:type="dxa"/>
              <w:right w:w="80" w:type="dxa"/>
            </w:tcMar>
            <w:vAlign w:val="center"/>
          </w:tcPr>
          <w:p>
            <w:pPr>
              <w:pStyle w:val="Heading2"/>
              <w:keepNext/>
              <w:keepLines/>
              <w:spacing w:before="0" w:after="0"/>
            </w:pPr>
            <w:r>
              <w:rPr>
                <w:color w:val="C9284A"/>
              </w:rPr>
              <w:t xml:space="preserve">6.1   </w:t>
            </w:r>
            <w:r>
              <w:rPr/>
              <w:t>14 días sin venir</w:t>
            </w:r>
          </w:p>
        </w:tc>
        <w:tc>
          <w:tcPr>
            <w:tcW w:w="3538" w:type="dxa"/>
            <w:shd w:val="clear" w:color="auto" w:fill="FFE8ED"/>
            <w:tcMar>
              <w:top w:w="130" w:type="dxa"/>
              <w:left w:w="80" w:type="dxa"/>
              <w:bottom w:w="120" w:type="dxa"/>
              <w:right w:w="200" w:type="dxa"/>
            </w:tcMar>
            <w:vAlign w:val="center"/>
          </w:tcPr>
          <w:p>
            <w:pPr>
              <w:keepNext/>
              <w:keepLines/>
              <w:spacing w:before="0" w:after="0" w:line="360" w:lineRule="auto"/>
              <w:jc w:val="right"/>
            </w:pPr>
            <w:r>
              <w:rPr>
                <w:sz w:val="15"/>
                <w:shd w:val="clear" w:color="auto" w:fill="FFFFFF"/>
              </w:rPr>
              <w:t xml:space="preserve">  </w:t>
            </w:r>
            <w:r>
              <w:rPr>
                <w:color w:val="0F6B47"/>
                <w:sz w:val="13"/>
                <w:shd w:val="clear" w:color="auto" w:fill="FFFFFF"/>
              </w:rPr>
              <w:t>●</w:t>
            </w:r>
            <w:r>
              <w:rPr>
                <w:b/>
                <w:color w:val="0B1220"/>
                <w:spacing w:val="10"/>
                <w:sz w:val="14"/>
                <w:shd w:val="clear" w:color="auto" w:fill="FFFFFF"/>
              </w:rPr>
              <w:t xml:space="preserve"> WHATSAPP  </w:t>
            </w:r>
          </w:p>
        </w:tc>
      </w:tr>
      <w:tr>
        <w:trPr>
          <w:cantSplit/>
        </w:trPr>
        <w:tc>
          <w:tcPr>
            <w:tcW w:w="9638" w:type="dxa"/>
            <w:gridSpan w:val="2"/>
            <w:tcMar>
              <w:top w:w="150" w:type="dxa"/>
              <w:left w:w="220" w:type="dxa"/>
              <w:bottom w:w="170" w:type="dxa"/>
              <w:right w:w="260" w:type="dxa"/>
            </w:tcMar>
          </w:tcPr>
          <w:p>
            <w:pPr>
              <w:keepNext/>
              <w:keepLines/>
              <w:spacing w:before="0" w:after="160" w:line="288" w:lineRule="auto"/>
            </w:pPr>
            <w:r>
              <w:rPr>
                <w:b/>
                <w:color w:val="C9284A"/>
                <w:spacing w:val="20"/>
                <w:sz w:val="14"/>
              </w:rPr>
              <w:t xml:space="preserve">CUÁNDO  </w:t>
            </w:r>
            <w:r>
              <w:rPr>
                <w:color w:val="4B586B"/>
                <w:sz w:val="17"/>
              </w:rPr>
              <w:t>Tras 14 días sin visitas, en socios que venían con regularidad.</w:t>
            </w:r>
          </w:p>
          <w:p>
            <w:pPr>
              <w:pStyle w:val="Mensaje"/>
              <w:keepNext/>
              <w:keepLines/>
              <w:pBdr>
                <w:left w:val="single" w:sz="12" w:space="10" w:color="C9284A"/>
              </w:pBdr>
              <w:spacing w:before="0" w:after="80" w:line="293" w:lineRule="auto"/>
            </w:pPr>
            <w:r>
              <w:rPr/>
              <w:t xml:space="preserve">Hola, </w:t>
            </w:r>
            <w:r>
              <w:rPr>
                <w:rStyle w:val="Hueco"/>
              </w:rPr>
              <w:t>{nombre}</w:t>
            </w:r>
            <w:r>
              <w:rPr/>
              <w:t xml:space="preserve">. Hace un par de semanas que no te vemos por </w:t>
            </w:r>
            <w:r>
              <w:rPr>
                <w:rStyle w:val="Hueco"/>
              </w:rPr>
              <w:t>{centro}</w:t>
            </w:r>
            <w:r>
              <w:rPr/>
              <w:t xml:space="preserve"> y quería saber qué tal estás.</w:t>
            </w:r>
          </w:p>
          <w:p>
            <w:pPr>
              <w:pStyle w:val="Mensaje"/>
              <w:keepNext w:val="0"/>
              <w:keepLines/>
              <w:pBdr>
                <w:left w:val="single" w:sz="12" w:space="10" w:color="C9284A"/>
              </w:pBdr>
              <w:spacing w:before="0" w:after="0" w:line="293" w:lineRule="auto"/>
            </w:pPr>
            <w:r>
              <w:rPr/>
              <w:t xml:space="preserve">Si ha sido el trabajo, un viaje o una mala racha, nos pasa a todos. Cuando quieras volver, aquí estamos; si te apetece, te reservo plaza en </w:t>
            </w:r>
            <w:r>
              <w:rPr>
                <w:rStyle w:val="Hueco"/>
              </w:rPr>
              <w:t>{clase}</w:t>
            </w:r>
            <w:r>
              <w:rPr/>
              <w:t xml:space="preserve"> esta semana.</w:t>
            </w:r>
          </w:p>
        </w:tc>
      </w:tr>
    </w:tbl>
    <w:p>
      <w:pPr>
        <w:keepNext w:val="0"/>
        <w:keepLines/>
        <w:spacing w:before="0" w:after="0" w:lineRule="exact" w:line="220"/>
      </w:pPr>
      <w:r>
        <w:rPr>
          <w:sz w:val="4"/>
        </w:rPr>
      </w:r>
    </w:p>
    <w:tbl>
      <w:tblPr>
        <w:tblW w:w="9638" w:type="dxa"/>
        <w:jc w:val="left"/>
        <w:tblBorders>
          <w:top w:val="single" w:sz="4" w:space="0" w:color="E3E9F0"/>
          <w:left w:val="single" w:sz="4" w:space="0" w:color="E3E9F0"/>
          <w:bottom w:val="single" w:sz="4" w:space="0" w:color="E3E9F0"/>
          <w:right w:val="single" w:sz="4" w:space="0" w:color="E3E9F0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00"/>
        <w:gridCol w:w="3538"/>
      </w:tblGrid>
      <w:tr>
        <w:trPr>
          <w:cantSplit/>
        </w:trPr>
        <w:tc>
          <w:tcPr>
            <w:tcW w:w="6100" w:type="dxa"/>
            <w:shd w:val="clear" w:color="auto" w:fill="FFE8ED"/>
            <w:tcMar>
              <w:top w:w="130" w:type="dxa"/>
              <w:left w:w="220" w:type="dxa"/>
              <w:bottom w:w="120" w:type="dxa"/>
              <w:right w:w="80" w:type="dxa"/>
            </w:tcMar>
            <w:vAlign w:val="center"/>
          </w:tcPr>
          <w:p>
            <w:pPr>
              <w:pStyle w:val="Heading2"/>
              <w:keepNext/>
              <w:keepLines/>
              <w:spacing w:before="0" w:after="0"/>
            </w:pPr>
            <w:r>
              <w:rPr>
                <w:color w:val="C9284A"/>
              </w:rPr>
              <w:t xml:space="preserve">6.2   </w:t>
            </w:r>
            <w:r>
              <w:rPr/>
              <w:t>30 días sin venir</w:t>
            </w:r>
          </w:p>
        </w:tc>
        <w:tc>
          <w:tcPr>
            <w:tcW w:w="3538" w:type="dxa"/>
            <w:shd w:val="clear" w:color="auto" w:fill="FFE8ED"/>
            <w:tcMar>
              <w:top w:w="130" w:type="dxa"/>
              <w:left w:w="80" w:type="dxa"/>
              <w:bottom w:w="120" w:type="dxa"/>
              <w:right w:w="200" w:type="dxa"/>
            </w:tcMar>
            <w:vAlign w:val="center"/>
          </w:tcPr>
          <w:p>
            <w:pPr>
              <w:keepNext/>
              <w:keepLines/>
              <w:spacing w:before="0" w:after="0" w:line="360" w:lineRule="auto"/>
              <w:jc w:val="right"/>
            </w:pPr>
            <w:r>
              <w:rPr>
                <w:sz w:val="15"/>
                <w:shd w:val="clear" w:color="auto" w:fill="FFFFFF"/>
              </w:rPr>
              <w:t xml:space="preserve">  </w:t>
            </w:r>
            <w:r>
              <w:rPr>
                <w:color w:val="0F6B47"/>
                <w:sz w:val="13"/>
                <w:shd w:val="clear" w:color="auto" w:fill="FFFFFF"/>
              </w:rPr>
              <w:t>●</w:t>
            </w:r>
            <w:r>
              <w:rPr>
                <w:b/>
                <w:color w:val="0B1220"/>
                <w:spacing w:val="10"/>
                <w:sz w:val="14"/>
                <w:shd w:val="clear" w:color="auto" w:fill="FFFFFF"/>
              </w:rPr>
              <w:t xml:space="preserve"> WHATSAPP  </w:t>
            </w:r>
            <w:r>
              <w:rPr>
                <w:sz w:val="14"/>
              </w:rPr>
              <w:t xml:space="preserve"> </w:t>
            </w:r>
            <w:r>
              <w:rPr>
                <w:sz w:val="15"/>
                <w:shd w:val="clear" w:color="auto" w:fill="FFFFFF"/>
              </w:rPr>
              <w:t xml:space="preserve">  </w:t>
            </w:r>
            <w:r>
              <w:rPr>
                <w:color w:val="4F82EC"/>
                <w:sz w:val="13"/>
                <w:shd w:val="clear" w:color="auto" w:fill="FFFFFF"/>
              </w:rPr>
              <w:t>●</w:t>
            </w:r>
            <w:r>
              <w:rPr>
                <w:b/>
                <w:color w:val="0B1220"/>
                <w:spacing w:val="10"/>
                <w:sz w:val="14"/>
                <w:shd w:val="clear" w:color="auto" w:fill="FFFFFF"/>
              </w:rPr>
              <w:t xml:space="preserve"> EMAIL  </w:t>
            </w:r>
          </w:p>
        </w:tc>
      </w:tr>
      <w:tr>
        <w:trPr>
          <w:cantSplit/>
        </w:trPr>
        <w:tc>
          <w:tcPr>
            <w:tcW w:w="9638" w:type="dxa"/>
            <w:gridSpan w:val="2"/>
            <w:tcMar>
              <w:top w:w="150" w:type="dxa"/>
              <w:left w:w="220" w:type="dxa"/>
              <w:bottom w:w="170" w:type="dxa"/>
              <w:right w:w="260" w:type="dxa"/>
            </w:tcMar>
          </w:tcPr>
          <w:p>
            <w:pPr>
              <w:keepNext/>
              <w:keepLines/>
              <w:spacing w:before="0" w:after="160" w:line="288" w:lineRule="auto"/>
            </w:pPr>
            <w:r>
              <w:rPr>
                <w:b/>
                <w:color w:val="C9284A"/>
                <w:spacing w:val="20"/>
                <w:sz w:val="14"/>
              </w:rPr>
              <w:t xml:space="preserve">CUÁNDO  </w:t>
            </w:r>
            <w:r>
              <w:rPr>
                <w:color w:val="4B586B"/>
                <w:sz w:val="17"/>
              </w:rPr>
              <w:t>Tras 30 días sin visitas. Mejor si lo firma su entrenador o entrenadora.</w:t>
            </w:r>
          </w:p>
          <w:p>
            <w:pPr>
              <w:pStyle w:val="Mensaje"/>
              <w:keepNext/>
              <w:keepLines/>
              <w:pBdr>
                <w:left w:val="single" w:sz="12" w:space="10" w:color="C9284A"/>
              </w:pBdr>
              <w:spacing w:before="0" w:after="120"/>
            </w:pPr>
            <w:r>
              <w:rPr>
                <w:b/>
                <w:color w:val="4B586B"/>
              </w:rPr>
              <w:t xml:space="preserve">Asunto: </w:t>
            </w:r>
            <w:r>
              <w:rPr>
                <w:b/>
              </w:rPr>
              <w:t xml:space="preserve">Te echamos de menos, </w:t>
            </w:r>
            <w:r>
              <w:rPr>
                <w:rStyle w:val="Hueco"/>
                <w:b/>
              </w:rPr>
              <w:t>{nombre}</w:t>
            </w:r>
          </w:p>
          <w:p>
            <w:pPr>
              <w:pStyle w:val="Mensaje"/>
              <w:keepNext/>
              <w:keepLines/>
              <w:pBdr>
                <w:left w:val="single" w:sz="12" w:space="10" w:color="C9284A"/>
              </w:pBdr>
              <w:spacing w:before="0" w:after="80" w:line="293" w:lineRule="auto"/>
            </w:pPr>
            <w:r>
              <w:rPr>
                <w:rStyle w:val="Hueco"/>
              </w:rPr>
              <w:t>{nombre}</w:t>
            </w:r>
            <w:r>
              <w:rPr/>
              <w:t xml:space="preserve">, soy </w:t>
            </w:r>
            <w:r>
              <w:rPr>
                <w:rStyle w:val="Hueco"/>
              </w:rPr>
              <w:t>{entrenador}</w:t>
            </w:r>
            <w:r>
              <w:rPr/>
              <w:t xml:space="preserve">, de </w:t>
            </w:r>
            <w:r>
              <w:rPr>
                <w:rStyle w:val="Hueco"/>
              </w:rPr>
              <w:t>{centro}</w:t>
            </w:r>
            <w:r>
              <w:rPr/>
              <w:t>. Llevamos un mes sin verte y te echamos de menos.</w:t>
            </w:r>
          </w:p>
          <w:p>
            <w:pPr>
              <w:pStyle w:val="Mensaje"/>
              <w:keepNext/>
              <w:keepLines/>
              <w:pBdr>
                <w:left w:val="single" w:sz="12" w:space="10" w:color="C9284A"/>
              </w:pBdr>
              <w:spacing w:before="0" w:after="80" w:line="293" w:lineRule="auto"/>
            </w:pPr>
            <w:r>
              <w:rPr/>
              <w:t>Volver después de un parón cuesta, lo sé. Por eso te propongo algo sencillo: una sesión tranquila conmigo para retomar a tu ritmo, sin presión. ¿Qué día te viene bien?</w:t>
            </w:r>
          </w:p>
          <w:p>
            <w:pPr>
              <w:pStyle w:val="Mensaje"/>
              <w:keepNext w:val="0"/>
              <w:keepLines/>
              <w:pBdr>
                <w:left w:val="single" w:sz="12" w:space="10" w:color="C9284A"/>
              </w:pBdr>
              <w:spacing w:before="0" w:after="0" w:line="293" w:lineRule="auto"/>
            </w:pPr>
            <w:r>
              <w:rPr/>
              <w:t>Y si hay algo que podamos hacer mejor, también me gustaría saberlo.</w:t>
            </w:r>
          </w:p>
        </w:tc>
      </w:tr>
    </w:tbl>
    <w:p>
      <w:pPr>
        <w:keepNext w:val="0"/>
        <w:keepLines/>
        <w:spacing w:before="0" w:after="0" w:lineRule="exact" w:line="220"/>
      </w:pPr>
      <w:r>
        <w:rPr>
          <w:sz w:val="4"/>
        </w:rPr>
      </w:r>
    </w:p>
    <w:tbl>
      <w:tblPr>
        <w:tblW w:w="9638" w:type="dxa"/>
        <w:jc w:val="left"/>
        <w:tblBorders>
          <w:top w:val="single" w:sz="4" w:space="0" w:color="E3E9F0"/>
          <w:left w:val="single" w:sz="4" w:space="0" w:color="E3E9F0"/>
          <w:bottom w:val="single" w:sz="4" w:space="0" w:color="E3E9F0"/>
          <w:right w:val="single" w:sz="4" w:space="0" w:color="E3E9F0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00"/>
        <w:gridCol w:w="3538"/>
      </w:tblGrid>
      <w:tr>
        <w:trPr>
          <w:cantSplit/>
        </w:trPr>
        <w:tc>
          <w:tcPr>
            <w:tcW w:w="6100" w:type="dxa"/>
            <w:shd w:val="clear" w:color="auto" w:fill="FFE8ED"/>
            <w:tcMar>
              <w:top w:w="130" w:type="dxa"/>
              <w:left w:w="220" w:type="dxa"/>
              <w:bottom w:w="120" w:type="dxa"/>
              <w:right w:w="80" w:type="dxa"/>
            </w:tcMar>
            <w:vAlign w:val="center"/>
          </w:tcPr>
          <w:p>
            <w:pPr>
              <w:pStyle w:val="Heading2"/>
              <w:keepNext/>
              <w:keepLines/>
              <w:spacing w:before="0" w:after="0"/>
            </w:pPr>
            <w:r>
              <w:rPr>
                <w:color w:val="C9284A"/>
              </w:rPr>
              <w:t xml:space="preserve">6.3   </w:t>
            </w:r>
            <w:r>
              <w:rPr/>
              <w:t>Ofrecer una pausa en lugar de la baja</w:t>
            </w:r>
          </w:p>
        </w:tc>
        <w:tc>
          <w:tcPr>
            <w:tcW w:w="3538" w:type="dxa"/>
            <w:shd w:val="clear" w:color="auto" w:fill="FFE8ED"/>
            <w:tcMar>
              <w:top w:w="130" w:type="dxa"/>
              <w:left w:w="80" w:type="dxa"/>
              <w:bottom w:w="120" w:type="dxa"/>
              <w:right w:w="200" w:type="dxa"/>
            </w:tcMar>
            <w:vAlign w:val="center"/>
          </w:tcPr>
          <w:p>
            <w:pPr>
              <w:keepNext/>
              <w:keepLines/>
              <w:spacing w:before="0" w:after="0" w:line="360" w:lineRule="auto"/>
              <w:jc w:val="right"/>
            </w:pPr>
            <w:r>
              <w:rPr>
                <w:sz w:val="15"/>
                <w:shd w:val="clear" w:color="auto" w:fill="FFFFFF"/>
              </w:rPr>
              <w:t xml:space="preserve">  </w:t>
            </w:r>
            <w:r>
              <w:rPr>
                <w:color w:val="0F6B47"/>
                <w:sz w:val="13"/>
                <w:shd w:val="clear" w:color="auto" w:fill="FFFFFF"/>
              </w:rPr>
              <w:t>●</w:t>
            </w:r>
            <w:r>
              <w:rPr>
                <w:b/>
                <w:color w:val="0B1220"/>
                <w:spacing w:val="10"/>
                <w:sz w:val="14"/>
                <w:shd w:val="clear" w:color="auto" w:fill="FFFFFF"/>
              </w:rPr>
              <w:t xml:space="preserve"> WHATSAPP  </w:t>
            </w:r>
            <w:r>
              <w:rPr>
                <w:sz w:val="14"/>
              </w:rPr>
              <w:t xml:space="preserve"> </w:t>
            </w:r>
            <w:r>
              <w:rPr>
                <w:sz w:val="15"/>
                <w:shd w:val="clear" w:color="auto" w:fill="FFFFFF"/>
              </w:rPr>
              <w:t xml:space="preserve">  </w:t>
            </w:r>
            <w:r>
              <w:rPr>
                <w:color w:val="4F82EC"/>
                <w:sz w:val="13"/>
                <w:shd w:val="clear" w:color="auto" w:fill="FFFFFF"/>
              </w:rPr>
              <w:t>●</w:t>
            </w:r>
            <w:r>
              <w:rPr>
                <w:b/>
                <w:color w:val="0B1220"/>
                <w:spacing w:val="10"/>
                <w:sz w:val="14"/>
                <w:shd w:val="clear" w:color="auto" w:fill="FFFFFF"/>
              </w:rPr>
              <w:t xml:space="preserve"> EMAIL  </w:t>
            </w:r>
          </w:p>
        </w:tc>
      </w:tr>
      <w:tr>
        <w:trPr>
          <w:cantSplit/>
        </w:trPr>
        <w:tc>
          <w:tcPr>
            <w:tcW w:w="9638" w:type="dxa"/>
            <w:gridSpan w:val="2"/>
            <w:tcMar>
              <w:top w:w="150" w:type="dxa"/>
              <w:left w:w="220" w:type="dxa"/>
              <w:bottom w:w="170" w:type="dxa"/>
              <w:right w:w="260" w:type="dxa"/>
            </w:tcMar>
          </w:tcPr>
          <w:p>
            <w:pPr>
              <w:keepNext/>
              <w:keepLines/>
              <w:spacing w:before="0" w:after="160" w:line="288" w:lineRule="auto"/>
            </w:pPr>
            <w:r>
              <w:rPr>
                <w:b/>
                <w:color w:val="C9284A"/>
                <w:spacing w:val="20"/>
                <w:sz w:val="14"/>
              </w:rPr>
              <w:t xml:space="preserve">CUÁNDO  </w:t>
            </w:r>
            <w:r>
              <w:rPr>
                <w:color w:val="4B586B"/>
                <w:sz w:val="17"/>
              </w:rPr>
              <w:t>Cuando pide la baja por algo temporal: una lesión, el trabajo, un viaje, los exámenes.</w:t>
            </w:r>
          </w:p>
          <w:p>
            <w:pPr>
              <w:pStyle w:val="Mensaje"/>
              <w:keepNext/>
              <w:keepLines/>
              <w:pBdr>
                <w:left w:val="single" w:sz="12" w:space="10" w:color="C9284A"/>
              </w:pBdr>
              <w:spacing w:before="0" w:after="120"/>
            </w:pPr>
            <w:r>
              <w:rPr>
                <w:b/>
                <w:color w:val="4B586B"/>
              </w:rPr>
              <w:t xml:space="preserve">Asunto: </w:t>
            </w:r>
            <w:r>
              <w:rPr>
                <w:b/>
              </w:rPr>
              <w:t>Antes de tramitar tu baja</w:t>
            </w:r>
          </w:p>
          <w:p>
            <w:pPr>
              <w:pStyle w:val="Mensaje"/>
              <w:keepNext/>
              <w:keepLines/>
              <w:pBdr>
                <w:left w:val="single" w:sz="12" w:space="10" w:color="C9284A"/>
              </w:pBdr>
              <w:spacing w:before="0" w:after="80" w:line="293" w:lineRule="auto"/>
            </w:pPr>
            <w:r>
              <w:rPr/>
              <w:t xml:space="preserve">Gracias por contármelo, </w:t>
            </w:r>
            <w:r>
              <w:rPr>
                <w:rStyle w:val="Hueco"/>
              </w:rPr>
              <w:t>{nombre}</w:t>
            </w:r>
            <w:r>
              <w:rPr/>
              <w:t>. Lo entiendo perfectamente.</w:t>
            </w:r>
          </w:p>
          <w:p>
            <w:pPr>
              <w:pStyle w:val="Mensaje"/>
              <w:keepNext/>
              <w:keepLines/>
              <w:pBdr>
                <w:left w:val="single" w:sz="12" w:space="10" w:color="C9284A"/>
              </w:pBdr>
              <w:spacing w:before="0" w:after="80" w:line="293" w:lineRule="auto"/>
            </w:pPr>
            <w:r>
              <w:rPr/>
              <w:t xml:space="preserve">Antes de tramitar la baja, te cuento una opción por si te encaja mejor: puedes pausar tu cuota hasta </w:t>
            </w:r>
            <w:r>
              <w:rPr>
                <w:rStyle w:val="Hueco"/>
              </w:rPr>
              <w:t>[TIEMPO MÁXIMO: 1, 2 o 3 meses]</w:t>
            </w:r>
            <w:r>
              <w:rPr/>
              <w:t xml:space="preserve">. Durante la pausa </w:t>
            </w:r>
            <w:r>
              <w:rPr>
                <w:rStyle w:val="Hueco"/>
              </w:rPr>
              <w:t>[CONDICIONES: no pagas nada]</w:t>
            </w:r>
            <w:r>
              <w:rPr/>
              <w:t xml:space="preserve"> y, al volver, mantienes </w:t>
            </w:r>
            <w:r>
              <w:rPr>
                <w:rStyle w:val="Hueco"/>
              </w:rPr>
              <w:t>[LO QUE CONSERVA: tu precio actual]</w:t>
            </w:r>
            <w:r>
              <w:rPr/>
              <w:t>.</w:t>
            </w:r>
          </w:p>
          <w:p>
            <w:pPr>
              <w:pStyle w:val="Mensaje"/>
              <w:keepNext/>
              <w:keepLines/>
              <w:pBdr>
                <w:left w:val="single" w:sz="12" w:space="10" w:color="C9284A"/>
              </w:pBdr>
              <w:spacing w:before="0" w:after="80" w:line="293" w:lineRule="auto"/>
            </w:pPr>
            <w:r>
              <w:rPr/>
              <w:t>Si prefieres la baja, sin problema: la tramito hoy mismo. Tú decides.</w:t>
            </w:r>
          </w:p>
          <w:p>
            <w:pPr>
              <w:keepNext w:val="0"/>
              <w:keepLines/>
              <w:spacing w:before="120" w:after="0" w:line="288" w:lineRule="auto"/>
            </w:pPr>
            <w:r>
              <w:rPr>
                <w:b/>
                <w:color w:val="C9284A"/>
                <w:sz w:val="17"/>
              </w:rPr>
              <w:t xml:space="preserve">Consejo  ·  </w:t>
            </w:r>
            <w:r>
              <w:rPr>
                <w:color w:val="4B586B"/>
                <w:sz w:val="17"/>
              </w:rPr>
              <w:t>Ofrece la pausa una sola vez y respeta la respuesta: poner trabas a una baja se paga en reseñas.</w:t>
            </w:r>
          </w:p>
        </w:tc>
      </w:tr>
    </w:tbl>
    <w:p>
      <w:pPr>
        <w:keepNext w:val="0"/>
        <w:keepLines/>
        <w:spacing w:before="0" w:after="0" w:lineRule="exact" w:line="220"/>
      </w:pPr>
      <w:r>
        <w:rPr>
          <w:sz w:val="4"/>
        </w:rPr>
      </w:r>
    </w:p>
    <w:tbl>
      <w:tblPr>
        <w:tblW w:w="9638" w:type="dxa"/>
        <w:jc w:val="left"/>
        <w:tblBorders>
          <w:top w:val="single" w:sz="4" w:space="0" w:color="E3E9F0"/>
          <w:left w:val="single" w:sz="4" w:space="0" w:color="E3E9F0"/>
          <w:bottom w:val="single" w:sz="4" w:space="0" w:color="E3E9F0"/>
          <w:right w:val="single" w:sz="4" w:space="0" w:color="E3E9F0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00"/>
        <w:gridCol w:w="3538"/>
      </w:tblGrid>
      <w:tr>
        <w:trPr>
          <w:cantSplit/>
        </w:trPr>
        <w:tc>
          <w:tcPr>
            <w:tcW w:w="6100" w:type="dxa"/>
            <w:shd w:val="clear" w:color="auto" w:fill="FFE8ED"/>
            <w:tcMar>
              <w:top w:w="130" w:type="dxa"/>
              <w:left w:w="220" w:type="dxa"/>
              <w:bottom w:w="120" w:type="dxa"/>
              <w:right w:w="80" w:type="dxa"/>
            </w:tcMar>
            <w:vAlign w:val="center"/>
          </w:tcPr>
          <w:p>
            <w:pPr>
              <w:pStyle w:val="Heading2"/>
              <w:keepNext/>
              <w:keepLines/>
              <w:spacing w:before="0" w:after="0"/>
            </w:pPr>
            <w:r>
              <w:rPr>
                <w:color w:val="C9284A"/>
              </w:rPr>
              <w:t xml:space="preserve">6.4   </w:t>
            </w:r>
            <w:r>
              <w:rPr/>
              <w:t>Ajustar la cuota a lo que usa</w:t>
            </w:r>
          </w:p>
        </w:tc>
        <w:tc>
          <w:tcPr>
            <w:tcW w:w="3538" w:type="dxa"/>
            <w:shd w:val="clear" w:color="auto" w:fill="FFE8ED"/>
            <w:tcMar>
              <w:top w:w="130" w:type="dxa"/>
              <w:left w:w="80" w:type="dxa"/>
              <w:bottom w:w="120" w:type="dxa"/>
              <w:right w:w="200" w:type="dxa"/>
            </w:tcMar>
            <w:vAlign w:val="center"/>
          </w:tcPr>
          <w:p>
            <w:pPr>
              <w:keepNext/>
              <w:keepLines/>
              <w:spacing w:before="0" w:after="0" w:line="360" w:lineRule="auto"/>
              <w:jc w:val="right"/>
            </w:pPr>
            <w:r>
              <w:rPr>
                <w:sz w:val="15"/>
                <w:shd w:val="clear" w:color="auto" w:fill="FFFFFF"/>
              </w:rPr>
              <w:t xml:space="preserve">  </w:t>
            </w:r>
            <w:r>
              <w:rPr>
                <w:color w:val="0F6B47"/>
                <w:sz w:val="13"/>
                <w:shd w:val="clear" w:color="auto" w:fill="FFFFFF"/>
              </w:rPr>
              <w:t>●</w:t>
            </w:r>
            <w:r>
              <w:rPr>
                <w:b/>
                <w:color w:val="0B1220"/>
                <w:spacing w:val="10"/>
                <w:sz w:val="14"/>
                <w:shd w:val="clear" w:color="auto" w:fill="FFFFFF"/>
              </w:rPr>
              <w:t xml:space="preserve"> WHATSAPP  </w:t>
            </w:r>
          </w:p>
        </w:tc>
      </w:tr>
      <w:tr>
        <w:trPr>
          <w:cantSplit/>
        </w:trPr>
        <w:tc>
          <w:tcPr>
            <w:tcW w:w="9638" w:type="dxa"/>
            <w:gridSpan w:val="2"/>
            <w:tcMar>
              <w:top w:w="150" w:type="dxa"/>
              <w:left w:w="220" w:type="dxa"/>
              <w:bottom w:w="170" w:type="dxa"/>
              <w:right w:w="260" w:type="dxa"/>
            </w:tcMar>
          </w:tcPr>
          <w:p>
            <w:pPr>
              <w:keepNext/>
              <w:keepLines/>
              <w:spacing w:before="0" w:after="160" w:line="288" w:lineRule="auto"/>
            </w:pPr>
            <w:r>
              <w:rPr>
                <w:b/>
                <w:color w:val="C9284A"/>
                <w:spacing w:val="20"/>
                <w:sz w:val="14"/>
              </w:rPr>
              <w:t xml:space="preserve">CUÁNDO  </w:t>
            </w:r>
            <w:r>
              <w:rPr>
                <w:color w:val="4B586B"/>
                <w:sz w:val="17"/>
              </w:rPr>
              <w:t>Cuando lleva semanas viniendo mucho menos de lo que paga.</w:t>
            </w:r>
          </w:p>
          <w:p>
            <w:pPr>
              <w:pStyle w:val="Mensaje"/>
              <w:keepNext/>
              <w:keepLines/>
              <w:pBdr>
                <w:left w:val="single" w:sz="12" w:space="10" w:color="C9284A"/>
              </w:pBdr>
              <w:spacing w:before="0" w:after="80" w:line="293" w:lineRule="auto"/>
            </w:pPr>
            <w:r>
              <w:rPr/>
              <w:t xml:space="preserve">Hola, </w:t>
            </w:r>
            <w:r>
              <w:rPr>
                <w:rStyle w:val="Hueco"/>
              </w:rPr>
              <w:t>{nombre}</w:t>
            </w:r>
            <w:r>
              <w:rPr/>
              <w:t xml:space="preserve">. Te escribo por algo que quizá te sorprenda: este último mes has venido </w:t>
            </w:r>
            <w:r>
              <w:rPr>
                <w:rStyle w:val="Hueco"/>
              </w:rPr>
              <w:t>{visitas}</w:t>
            </w:r>
            <w:r>
              <w:rPr/>
              <w:t xml:space="preserve"> veces y tu </w:t>
            </w:r>
            <w:r>
              <w:rPr>
                <w:rStyle w:val="Hueco"/>
              </w:rPr>
              <w:t>{plan}</w:t>
            </w:r>
            <w:r>
              <w:rPr/>
              <w:t xml:space="preserve"> es para venir bastante más.</w:t>
            </w:r>
          </w:p>
          <w:p>
            <w:pPr>
              <w:pStyle w:val="Mensaje"/>
              <w:keepNext/>
              <w:keepLines/>
              <w:pBdr>
                <w:left w:val="single" w:sz="12" w:space="10" w:color="C9284A"/>
              </w:pBdr>
              <w:spacing w:before="0" w:after="80" w:line="293" w:lineRule="auto"/>
            </w:pPr>
            <w:r>
              <w:rPr/>
              <w:t xml:space="preserve">Si te va mejor, podemos pasarte a </w:t>
            </w:r>
            <w:r>
              <w:rPr>
                <w:rStyle w:val="Hueco"/>
              </w:rPr>
              <w:t>[PLAN MÁS AJUSTADO]</w:t>
            </w:r>
            <w:r>
              <w:rPr/>
              <w:t xml:space="preserve"> por </w:t>
            </w:r>
            <w:r>
              <w:rPr>
                <w:rStyle w:val="Hueco"/>
              </w:rPr>
              <w:t>{importe}</w:t>
            </w:r>
            <w:r>
              <w:rPr/>
              <w:t xml:space="preserve"> al mes. Preferimos que pagues lo que de verdad usas y sigas con nosotros.</w:t>
            </w:r>
          </w:p>
          <w:p>
            <w:pPr>
              <w:pStyle w:val="Mensaje"/>
              <w:keepNext/>
              <w:keepLines/>
              <w:pBdr>
                <w:left w:val="single" w:sz="12" w:space="10" w:color="C9284A"/>
              </w:pBdr>
              <w:spacing w:before="0" w:after="80" w:line="293" w:lineRule="auto"/>
            </w:pPr>
            <w:r>
              <w:rPr/>
              <w:t>¿Te lo cambio?</w:t>
            </w:r>
          </w:p>
          <w:p>
            <w:pPr>
              <w:keepNext w:val="0"/>
              <w:keepLines/>
              <w:spacing w:before="120" w:after="0" w:line="288" w:lineRule="auto"/>
            </w:pPr>
            <w:r>
              <w:rPr>
                <w:b/>
                <w:color w:val="C9284A"/>
                <w:sz w:val="17"/>
              </w:rPr>
              <w:t xml:space="preserve">Consejo  ·  </w:t>
            </w:r>
            <w:r>
              <w:rPr>
                <w:color w:val="4B586B"/>
                <w:sz w:val="17"/>
              </w:rPr>
              <w:t>Parece ir contra la caja, pero quien se siente bien tratado se queda más tiempo y te recomienda.</w:t>
            </w:r>
          </w:p>
        </w:tc>
      </w:tr>
    </w:tbl>
    <w:p>
      <w:pPr>
        <w:keepNext w:val="0"/>
        <w:keepLines/>
        <w:spacing w:before="0" w:after="0" w:lineRule="exact" w:line="220"/>
      </w:pPr>
      <w:r>
        <w:rPr>
          <w:sz w:val="4"/>
        </w:rPr>
      </w:r>
    </w:p>
    <w:tbl>
      <w:tblPr>
        <w:tblW w:w="9638" w:type="dxa"/>
        <w:jc w:val="left"/>
        <w:tblBorders>
          <w:top w:val="single" w:sz="4" w:space="0" w:color="E3E9F0"/>
          <w:left w:val="single" w:sz="4" w:space="0" w:color="E3E9F0"/>
          <w:bottom w:val="single" w:sz="4" w:space="0" w:color="E3E9F0"/>
          <w:right w:val="single" w:sz="4" w:space="0" w:color="E3E9F0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00"/>
        <w:gridCol w:w="3538"/>
      </w:tblGrid>
      <w:tr>
        <w:trPr>
          <w:cantSplit/>
        </w:trPr>
        <w:tc>
          <w:tcPr>
            <w:tcW w:w="6100" w:type="dxa"/>
            <w:shd w:val="clear" w:color="auto" w:fill="FFE8ED"/>
            <w:tcMar>
              <w:top w:w="130" w:type="dxa"/>
              <w:left w:w="220" w:type="dxa"/>
              <w:bottom w:w="120" w:type="dxa"/>
              <w:right w:w="80" w:type="dxa"/>
            </w:tcMar>
            <w:vAlign w:val="center"/>
          </w:tcPr>
          <w:p>
            <w:pPr>
              <w:pStyle w:val="Heading2"/>
              <w:keepNext/>
              <w:keepLines/>
              <w:spacing w:before="0" w:after="0"/>
            </w:pPr>
            <w:r>
              <w:rPr>
                <w:color w:val="C9284A"/>
              </w:rPr>
              <w:t xml:space="preserve">6.5   </w:t>
            </w:r>
            <w:r>
              <w:rPr/>
              <w:t>Bienvenida de vuelta</w:t>
            </w:r>
          </w:p>
        </w:tc>
        <w:tc>
          <w:tcPr>
            <w:tcW w:w="3538" w:type="dxa"/>
            <w:shd w:val="clear" w:color="auto" w:fill="FFE8ED"/>
            <w:tcMar>
              <w:top w:w="130" w:type="dxa"/>
              <w:left w:w="80" w:type="dxa"/>
              <w:bottom w:w="120" w:type="dxa"/>
              <w:right w:w="200" w:type="dxa"/>
            </w:tcMar>
            <w:vAlign w:val="center"/>
          </w:tcPr>
          <w:p>
            <w:pPr>
              <w:keepNext/>
              <w:keepLines/>
              <w:spacing w:before="0" w:after="0" w:line="360" w:lineRule="auto"/>
              <w:jc w:val="right"/>
            </w:pPr>
            <w:r>
              <w:rPr>
                <w:sz w:val="15"/>
                <w:shd w:val="clear" w:color="auto" w:fill="FFFFFF"/>
              </w:rPr>
              <w:t xml:space="preserve">  </w:t>
            </w:r>
            <w:r>
              <w:rPr>
                <w:color w:val="0F6B47"/>
                <w:sz w:val="13"/>
                <w:shd w:val="clear" w:color="auto" w:fill="FFFFFF"/>
              </w:rPr>
              <w:t>●</w:t>
            </w:r>
            <w:r>
              <w:rPr>
                <w:b/>
                <w:color w:val="0B1220"/>
                <w:spacing w:val="10"/>
                <w:sz w:val="14"/>
                <w:shd w:val="clear" w:color="auto" w:fill="FFFFFF"/>
              </w:rPr>
              <w:t xml:space="preserve"> WHATSAPP  </w:t>
            </w:r>
          </w:p>
        </w:tc>
      </w:tr>
      <w:tr>
        <w:trPr>
          <w:cantSplit/>
        </w:trPr>
        <w:tc>
          <w:tcPr>
            <w:tcW w:w="9638" w:type="dxa"/>
            <w:gridSpan w:val="2"/>
            <w:tcMar>
              <w:top w:w="150" w:type="dxa"/>
              <w:left w:w="220" w:type="dxa"/>
              <w:bottom w:w="170" w:type="dxa"/>
              <w:right w:w="260" w:type="dxa"/>
            </w:tcMar>
          </w:tcPr>
          <w:p>
            <w:pPr>
              <w:keepNext/>
              <w:keepLines/>
              <w:spacing w:before="0" w:after="160" w:line="288" w:lineRule="auto"/>
            </w:pPr>
            <w:r>
              <w:rPr>
                <w:b/>
                <w:color w:val="C9284A"/>
                <w:spacing w:val="20"/>
                <w:sz w:val="14"/>
              </w:rPr>
              <w:t xml:space="preserve">CUÁNDO  </w:t>
            </w:r>
            <w:r>
              <w:rPr>
                <w:color w:val="4B586B"/>
                <w:sz w:val="17"/>
              </w:rPr>
              <w:t>Después de su primera visita tras una ausencia larga.</w:t>
            </w:r>
          </w:p>
          <w:p>
            <w:pPr>
              <w:pStyle w:val="Mensaje"/>
              <w:keepNext/>
              <w:keepLines/>
              <w:pBdr>
                <w:left w:val="single" w:sz="12" w:space="10" w:color="C9284A"/>
              </w:pBdr>
              <w:spacing w:before="0" w:after="80" w:line="293" w:lineRule="auto"/>
            </w:pPr>
            <w:r>
              <w:rPr/>
              <w:t xml:space="preserve">¡Qué alegría verte de nuevo, </w:t>
            </w:r>
            <w:r>
              <w:rPr>
                <w:rStyle w:val="Hueco"/>
              </w:rPr>
              <w:t>{nombre}</w:t>
            </w:r>
            <w:r>
              <w:rPr/>
              <w:t>! El primer día después de un parón es el que más cuesta, y ya lo tienes.</w:t>
            </w:r>
          </w:p>
          <w:p>
            <w:pPr>
              <w:pStyle w:val="Mensaje"/>
              <w:keepNext w:val="0"/>
              <w:keepLines/>
              <w:pBdr>
                <w:left w:val="single" w:sz="12" w:space="10" w:color="C9284A"/>
              </w:pBdr>
              <w:spacing w:before="0" w:after="0" w:line="293" w:lineRule="auto"/>
            </w:pPr>
            <w:r>
              <w:rPr/>
              <w:t>Tómatelo con calma estos días: el cuerpo se acuerda antes de lo que crees. Si quieres, te ayudo a organizar las próximas semanas.</w:t>
            </w:r>
          </w:p>
        </w:tc>
      </w:tr>
    </w:tbl>
    <w:p>
      <w:pPr>
        <w:keepNext w:val="0"/>
        <w:keepLines/>
        <w:spacing w:before="0" w:after="0" w:lineRule="exact" w:line="220"/>
      </w:pPr>
      <w:r>
        <w:rPr>
          <w:sz w:val="4"/>
        </w:rPr>
      </w:r>
    </w:p>
    <w:p>
      <w:pPr>
        <w:keepNext/>
        <w:keepLines/>
        <w:spacing w:before="360" w:after="0" w:lineRule="exact" w:line="20"/>
      </w:pPr>
      <w:r>
        <w:rPr>
          <w:sz w:val="2"/>
        </w:rPr>
      </w:r>
    </w:p>
    <w:tbl>
      <w:tblPr>
        <w:tblW w:w="9638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138"/>
        <w:gridCol w:w="1500"/>
      </w:tblGrid>
      <w:tr>
        <w:trPr>
          <w:cantSplit/>
        </w:trPr>
        <w:tc>
          <w:tcPr>
            <w:tcW w:w="8138" w:type="dxa"/>
            <w:shd w:val="clear" w:color="auto" w:fill="EDF1F6"/>
            <w:tcMar>
              <w:top w:w="300" w:type="dxa"/>
              <w:left w:w="340" w:type="dxa"/>
              <w:bottom w:w="300" w:type="dxa"/>
              <w:right w:w="120" w:type="dxa"/>
            </w:tcMar>
            <w:vAlign w:val="center"/>
          </w:tcPr>
          <w:p>
            <w:pPr>
              <w:keepNext/>
              <w:keepLines/>
              <w:spacing w:before="0" w:after="100"/>
            </w:pPr>
            <w:r>
              <w:rPr>
                <w:b/>
                <w:color w:val="4B586B"/>
                <w:spacing w:val="24"/>
                <w:sz w:val="15"/>
              </w:rPr>
              <w:t>SECCIÓN 07  ·  4 MENSAJES</w:t>
            </w:r>
          </w:p>
          <w:p>
            <w:pPr>
              <w:pStyle w:val="Heading1"/>
              <w:keepNext/>
              <w:keepLines/>
              <w:spacing w:before="0" w:after="120"/>
            </w:pPr>
            <w:r>
              <w:rPr/>
              <w:t>Bajas y recuperación</w:t>
            </w:r>
          </w:p>
          <w:p>
            <w:pPr>
              <w:keepNext/>
              <w:keepLines/>
              <w:spacing w:before="0" w:after="0" w:line="312" w:lineRule="auto"/>
            </w:pPr>
            <w:r>
              <w:rPr>
                <w:color w:val="4B586B"/>
                <w:sz w:val="20"/>
              </w:rPr>
              <w:t>Una baja bien hecha deja la puerta abierta. Pon fácil el trámite, pregunta por qué y vuelve a escribir solo si te dio permiso.</w:t>
            </w:r>
          </w:p>
        </w:tc>
        <w:tc>
          <w:tcPr>
            <w:tcW w:w="1500" w:type="dxa"/>
            <w:shd w:val="clear" w:color="auto" w:fill="EDF1F6"/>
            <w:tcMar>
              <w:top w:w="200" w:type="dxa"/>
              <w:left w:w="120" w:type="dxa"/>
              <w:bottom w:w="200" w:type="dxa"/>
              <w:right w:w="300" w:type="dxa"/>
            </w:tcMar>
            <w:vAlign w:val="center"/>
          </w:tcPr>
          <w:p>
            <w:pPr>
              <w:keepNext/>
              <w:keepLines/>
              <w:spacing w:before="0" w:after="0"/>
              <w:jc w:val="right"/>
            </w:pPr>
            <w:r>
              <w:rPr>
                <w:b/>
                <w:color w:val="7A879A"/>
                <w:sz w:val="80"/>
              </w:rPr>
              <w:t>07</w:t>
            </w:r>
          </w:p>
        </w:tc>
      </w:tr>
    </w:tbl>
    <w:p>
      <w:pPr>
        <w:keepNext/>
        <w:keepLines/>
        <w:spacing w:before="0" w:after="0" w:lineRule="exact" w:line="240"/>
      </w:pPr>
      <w:r>
        <w:rPr>
          <w:sz w:val="4"/>
        </w:rPr>
      </w:r>
    </w:p>
    <w:tbl>
      <w:tblPr>
        <w:tblW w:w="9638" w:type="dxa"/>
        <w:jc w:val="left"/>
        <w:tblBorders>
          <w:top w:val="single" w:sz="4" w:space="0" w:color="E3E9F0"/>
          <w:left w:val="single" w:sz="4" w:space="0" w:color="E3E9F0"/>
          <w:bottom w:val="single" w:sz="4" w:space="0" w:color="E3E9F0"/>
          <w:right w:val="single" w:sz="4" w:space="0" w:color="E3E9F0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00"/>
        <w:gridCol w:w="3538"/>
      </w:tblGrid>
      <w:tr>
        <w:trPr>
          <w:cantSplit/>
        </w:trPr>
        <w:tc>
          <w:tcPr>
            <w:tcW w:w="6100" w:type="dxa"/>
            <w:shd w:val="clear" w:color="auto" w:fill="EDF1F6"/>
            <w:tcMar>
              <w:top w:w="130" w:type="dxa"/>
              <w:left w:w="220" w:type="dxa"/>
              <w:bottom w:w="120" w:type="dxa"/>
              <w:right w:w="80" w:type="dxa"/>
            </w:tcMar>
            <w:vAlign w:val="center"/>
          </w:tcPr>
          <w:p>
            <w:pPr>
              <w:pStyle w:val="Heading2"/>
              <w:keepNext/>
              <w:keepLines/>
              <w:spacing w:before="0" w:after="0"/>
            </w:pPr>
            <w:r>
              <w:rPr>
                <w:color w:val="4B586B"/>
              </w:rPr>
              <w:t xml:space="preserve">7.1   </w:t>
            </w:r>
            <w:r>
              <w:rPr/>
              <w:t>Confirmación de baja</w:t>
            </w:r>
          </w:p>
        </w:tc>
        <w:tc>
          <w:tcPr>
            <w:tcW w:w="3538" w:type="dxa"/>
            <w:shd w:val="clear" w:color="auto" w:fill="EDF1F6"/>
            <w:tcMar>
              <w:top w:w="130" w:type="dxa"/>
              <w:left w:w="80" w:type="dxa"/>
              <w:bottom w:w="120" w:type="dxa"/>
              <w:right w:w="200" w:type="dxa"/>
            </w:tcMar>
            <w:vAlign w:val="center"/>
          </w:tcPr>
          <w:p>
            <w:pPr>
              <w:keepNext/>
              <w:keepLines/>
              <w:spacing w:before="0" w:after="0" w:line="360" w:lineRule="auto"/>
              <w:jc w:val="right"/>
            </w:pPr>
            <w:r>
              <w:rPr>
                <w:sz w:val="15"/>
                <w:shd w:val="clear" w:color="auto" w:fill="FFFFFF"/>
              </w:rPr>
              <w:t xml:space="preserve">  </w:t>
            </w:r>
            <w:r>
              <w:rPr>
                <w:color w:val="4F82EC"/>
                <w:sz w:val="13"/>
                <w:shd w:val="clear" w:color="auto" w:fill="FFFFFF"/>
              </w:rPr>
              <w:t>●</w:t>
            </w:r>
            <w:r>
              <w:rPr>
                <w:b/>
                <w:color w:val="0B1220"/>
                <w:spacing w:val="10"/>
                <w:sz w:val="14"/>
                <w:shd w:val="clear" w:color="auto" w:fill="FFFFFF"/>
              </w:rPr>
              <w:t xml:space="preserve"> EMAIL  </w:t>
            </w:r>
          </w:p>
        </w:tc>
      </w:tr>
      <w:tr>
        <w:trPr>
          <w:cantSplit/>
        </w:trPr>
        <w:tc>
          <w:tcPr>
            <w:tcW w:w="9638" w:type="dxa"/>
            <w:gridSpan w:val="2"/>
            <w:tcMar>
              <w:top w:w="150" w:type="dxa"/>
              <w:left w:w="220" w:type="dxa"/>
              <w:bottom w:w="170" w:type="dxa"/>
              <w:right w:w="260" w:type="dxa"/>
            </w:tcMar>
          </w:tcPr>
          <w:p>
            <w:pPr>
              <w:keepNext/>
              <w:keepLines/>
              <w:spacing w:before="0" w:after="160" w:line="288" w:lineRule="auto"/>
            </w:pPr>
            <w:r>
              <w:rPr>
                <w:b/>
                <w:color w:val="4B586B"/>
                <w:spacing w:val="20"/>
                <w:sz w:val="14"/>
              </w:rPr>
              <w:t xml:space="preserve">CUÁNDO  </w:t>
            </w:r>
            <w:r>
              <w:rPr>
                <w:color w:val="4B586B"/>
                <w:sz w:val="17"/>
              </w:rPr>
              <w:t>El mismo día que tramitas la baja.</w:t>
            </w:r>
          </w:p>
          <w:p>
            <w:pPr>
              <w:pStyle w:val="Mensaje"/>
              <w:keepNext/>
              <w:keepLines/>
              <w:pBdr>
                <w:left w:val="single" w:sz="12" w:space="10" w:color="7A879A"/>
              </w:pBdr>
              <w:spacing w:before="0" w:after="120"/>
            </w:pPr>
            <w:r>
              <w:rPr>
                <w:b/>
                <w:color w:val="4B586B"/>
              </w:rPr>
              <w:t xml:space="preserve">Asunto: </w:t>
            </w:r>
            <w:r>
              <w:rPr>
                <w:b/>
              </w:rPr>
              <w:t xml:space="preserve">Tu baja en </w:t>
            </w:r>
            <w:r>
              <w:rPr>
                <w:rStyle w:val="Hueco"/>
                <w:b/>
              </w:rPr>
              <w:t>{centro}</w:t>
            </w:r>
            <w:r>
              <w:rPr>
                <w:b/>
              </w:rPr>
              <w:t xml:space="preserve"> está confirmada</w:t>
            </w:r>
          </w:p>
          <w:p>
            <w:pPr>
              <w:pStyle w:val="Mensaje"/>
              <w:keepNext/>
              <w:keepLines/>
              <w:pBdr>
                <w:left w:val="single" w:sz="12" w:space="10" w:color="7A879A"/>
              </w:pBdr>
              <w:spacing w:before="0" w:after="80" w:line="293" w:lineRule="auto"/>
            </w:pPr>
            <w:r>
              <w:rPr/>
              <w:t xml:space="preserve">Hola, </w:t>
            </w:r>
            <w:r>
              <w:rPr>
                <w:rStyle w:val="Hueco"/>
              </w:rPr>
              <w:t>{nombre}</w:t>
            </w:r>
            <w:r>
              <w:rPr/>
              <w:t>:</w:t>
            </w:r>
          </w:p>
          <w:p>
            <w:pPr>
              <w:pStyle w:val="Mensaje"/>
              <w:keepNext/>
              <w:keepLines/>
              <w:pBdr>
                <w:left w:val="single" w:sz="12" w:space="10" w:color="7A879A"/>
              </w:pBdr>
              <w:spacing w:before="0" w:after="80" w:line="293" w:lineRule="auto"/>
            </w:pPr>
            <w:r>
              <w:rPr/>
              <w:t xml:space="preserve">Te confirmamos que hemos tramitado tu baja. Tu último día con acceso será el </w:t>
            </w:r>
            <w:r>
              <w:rPr>
                <w:rStyle w:val="Hueco"/>
              </w:rPr>
              <w:t>{fecha}</w:t>
            </w:r>
            <w:r>
              <w:rPr/>
              <w:t xml:space="preserve"> y a partir de entonces no te pasaremos más cuotas.</w:t>
            </w:r>
          </w:p>
          <w:p>
            <w:pPr>
              <w:pStyle w:val="Mensaje"/>
              <w:keepNext/>
              <w:keepLines/>
              <w:pBdr>
                <w:left w:val="single" w:sz="12" w:space="10" w:color="7A879A"/>
              </w:pBdr>
              <w:spacing w:before="0" w:after="80" w:line="293" w:lineRule="auto"/>
            </w:pPr>
            <w:r>
              <w:rPr/>
              <w:t xml:space="preserve">Gracias por el tiempo que has entrenado con nosotros; ha sido un gusto tenerte en </w:t>
            </w:r>
            <w:r>
              <w:rPr>
                <w:rStyle w:val="Hueco"/>
              </w:rPr>
              <w:t>{centro}</w:t>
            </w:r>
            <w:r>
              <w:rPr/>
              <w:t>. Si algún día quieres volver, solo tienes que escribirnos.</w:t>
            </w:r>
          </w:p>
          <w:p>
            <w:pPr>
              <w:pStyle w:val="Mensaje"/>
              <w:keepNext/>
              <w:keepLines/>
              <w:pBdr>
                <w:left w:val="single" w:sz="12" w:space="10" w:color="7A879A"/>
              </w:pBdr>
              <w:spacing w:before="0" w:after="80" w:line="293" w:lineRule="auto"/>
            </w:pPr>
            <w:r>
              <w:rPr/>
              <w:t>Un abrazo,</w:t>
            </w:r>
          </w:p>
          <w:p>
            <w:pPr>
              <w:pStyle w:val="Mensaje"/>
              <w:keepNext w:val="0"/>
              <w:keepLines/>
              <w:pBdr>
                <w:left w:val="single" w:sz="12" w:space="10" w:color="7A879A"/>
              </w:pBdr>
              <w:spacing w:before="0" w:after="0" w:line="293" w:lineRule="auto"/>
            </w:pPr>
            <w:r>
              <w:rPr>
                <w:rStyle w:val="Hueco"/>
              </w:rPr>
              <w:t>{firma}</w:t>
            </w:r>
          </w:p>
        </w:tc>
      </w:tr>
    </w:tbl>
    <w:p>
      <w:pPr>
        <w:keepNext w:val="0"/>
        <w:keepLines/>
        <w:spacing w:before="0" w:after="0" w:lineRule="exact" w:line="220"/>
      </w:pPr>
      <w:r>
        <w:rPr>
          <w:sz w:val="4"/>
        </w:rPr>
      </w:r>
    </w:p>
    <w:tbl>
      <w:tblPr>
        <w:tblW w:w="9638" w:type="dxa"/>
        <w:jc w:val="left"/>
        <w:tblBorders>
          <w:top w:val="single" w:sz="4" w:space="0" w:color="E3E9F0"/>
          <w:left w:val="single" w:sz="4" w:space="0" w:color="E3E9F0"/>
          <w:bottom w:val="single" w:sz="4" w:space="0" w:color="E3E9F0"/>
          <w:right w:val="single" w:sz="4" w:space="0" w:color="E3E9F0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00"/>
        <w:gridCol w:w="3538"/>
      </w:tblGrid>
      <w:tr>
        <w:trPr>
          <w:cantSplit/>
        </w:trPr>
        <w:tc>
          <w:tcPr>
            <w:tcW w:w="6100" w:type="dxa"/>
            <w:shd w:val="clear" w:color="auto" w:fill="EDF1F6"/>
            <w:tcMar>
              <w:top w:w="130" w:type="dxa"/>
              <w:left w:w="220" w:type="dxa"/>
              <w:bottom w:w="120" w:type="dxa"/>
              <w:right w:w="80" w:type="dxa"/>
            </w:tcMar>
            <w:vAlign w:val="center"/>
          </w:tcPr>
          <w:p>
            <w:pPr>
              <w:pStyle w:val="Heading2"/>
              <w:keepNext/>
              <w:keepLines/>
              <w:spacing w:before="0" w:after="0"/>
            </w:pPr>
            <w:r>
              <w:rPr>
                <w:color w:val="4B586B"/>
              </w:rPr>
              <w:t xml:space="preserve">7.2   </w:t>
            </w:r>
            <w:r>
              <w:rPr/>
              <w:t>Encuesta de salida</w:t>
            </w:r>
          </w:p>
        </w:tc>
        <w:tc>
          <w:tcPr>
            <w:tcW w:w="3538" w:type="dxa"/>
            <w:shd w:val="clear" w:color="auto" w:fill="EDF1F6"/>
            <w:tcMar>
              <w:top w:w="130" w:type="dxa"/>
              <w:left w:w="80" w:type="dxa"/>
              <w:bottom w:w="120" w:type="dxa"/>
              <w:right w:w="200" w:type="dxa"/>
            </w:tcMar>
            <w:vAlign w:val="center"/>
          </w:tcPr>
          <w:p>
            <w:pPr>
              <w:keepNext/>
              <w:keepLines/>
              <w:spacing w:before="0" w:after="0" w:line="360" w:lineRule="auto"/>
              <w:jc w:val="right"/>
            </w:pPr>
            <w:r>
              <w:rPr>
                <w:sz w:val="15"/>
                <w:shd w:val="clear" w:color="auto" w:fill="FFFFFF"/>
              </w:rPr>
              <w:t xml:space="preserve">  </w:t>
            </w:r>
            <w:r>
              <w:rPr>
                <w:color w:val="4F82EC"/>
                <w:sz w:val="13"/>
                <w:shd w:val="clear" w:color="auto" w:fill="FFFFFF"/>
              </w:rPr>
              <w:t>●</w:t>
            </w:r>
            <w:r>
              <w:rPr>
                <w:b/>
                <w:color w:val="0B1220"/>
                <w:spacing w:val="10"/>
                <w:sz w:val="14"/>
                <w:shd w:val="clear" w:color="auto" w:fill="FFFFFF"/>
              </w:rPr>
              <w:t xml:space="preserve"> EMAIL  </w:t>
            </w:r>
          </w:p>
        </w:tc>
      </w:tr>
      <w:tr>
        <w:trPr>
          <w:cantSplit/>
        </w:trPr>
        <w:tc>
          <w:tcPr>
            <w:tcW w:w="9638" w:type="dxa"/>
            <w:gridSpan w:val="2"/>
            <w:tcMar>
              <w:top w:w="150" w:type="dxa"/>
              <w:left w:w="220" w:type="dxa"/>
              <w:bottom w:w="170" w:type="dxa"/>
              <w:right w:w="260" w:type="dxa"/>
            </w:tcMar>
          </w:tcPr>
          <w:p>
            <w:pPr>
              <w:keepNext/>
              <w:keepLines/>
              <w:spacing w:before="0" w:after="160" w:line="288" w:lineRule="auto"/>
            </w:pPr>
            <w:r>
              <w:rPr>
                <w:b/>
                <w:color w:val="4B586B"/>
                <w:spacing w:val="20"/>
                <w:sz w:val="14"/>
              </w:rPr>
              <w:t xml:space="preserve">CUÁNDO  </w:t>
            </w:r>
            <w:r>
              <w:rPr>
                <w:color w:val="4B586B"/>
                <w:sz w:val="17"/>
              </w:rPr>
              <w:t>2 o 3 días después de la baja. Una sola vez.</w:t>
            </w:r>
          </w:p>
          <w:p>
            <w:pPr>
              <w:pStyle w:val="Mensaje"/>
              <w:keepNext/>
              <w:keepLines/>
              <w:pBdr>
                <w:left w:val="single" w:sz="12" w:space="10" w:color="7A879A"/>
              </w:pBdr>
              <w:spacing w:before="0" w:after="120"/>
            </w:pPr>
            <w:r>
              <w:rPr>
                <w:b/>
                <w:color w:val="4B586B"/>
              </w:rPr>
              <w:t xml:space="preserve">Asunto: </w:t>
            </w:r>
            <w:r>
              <w:rPr>
                <w:b/>
              </w:rPr>
              <w:t>¿Nos ayudas con 3 preguntas? (1 minuto)</w:t>
            </w:r>
          </w:p>
          <w:p>
            <w:pPr>
              <w:pStyle w:val="Mensaje"/>
              <w:keepNext/>
              <w:keepLines/>
              <w:pBdr>
                <w:left w:val="single" w:sz="12" w:space="10" w:color="7A879A"/>
              </w:pBdr>
              <w:spacing w:before="0" w:after="80" w:line="293" w:lineRule="auto"/>
            </w:pPr>
            <w:r>
              <w:rPr/>
              <w:t xml:space="preserve">Hola, </w:t>
            </w:r>
            <w:r>
              <w:rPr>
                <w:rStyle w:val="Hueco"/>
              </w:rPr>
              <w:t>{nombre}</w:t>
            </w:r>
            <w:r>
              <w:rPr/>
              <w:t>:</w:t>
            </w:r>
          </w:p>
          <w:p>
            <w:pPr>
              <w:pStyle w:val="Mensaje"/>
              <w:keepNext/>
              <w:keepLines/>
              <w:pBdr>
                <w:left w:val="single" w:sz="12" w:space="10" w:color="7A879A"/>
              </w:pBdr>
              <w:spacing w:before="0" w:after="80" w:line="293" w:lineRule="auto"/>
            </w:pPr>
            <w:r>
              <w:rPr/>
              <w:t xml:space="preserve">Ahora que ya no estás en </w:t>
            </w:r>
            <w:r>
              <w:rPr>
                <w:rStyle w:val="Hueco"/>
              </w:rPr>
              <w:t>{centro}</w:t>
            </w:r>
            <w:r>
              <w:rPr/>
              <w:t>, tu opinión nos vale doble. ¿Nos ayudas con tres preguntas rápidas?</w:t>
            </w:r>
          </w:p>
          <w:p>
            <w:pPr>
              <w:pStyle w:val="Mensaje"/>
              <w:keepNext/>
              <w:keepLines/>
              <w:pBdr>
                <w:left w:val="single" w:sz="12" w:space="10" w:color="7A879A"/>
              </w:pBdr>
              <w:tabs>
                <w:tab w:pos="460" w:val="left"/>
              </w:tabs>
              <w:spacing w:before="0" w:after="40" w:line="293" w:lineRule="auto"/>
              <w:ind w:left="460" w:hanging="260"/>
            </w:pPr>
            <w:r>
              <w:rPr>
                <w:b/>
                <w:color w:val="4B586B"/>
              </w:rPr>
              <w:t>1.</w:t>
              <w:tab/>
            </w:r>
            <w:r>
              <w:rPr/>
              <w:t xml:space="preserve"> ¿Cuál fue el motivo principal de tu baja?</w:t>
            </w:r>
          </w:p>
          <w:p>
            <w:pPr>
              <w:pStyle w:val="Mensaje"/>
              <w:keepNext/>
              <w:keepLines/>
              <w:pBdr>
                <w:left w:val="single" w:sz="12" w:space="10" w:color="7A879A"/>
              </w:pBdr>
              <w:tabs>
                <w:tab w:pos="460" w:val="left"/>
              </w:tabs>
              <w:spacing w:before="0" w:after="40" w:line="293" w:lineRule="auto"/>
              <w:ind w:left="460" w:hanging="260"/>
            </w:pPr>
            <w:r>
              <w:rPr>
                <w:b/>
                <w:color w:val="4B586B"/>
              </w:rPr>
              <w:t>2.</w:t>
              <w:tab/>
            </w:r>
            <w:r>
              <w:rPr/>
              <w:t xml:space="preserve"> ¿Qué es lo que más te gustaba del centro?</w:t>
            </w:r>
          </w:p>
          <w:p>
            <w:pPr>
              <w:pStyle w:val="Mensaje"/>
              <w:keepNext/>
              <w:keepLines/>
              <w:pBdr>
                <w:left w:val="single" w:sz="12" w:space="10" w:color="7A879A"/>
              </w:pBdr>
              <w:tabs>
                <w:tab w:pos="460" w:val="left"/>
              </w:tabs>
              <w:spacing w:before="0" w:after="40" w:line="293" w:lineRule="auto"/>
              <w:ind w:left="460" w:hanging="260"/>
            </w:pPr>
            <w:r>
              <w:rPr>
                <w:b/>
                <w:color w:val="4B586B"/>
              </w:rPr>
              <w:t>3.</w:t>
              <w:tab/>
            </w:r>
            <w:r>
              <w:rPr/>
              <w:t xml:space="preserve"> ¿Qué cambiarías para que alguien como tú se quedara?</w:t>
            </w:r>
          </w:p>
          <w:p>
            <w:pPr>
              <w:pStyle w:val="Mensaje"/>
              <w:keepNext/>
              <w:keepLines/>
              <w:pBdr>
                <w:left w:val="single" w:sz="12" w:space="10" w:color="7A879A"/>
              </w:pBdr>
              <w:spacing w:before="0" w:after="80" w:line="293" w:lineRule="auto"/>
            </w:pPr>
            <w:r>
              <w:rPr/>
              <w:t xml:space="preserve">Puedes responder a este correo o en </w:t>
            </w:r>
            <w:r>
              <w:rPr>
                <w:rStyle w:val="Hueco"/>
              </w:rPr>
              <w:t>{enlace}</w:t>
            </w:r>
            <w:r>
              <w:rPr/>
              <w:t>. Lo leemos todo, de verdad.</w:t>
            </w:r>
          </w:p>
          <w:p>
            <w:pPr>
              <w:pStyle w:val="Mensaje"/>
              <w:keepNext/>
              <w:keepLines/>
              <w:pBdr>
                <w:left w:val="single" w:sz="12" w:space="10" w:color="7A879A"/>
              </w:pBdr>
              <w:spacing w:before="0" w:after="80" w:line="293" w:lineRule="auto"/>
            </w:pPr>
            <w:r>
              <w:rPr/>
              <w:t>Gracias,</w:t>
            </w:r>
          </w:p>
          <w:p>
            <w:pPr>
              <w:pStyle w:val="Mensaje"/>
              <w:keepNext w:val="0"/>
              <w:keepLines/>
              <w:pBdr>
                <w:left w:val="single" w:sz="12" w:space="10" w:color="7A879A"/>
              </w:pBdr>
              <w:spacing w:before="0" w:after="0" w:line="293" w:lineRule="auto"/>
            </w:pPr>
            <w:r>
              <w:rPr>
                <w:rStyle w:val="Hueco"/>
              </w:rPr>
              <w:t>{firma}</w:t>
            </w:r>
          </w:p>
        </w:tc>
      </w:tr>
    </w:tbl>
    <w:p>
      <w:pPr>
        <w:keepNext w:val="0"/>
        <w:keepLines/>
        <w:spacing w:before="0" w:after="0" w:lineRule="exact" w:line="220"/>
      </w:pPr>
      <w:r>
        <w:rPr>
          <w:sz w:val="4"/>
        </w:rPr>
      </w:r>
    </w:p>
    <w:tbl>
      <w:tblPr>
        <w:tblW w:w="9638" w:type="dxa"/>
        <w:jc w:val="left"/>
        <w:tblBorders>
          <w:top w:val="single" w:sz="4" w:space="0" w:color="E3E9F0"/>
          <w:left w:val="single" w:sz="4" w:space="0" w:color="E3E9F0"/>
          <w:bottom w:val="single" w:sz="4" w:space="0" w:color="E3E9F0"/>
          <w:right w:val="single" w:sz="4" w:space="0" w:color="E3E9F0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00"/>
        <w:gridCol w:w="3538"/>
      </w:tblGrid>
      <w:tr>
        <w:trPr>
          <w:cantSplit/>
        </w:trPr>
        <w:tc>
          <w:tcPr>
            <w:tcW w:w="6100" w:type="dxa"/>
            <w:shd w:val="clear" w:color="auto" w:fill="EDF1F6"/>
            <w:tcMar>
              <w:top w:w="130" w:type="dxa"/>
              <w:left w:w="220" w:type="dxa"/>
              <w:bottom w:w="120" w:type="dxa"/>
              <w:right w:w="80" w:type="dxa"/>
            </w:tcMar>
            <w:vAlign w:val="center"/>
          </w:tcPr>
          <w:p>
            <w:pPr>
              <w:pStyle w:val="Heading2"/>
              <w:keepNext/>
              <w:keepLines/>
              <w:spacing w:before="0" w:after="0"/>
            </w:pPr>
            <w:r>
              <w:rPr>
                <w:color w:val="4B586B"/>
              </w:rPr>
              <w:t xml:space="preserve">7.3   </w:t>
            </w:r>
            <w:r>
              <w:rPr/>
              <w:t>Volver a los 60 días</w:t>
            </w:r>
          </w:p>
        </w:tc>
        <w:tc>
          <w:tcPr>
            <w:tcW w:w="3538" w:type="dxa"/>
            <w:shd w:val="clear" w:color="auto" w:fill="EDF1F6"/>
            <w:tcMar>
              <w:top w:w="130" w:type="dxa"/>
              <w:left w:w="80" w:type="dxa"/>
              <w:bottom w:w="120" w:type="dxa"/>
              <w:right w:w="200" w:type="dxa"/>
            </w:tcMar>
            <w:vAlign w:val="center"/>
          </w:tcPr>
          <w:p>
            <w:pPr>
              <w:keepNext/>
              <w:keepLines/>
              <w:spacing w:before="0" w:after="0" w:line="360" w:lineRule="auto"/>
              <w:jc w:val="right"/>
            </w:pPr>
            <w:r>
              <w:rPr>
                <w:sz w:val="15"/>
                <w:shd w:val="clear" w:color="auto" w:fill="FFFFFF"/>
              </w:rPr>
              <w:t xml:space="preserve">  </w:t>
            </w:r>
            <w:r>
              <w:rPr>
                <w:color w:val="0F6B47"/>
                <w:sz w:val="13"/>
                <w:shd w:val="clear" w:color="auto" w:fill="FFFFFF"/>
              </w:rPr>
              <w:t>●</w:t>
            </w:r>
            <w:r>
              <w:rPr>
                <w:b/>
                <w:color w:val="0B1220"/>
                <w:spacing w:val="10"/>
                <w:sz w:val="14"/>
                <w:shd w:val="clear" w:color="auto" w:fill="FFFFFF"/>
              </w:rPr>
              <w:t xml:space="preserve"> WHATSAPP  </w:t>
            </w:r>
            <w:r>
              <w:rPr>
                <w:sz w:val="14"/>
              </w:rPr>
              <w:t xml:space="preserve"> </w:t>
            </w:r>
            <w:r>
              <w:rPr>
                <w:sz w:val="15"/>
                <w:shd w:val="clear" w:color="auto" w:fill="FFFFFF"/>
              </w:rPr>
              <w:t xml:space="preserve">  </w:t>
            </w:r>
            <w:r>
              <w:rPr>
                <w:color w:val="4F82EC"/>
                <w:sz w:val="13"/>
                <w:shd w:val="clear" w:color="auto" w:fill="FFFFFF"/>
              </w:rPr>
              <w:t>●</w:t>
            </w:r>
            <w:r>
              <w:rPr>
                <w:b/>
                <w:color w:val="0B1220"/>
                <w:spacing w:val="10"/>
                <w:sz w:val="14"/>
                <w:shd w:val="clear" w:color="auto" w:fill="FFFFFF"/>
              </w:rPr>
              <w:t xml:space="preserve"> EMAIL  </w:t>
            </w:r>
          </w:p>
        </w:tc>
      </w:tr>
      <w:tr>
        <w:trPr>
          <w:cantSplit/>
        </w:trPr>
        <w:tc>
          <w:tcPr>
            <w:tcW w:w="9638" w:type="dxa"/>
            <w:gridSpan w:val="2"/>
            <w:tcMar>
              <w:top w:w="150" w:type="dxa"/>
              <w:left w:w="220" w:type="dxa"/>
              <w:bottom w:w="170" w:type="dxa"/>
              <w:right w:w="260" w:type="dxa"/>
            </w:tcMar>
          </w:tcPr>
          <w:p>
            <w:pPr>
              <w:keepNext/>
              <w:keepLines/>
              <w:spacing w:before="0" w:after="160" w:line="288" w:lineRule="auto"/>
            </w:pPr>
            <w:r>
              <w:rPr>
                <w:b/>
                <w:color w:val="4B586B"/>
                <w:spacing w:val="20"/>
                <w:sz w:val="14"/>
              </w:rPr>
              <w:t xml:space="preserve">CUÁNDO  </w:t>
            </w:r>
            <w:r>
              <w:rPr>
                <w:color w:val="4B586B"/>
                <w:sz w:val="17"/>
              </w:rPr>
              <w:t>60 días después de la baja.</w:t>
            </w:r>
          </w:p>
          <w:p>
            <w:pPr>
              <w:pStyle w:val="Mensaje"/>
              <w:keepNext/>
              <w:keepLines/>
              <w:pBdr>
                <w:left w:val="single" w:sz="12" w:space="10" w:color="7A879A"/>
              </w:pBdr>
              <w:spacing w:before="0" w:after="120"/>
            </w:pPr>
            <w:r>
              <w:rPr>
                <w:b/>
                <w:color w:val="4B586B"/>
              </w:rPr>
              <w:t xml:space="preserve">Asunto: </w:t>
            </w:r>
            <w:r>
              <w:rPr>
                <w:b/>
              </w:rPr>
              <w:t xml:space="preserve">¿Qué tal estás, </w:t>
            </w:r>
            <w:r>
              <w:rPr>
                <w:rStyle w:val="Hueco"/>
                <w:b/>
              </w:rPr>
              <w:t>{nombre}</w:t>
            </w:r>
            <w:r>
              <w:rPr>
                <w:b/>
              </w:rPr>
              <w:t>?</w:t>
            </w:r>
          </w:p>
          <w:p>
            <w:pPr>
              <w:pStyle w:val="Mensaje"/>
              <w:keepNext/>
              <w:keepLines/>
              <w:pBdr>
                <w:left w:val="single" w:sz="12" w:space="10" w:color="7A879A"/>
              </w:pBdr>
              <w:spacing w:before="0" w:after="80" w:line="293" w:lineRule="auto"/>
            </w:pPr>
            <w:r>
              <w:rPr/>
              <w:t xml:space="preserve">Hola, </w:t>
            </w:r>
            <w:r>
              <w:rPr>
                <w:rStyle w:val="Hueco"/>
              </w:rPr>
              <w:t>{nombre}</w:t>
            </w:r>
            <w:r>
              <w:rPr/>
              <w:t xml:space="preserve">. Soy </w:t>
            </w:r>
            <w:r>
              <w:rPr>
                <w:rStyle w:val="Hueco"/>
              </w:rPr>
              <w:t>{firma}</w:t>
            </w:r>
            <w:r>
              <w:rPr/>
              <w:t xml:space="preserve">, de </w:t>
            </w:r>
            <w:r>
              <w:rPr>
                <w:rStyle w:val="Hueco"/>
              </w:rPr>
              <w:t>{centro}</w:t>
            </w:r>
            <w:r>
              <w:rPr/>
              <w:t>. Han pasado un par de meses y solo quería saber qué tal estás.</w:t>
            </w:r>
          </w:p>
          <w:p>
            <w:pPr>
              <w:pStyle w:val="Mensaje"/>
              <w:keepNext/>
              <w:keepLines/>
              <w:pBdr>
                <w:left w:val="single" w:sz="12" w:space="10" w:color="7A879A"/>
              </w:pBdr>
              <w:spacing w:before="0" w:after="80" w:line="293" w:lineRule="auto"/>
            </w:pPr>
            <w:r>
              <w:rPr/>
              <w:t xml:space="preserve">Por si te apetece retomar: </w:t>
            </w:r>
            <w:r>
              <w:rPr>
                <w:rStyle w:val="Hueco"/>
              </w:rPr>
              <w:t>[NOVEDAD: hemos estrenado horario de mañanas]</w:t>
            </w:r>
            <w:r>
              <w:rPr/>
              <w:t xml:space="preserve">. Y si vuelves antes del </w:t>
            </w:r>
            <w:r>
              <w:rPr>
                <w:rStyle w:val="Hueco"/>
              </w:rPr>
              <w:t>{fecha}</w:t>
            </w:r>
            <w:r>
              <w:rPr/>
              <w:t xml:space="preserve">, </w:t>
            </w:r>
            <w:r>
              <w:rPr>
                <w:rStyle w:val="Hueco"/>
              </w:rPr>
              <w:t>[VENTAJA DE VUELTA: no pagas matrícula]</w:t>
            </w:r>
            <w:r>
              <w:rPr/>
              <w:t>.</w:t>
            </w:r>
          </w:p>
          <w:p>
            <w:pPr>
              <w:pStyle w:val="Mensaje"/>
              <w:keepNext/>
              <w:keepLines/>
              <w:pBdr>
                <w:left w:val="single" w:sz="12" w:space="10" w:color="7A879A"/>
              </w:pBdr>
              <w:spacing w:before="0" w:after="80" w:line="293" w:lineRule="auto"/>
            </w:pPr>
            <w:r>
              <w:rPr/>
              <w:t>Sin presión: si no es el momento, lo entiendo perfectamente. Y si prefieres que no te escriba más, dímelo y no lo haré.</w:t>
            </w:r>
          </w:p>
          <w:p>
            <w:pPr>
              <w:keepNext w:val="0"/>
              <w:keepLines/>
              <w:spacing w:before="120" w:after="0" w:line="288" w:lineRule="auto"/>
            </w:pPr>
            <w:r>
              <w:rPr>
                <w:b/>
                <w:color w:val="C9284A"/>
                <w:sz w:val="17"/>
              </w:rPr>
              <w:t xml:space="preserve">Requiere consentimiento  ·  </w:t>
            </w:r>
            <w:r>
              <w:rPr>
                <w:color w:val="4B586B"/>
                <w:sz w:val="17"/>
              </w:rPr>
              <w:t>Envíalo solo a quien aceptó recibir comunicaciones comerciales.</w:t>
            </w:r>
          </w:p>
        </w:tc>
      </w:tr>
    </w:tbl>
    <w:p>
      <w:pPr>
        <w:keepNext w:val="0"/>
        <w:keepLines/>
        <w:spacing w:before="0" w:after="0" w:lineRule="exact" w:line="220"/>
      </w:pPr>
      <w:r>
        <w:rPr>
          <w:sz w:val="4"/>
        </w:rPr>
      </w:r>
    </w:p>
    <w:tbl>
      <w:tblPr>
        <w:tblW w:w="9638" w:type="dxa"/>
        <w:jc w:val="left"/>
        <w:tblBorders>
          <w:top w:val="single" w:sz="4" w:space="0" w:color="E3E9F0"/>
          <w:left w:val="single" w:sz="4" w:space="0" w:color="E3E9F0"/>
          <w:bottom w:val="single" w:sz="4" w:space="0" w:color="E3E9F0"/>
          <w:right w:val="single" w:sz="4" w:space="0" w:color="E3E9F0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00"/>
        <w:gridCol w:w="3538"/>
      </w:tblGrid>
      <w:tr>
        <w:trPr>
          <w:cantSplit/>
        </w:trPr>
        <w:tc>
          <w:tcPr>
            <w:tcW w:w="6100" w:type="dxa"/>
            <w:shd w:val="clear" w:color="auto" w:fill="EDF1F6"/>
            <w:tcMar>
              <w:top w:w="130" w:type="dxa"/>
              <w:left w:w="220" w:type="dxa"/>
              <w:bottom w:w="120" w:type="dxa"/>
              <w:right w:w="80" w:type="dxa"/>
            </w:tcMar>
            <w:vAlign w:val="center"/>
          </w:tcPr>
          <w:p>
            <w:pPr>
              <w:pStyle w:val="Heading2"/>
              <w:keepNext/>
              <w:keepLines/>
              <w:spacing w:before="0" w:after="0"/>
            </w:pPr>
            <w:r>
              <w:rPr>
                <w:color w:val="4B586B"/>
              </w:rPr>
              <w:t xml:space="preserve">7.4   </w:t>
            </w:r>
            <w:r>
              <w:rPr/>
              <w:t>Volver a los 90 días</w:t>
            </w:r>
          </w:p>
        </w:tc>
        <w:tc>
          <w:tcPr>
            <w:tcW w:w="3538" w:type="dxa"/>
            <w:shd w:val="clear" w:color="auto" w:fill="EDF1F6"/>
            <w:tcMar>
              <w:top w:w="130" w:type="dxa"/>
              <w:left w:w="80" w:type="dxa"/>
              <w:bottom w:w="120" w:type="dxa"/>
              <w:right w:w="200" w:type="dxa"/>
            </w:tcMar>
            <w:vAlign w:val="center"/>
          </w:tcPr>
          <w:p>
            <w:pPr>
              <w:keepNext/>
              <w:keepLines/>
              <w:spacing w:before="0" w:after="0" w:line="360" w:lineRule="auto"/>
              <w:jc w:val="right"/>
            </w:pPr>
            <w:r>
              <w:rPr>
                <w:sz w:val="15"/>
                <w:shd w:val="clear" w:color="auto" w:fill="FFFFFF"/>
              </w:rPr>
              <w:t xml:space="preserve">  </w:t>
            </w:r>
            <w:r>
              <w:rPr>
                <w:color w:val="4F82EC"/>
                <w:sz w:val="13"/>
                <w:shd w:val="clear" w:color="auto" w:fill="FFFFFF"/>
              </w:rPr>
              <w:t>●</w:t>
            </w:r>
            <w:r>
              <w:rPr>
                <w:b/>
                <w:color w:val="0B1220"/>
                <w:spacing w:val="10"/>
                <w:sz w:val="14"/>
                <w:shd w:val="clear" w:color="auto" w:fill="FFFFFF"/>
              </w:rPr>
              <w:t xml:space="preserve"> EMAIL  </w:t>
            </w:r>
          </w:p>
        </w:tc>
      </w:tr>
      <w:tr>
        <w:trPr>
          <w:cantSplit/>
        </w:trPr>
        <w:tc>
          <w:tcPr>
            <w:tcW w:w="9638" w:type="dxa"/>
            <w:gridSpan w:val="2"/>
            <w:tcMar>
              <w:top w:w="150" w:type="dxa"/>
              <w:left w:w="220" w:type="dxa"/>
              <w:bottom w:w="170" w:type="dxa"/>
              <w:right w:w="260" w:type="dxa"/>
            </w:tcMar>
          </w:tcPr>
          <w:p>
            <w:pPr>
              <w:keepNext/>
              <w:keepLines/>
              <w:spacing w:before="0" w:after="160" w:line="288" w:lineRule="auto"/>
            </w:pPr>
            <w:r>
              <w:rPr>
                <w:b/>
                <w:color w:val="4B586B"/>
                <w:spacing w:val="20"/>
                <w:sz w:val="14"/>
              </w:rPr>
              <w:t xml:space="preserve">CUÁNDO  </w:t>
            </w:r>
            <w:r>
              <w:rPr>
                <w:color w:val="4B586B"/>
                <w:sz w:val="17"/>
              </w:rPr>
              <w:t>90 días después de la baja. Es el último intento: si no responde, no insistas.</w:t>
            </w:r>
          </w:p>
          <w:p>
            <w:pPr>
              <w:pStyle w:val="Mensaje"/>
              <w:keepNext/>
              <w:keepLines/>
              <w:pBdr>
                <w:left w:val="single" w:sz="12" w:space="10" w:color="7A879A"/>
              </w:pBdr>
              <w:spacing w:before="0" w:after="120"/>
            </w:pPr>
            <w:r>
              <w:rPr>
                <w:b/>
                <w:color w:val="4B586B"/>
              </w:rPr>
              <w:t xml:space="preserve">Asunto: </w:t>
            </w:r>
            <w:r>
              <w:rPr>
                <w:rStyle w:val="Hueco"/>
                <w:b/>
              </w:rPr>
              <w:t>{nombre}</w:t>
            </w:r>
            <w:r>
              <w:rPr>
                <w:b/>
              </w:rPr>
              <w:t>, aquí sigues teniendo tu sitio</w:t>
            </w:r>
          </w:p>
          <w:p>
            <w:pPr>
              <w:pStyle w:val="Mensaje"/>
              <w:keepNext/>
              <w:keepLines/>
              <w:pBdr>
                <w:left w:val="single" w:sz="12" w:space="10" w:color="7A879A"/>
              </w:pBdr>
              <w:spacing w:before="0" w:after="80" w:line="293" w:lineRule="auto"/>
            </w:pPr>
            <w:r>
              <w:rPr/>
              <w:t xml:space="preserve">Hola, </w:t>
            </w:r>
            <w:r>
              <w:rPr>
                <w:rStyle w:val="Hueco"/>
              </w:rPr>
              <w:t>{nombre}</w:t>
            </w:r>
            <w:r>
              <w:rPr/>
              <w:t>:</w:t>
            </w:r>
          </w:p>
          <w:p>
            <w:pPr>
              <w:pStyle w:val="Mensaje"/>
              <w:keepNext/>
              <w:keepLines/>
              <w:pBdr>
                <w:left w:val="single" w:sz="12" w:space="10" w:color="7A879A"/>
              </w:pBdr>
              <w:spacing w:before="0" w:after="80" w:line="293" w:lineRule="auto"/>
            </w:pPr>
            <w:r>
              <w:rPr/>
              <w:t xml:space="preserve">Hace tres meses que te fuiste de </w:t>
            </w:r>
            <w:r>
              <w:rPr>
                <w:rStyle w:val="Hueco"/>
              </w:rPr>
              <w:t>{centro}</w:t>
            </w:r>
            <w:r>
              <w:rPr/>
              <w:t xml:space="preserve"> y queríamos escribirte una última vez. Lo importante sigue igual (el equipo, el ambiente) y algunas cosas han mejorado: </w:t>
            </w:r>
            <w:r>
              <w:rPr>
                <w:rStyle w:val="Hueco"/>
              </w:rPr>
              <w:t>[NOVEDADES DEL CENTRO]</w:t>
            </w:r>
            <w:r>
              <w:rPr/>
              <w:t>.</w:t>
            </w:r>
          </w:p>
          <w:p>
            <w:pPr>
              <w:pStyle w:val="Mensaje"/>
              <w:keepNext/>
              <w:keepLines/>
              <w:pBdr>
                <w:left w:val="single" w:sz="12" w:space="10" w:color="7A879A"/>
              </w:pBdr>
              <w:spacing w:before="0" w:after="80" w:line="293" w:lineRule="auto"/>
            </w:pPr>
            <w:r>
              <w:rPr/>
              <w:t xml:space="preserve">Si te apetece volver, te lo ponemos fácil: </w:t>
            </w:r>
            <w:r>
              <w:rPr>
                <w:rStyle w:val="Hueco"/>
              </w:rPr>
              <w:t>[VENTAJA DE VUELTA]</w:t>
            </w:r>
            <w:r>
              <w:rPr/>
              <w:t xml:space="preserve"> hasta el </w:t>
            </w:r>
            <w:r>
              <w:rPr>
                <w:rStyle w:val="Hueco"/>
              </w:rPr>
              <w:t>{fecha}</w:t>
            </w:r>
            <w:r>
              <w:rPr/>
              <w:t>. Escríbenos y lo dejamos todo listo.</w:t>
            </w:r>
          </w:p>
          <w:p>
            <w:pPr>
              <w:pStyle w:val="Mensaje"/>
              <w:keepNext/>
              <w:keepLines/>
              <w:pBdr>
                <w:left w:val="single" w:sz="12" w:space="10" w:color="7A879A"/>
              </w:pBdr>
              <w:spacing w:before="0" w:after="80" w:line="293" w:lineRule="auto"/>
            </w:pPr>
            <w:r>
              <w:rPr/>
              <w:t>Y si no, gracias de nuevo por el tiempo que estuviste con nosotros. Te deseamos lo mejor.</w:t>
            </w:r>
          </w:p>
          <w:p>
            <w:pPr>
              <w:pStyle w:val="Mensaje"/>
              <w:keepNext/>
              <w:keepLines/>
              <w:pBdr>
                <w:left w:val="single" w:sz="12" w:space="10" w:color="7A879A"/>
              </w:pBdr>
              <w:spacing w:before="0" w:after="80" w:line="293" w:lineRule="auto"/>
            </w:pPr>
            <w:r>
              <w:rPr>
                <w:rStyle w:val="Hueco"/>
              </w:rPr>
              <w:t>{firma}</w:t>
            </w:r>
          </w:p>
          <w:p>
            <w:pPr>
              <w:pStyle w:val="Mensaje"/>
              <w:keepNext/>
              <w:keepLines/>
              <w:pBdr>
                <w:left w:val="single" w:sz="12" w:space="10" w:color="7A879A"/>
              </w:pBdr>
              <w:spacing w:before="0" w:after="80" w:line="293" w:lineRule="auto"/>
            </w:pPr>
            <w:r>
              <w:rPr/>
              <w:t xml:space="preserve">Si no quieres recibir más correos nuestros, puedes darte de baja aquí: </w:t>
            </w:r>
            <w:r>
              <w:rPr>
                <w:rStyle w:val="Hueco"/>
              </w:rPr>
              <w:t>{enlace}</w:t>
            </w:r>
            <w:r>
              <w:rPr/>
              <w:t>.</w:t>
            </w:r>
          </w:p>
          <w:p>
            <w:pPr>
              <w:keepNext w:val="0"/>
              <w:keepLines/>
              <w:spacing w:before="120" w:after="0" w:line="288" w:lineRule="auto"/>
            </w:pPr>
            <w:r>
              <w:rPr>
                <w:b/>
                <w:color w:val="C9284A"/>
                <w:sz w:val="17"/>
              </w:rPr>
              <w:t xml:space="preserve">Requiere consentimiento  ·  </w:t>
            </w:r>
            <w:r>
              <w:rPr>
                <w:color w:val="4B586B"/>
                <w:sz w:val="17"/>
              </w:rPr>
              <w:t>Envíalo solo a quien aceptó recibir comunicaciones comerciales.</w:t>
            </w:r>
          </w:p>
        </w:tc>
      </w:tr>
    </w:tbl>
    <w:p>
      <w:pPr>
        <w:keepNext w:val="0"/>
        <w:keepLines/>
        <w:spacing w:before="0" w:after="0" w:lineRule="exact" w:line="220"/>
      </w:pPr>
      <w:r>
        <w:rPr>
          <w:sz w:val="4"/>
        </w:rPr>
      </w:r>
    </w:p>
    <w:p>
      <w:pPr>
        <w:keepNext/>
        <w:keepLines/>
        <w:spacing w:before="360" w:after="0" w:lineRule="exact" w:line="20"/>
      </w:pPr>
      <w:r>
        <w:rPr>
          <w:sz w:val="2"/>
        </w:rPr>
      </w:r>
    </w:p>
    <w:tbl>
      <w:tblPr>
        <w:tblW w:w="9638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138"/>
        <w:gridCol w:w="1500"/>
      </w:tblGrid>
      <w:tr>
        <w:trPr>
          <w:cantSplit/>
        </w:trPr>
        <w:tc>
          <w:tcPr>
            <w:tcW w:w="8138" w:type="dxa"/>
            <w:shd w:val="clear" w:color="auto" w:fill="E4FAF6"/>
            <w:tcMar>
              <w:top w:w="300" w:type="dxa"/>
              <w:left w:w="340" w:type="dxa"/>
              <w:bottom w:w="300" w:type="dxa"/>
              <w:right w:w="120" w:type="dxa"/>
            </w:tcMar>
            <w:vAlign w:val="center"/>
          </w:tcPr>
          <w:p>
            <w:pPr>
              <w:keepNext/>
              <w:keepLines/>
              <w:spacing w:before="0" w:after="100"/>
            </w:pPr>
            <w:r>
              <w:rPr>
                <w:b/>
                <w:color w:val="076B69"/>
                <w:spacing w:val="24"/>
                <w:sz w:val="15"/>
              </w:rPr>
              <w:t>SECCIÓN 08  ·  4 MENSAJES</w:t>
            </w:r>
          </w:p>
          <w:p>
            <w:pPr>
              <w:pStyle w:val="Heading1"/>
              <w:keepNext/>
              <w:keepLines/>
              <w:spacing w:before="0" w:after="120"/>
            </w:pPr>
            <w:r>
              <w:rPr/>
              <w:t>Reseñas y recomendaciones</w:t>
            </w:r>
          </w:p>
          <w:p>
            <w:pPr>
              <w:keepNext/>
              <w:keepLines/>
              <w:spacing w:before="0" w:after="0" w:line="312" w:lineRule="auto"/>
            </w:pPr>
            <w:r>
              <w:rPr>
                <w:color w:val="4B586B"/>
                <w:sz w:val="20"/>
              </w:rPr>
              <w:t>Pide la reseña justo después de un buen momento, no al azar. Y agradece siempre una recomendación: es la publicidad que más confianza da.</w:t>
            </w:r>
          </w:p>
        </w:tc>
        <w:tc>
          <w:tcPr>
            <w:tcW w:w="1500" w:type="dxa"/>
            <w:shd w:val="clear" w:color="auto" w:fill="E4FAF6"/>
            <w:tcMar>
              <w:top w:w="200" w:type="dxa"/>
              <w:left w:w="120" w:type="dxa"/>
              <w:bottom w:w="200" w:type="dxa"/>
              <w:right w:w="300" w:type="dxa"/>
            </w:tcMar>
            <w:vAlign w:val="center"/>
          </w:tcPr>
          <w:p>
            <w:pPr>
              <w:keepNext/>
              <w:keepLines/>
              <w:spacing w:before="0" w:after="0"/>
              <w:jc w:val="right"/>
            </w:pPr>
            <w:r>
              <w:rPr>
                <w:b/>
                <w:color w:val="12B5A3"/>
                <w:sz w:val="80"/>
              </w:rPr>
              <w:t>08</w:t>
            </w:r>
          </w:p>
        </w:tc>
      </w:tr>
    </w:tbl>
    <w:p>
      <w:pPr>
        <w:keepNext/>
        <w:keepLines/>
        <w:spacing w:before="0" w:after="0" w:lineRule="exact" w:line="240"/>
      </w:pPr>
      <w:r>
        <w:rPr>
          <w:sz w:val="4"/>
        </w:rPr>
      </w:r>
    </w:p>
    <w:tbl>
      <w:tblPr>
        <w:tblW w:w="9638" w:type="dxa"/>
        <w:jc w:val="left"/>
        <w:tblBorders>
          <w:top w:val="single" w:sz="4" w:space="0" w:color="E3E9F0"/>
          <w:left w:val="single" w:sz="4" w:space="0" w:color="E3E9F0"/>
          <w:bottom w:val="single" w:sz="4" w:space="0" w:color="E3E9F0"/>
          <w:right w:val="single" w:sz="4" w:space="0" w:color="E3E9F0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00"/>
        <w:gridCol w:w="3538"/>
      </w:tblGrid>
      <w:tr>
        <w:trPr>
          <w:cantSplit/>
        </w:trPr>
        <w:tc>
          <w:tcPr>
            <w:tcW w:w="6100" w:type="dxa"/>
            <w:shd w:val="clear" w:color="auto" w:fill="E4FAF6"/>
            <w:tcMar>
              <w:top w:w="130" w:type="dxa"/>
              <w:left w:w="220" w:type="dxa"/>
              <w:bottom w:w="120" w:type="dxa"/>
              <w:right w:w="80" w:type="dxa"/>
            </w:tcMar>
            <w:vAlign w:val="center"/>
          </w:tcPr>
          <w:p>
            <w:pPr>
              <w:pStyle w:val="Heading2"/>
              <w:keepNext/>
              <w:keepLines/>
              <w:spacing w:before="0" w:after="0"/>
            </w:pPr>
            <w:r>
              <w:rPr>
                <w:color w:val="076B69"/>
              </w:rPr>
              <w:t xml:space="preserve">8.1   </w:t>
            </w:r>
            <w:r>
              <w:rPr/>
              <w:t>Pedir una reseña tras una buena experiencia</w:t>
            </w:r>
          </w:p>
        </w:tc>
        <w:tc>
          <w:tcPr>
            <w:tcW w:w="3538" w:type="dxa"/>
            <w:shd w:val="clear" w:color="auto" w:fill="E4FAF6"/>
            <w:tcMar>
              <w:top w:w="130" w:type="dxa"/>
              <w:left w:w="80" w:type="dxa"/>
              <w:bottom w:w="120" w:type="dxa"/>
              <w:right w:w="200" w:type="dxa"/>
            </w:tcMar>
            <w:vAlign w:val="center"/>
          </w:tcPr>
          <w:p>
            <w:pPr>
              <w:keepNext/>
              <w:keepLines/>
              <w:spacing w:before="0" w:after="0" w:line="360" w:lineRule="auto"/>
              <w:jc w:val="right"/>
            </w:pPr>
            <w:r>
              <w:rPr>
                <w:sz w:val="15"/>
                <w:shd w:val="clear" w:color="auto" w:fill="FFFFFF"/>
              </w:rPr>
              <w:t xml:space="preserve">  </w:t>
            </w:r>
            <w:r>
              <w:rPr>
                <w:color w:val="0F6B47"/>
                <w:sz w:val="13"/>
                <w:shd w:val="clear" w:color="auto" w:fill="FFFFFF"/>
              </w:rPr>
              <w:t>●</w:t>
            </w:r>
            <w:r>
              <w:rPr>
                <w:b/>
                <w:color w:val="0B1220"/>
                <w:spacing w:val="10"/>
                <w:sz w:val="14"/>
                <w:shd w:val="clear" w:color="auto" w:fill="FFFFFF"/>
              </w:rPr>
              <w:t xml:space="preserve"> WHATSAPP  </w:t>
            </w:r>
          </w:p>
        </w:tc>
      </w:tr>
      <w:tr>
        <w:trPr>
          <w:cantSplit/>
        </w:trPr>
        <w:tc>
          <w:tcPr>
            <w:tcW w:w="9638" w:type="dxa"/>
            <w:gridSpan w:val="2"/>
            <w:tcMar>
              <w:top w:w="150" w:type="dxa"/>
              <w:left w:w="220" w:type="dxa"/>
              <w:bottom w:w="170" w:type="dxa"/>
              <w:right w:w="260" w:type="dxa"/>
            </w:tcMar>
          </w:tcPr>
          <w:p>
            <w:pPr>
              <w:keepNext/>
              <w:keepLines/>
              <w:spacing w:before="0" w:after="160" w:line="288" w:lineRule="auto"/>
            </w:pPr>
            <w:r>
              <w:rPr>
                <w:b/>
                <w:color w:val="076B69"/>
                <w:spacing w:val="20"/>
                <w:sz w:val="14"/>
              </w:rPr>
              <w:t xml:space="preserve">CUÁNDO  </w:t>
            </w:r>
            <w:r>
              <w:rPr>
                <w:color w:val="4B586B"/>
                <w:sz w:val="17"/>
              </w:rPr>
              <w:t>Justo después de un buen momento: un logro, un comentario positivo, el primer mes.</w:t>
            </w:r>
          </w:p>
          <w:p>
            <w:pPr>
              <w:pStyle w:val="Mensaje"/>
              <w:keepNext/>
              <w:keepLines/>
              <w:pBdr>
                <w:left w:val="single" w:sz="12" w:space="10" w:color="12B5A3"/>
              </w:pBdr>
              <w:spacing w:before="0" w:after="80" w:line="293" w:lineRule="auto"/>
            </w:pPr>
            <w:r>
              <w:rPr/>
              <w:t xml:space="preserve">¡Qué bien leer eso, </w:t>
            </w:r>
            <w:r>
              <w:rPr>
                <w:rStyle w:val="Hueco"/>
              </w:rPr>
              <w:t>{nombre}</w:t>
            </w:r>
            <w:r>
              <w:rPr/>
              <w:t>! Nos alegra mucho que estés a gusto.</w:t>
            </w:r>
          </w:p>
          <w:p>
            <w:pPr>
              <w:pStyle w:val="Mensaje"/>
              <w:keepNext/>
              <w:keepLines/>
              <w:pBdr>
                <w:left w:val="single" w:sz="12" w:space="10" w:color="12B5A3"/>
              </w:pBdr>
              <w:spacing w:before="0" w:after="80" w:line="293" w:lineRule="auto"/>
            </w:pPr>
            <w:r>
              <w:rPr/>
              <w:t xml:space="preserve">Te pido un favor pequeño: ¿nos dejarías una reseña en Google? A un centro como el nuestro le ayuda muchísimo a que nos encuentre gente como tú. Es un minuto: </w:t>
            </w:r>
            <w:r>
              <w:rPr>
                <w:rStyle w:val="Hueco"/>
              </w:rPr>
              <w:t>{enlace}</w:t>
            </w:r>
          </w:p>
          <w:p>
            <w:pPr>
              <w:pStyle w:val="Mensaje"/>
              <w:keepNext/>
              <w:keepLines/>
              <w:pBdr>
                <w:left w:val="single" w:sz="12" w:space="10" w:color="12B5A3"/>
              </w:pBdr>
              <w:spacing w:before="0" w:after="80" w:line="293" w:lineRule="auto"/>
            </w:pPr>
            <w:r>
              <w:rPr/>
              <w:t>Y gracias otra vez por tus palabras.</w:t>
            </w:r>
          </w:p>
          <w:p>
            <w:pPr>
              <w:keepNext w:val="0"/>
              <w:keepLines/>
              <w:spacing w:before="120" w:after="0" w:line="288" w:lineRule="auto"/>
            </w:pPr>
            <w:r>
              <w:rPr>
                <w:b/>
                <w:color w:val="076B69"/>
                <w:sz w:val="17"/>
              </w:rPr>
              <w:t xml:space="preserve">Consejo  ·  </w:t>
            </w:r>
            <w:r>
              <w:rPr>
                <w:color w:val="4B586B"/>
                <w:sz w:val="17"/>
              </w:rPr>
              <w:t>Envía el enlace directo a escribir la reseña, no a la ficha. Y no ofrezcas nada a cambio: las reseñas tienen que ser libres.</w:t>
            </w:r>
          </w:p>
        </w:tc>
      </w:tr>
    </w:tbl>
    <w:p>
      <w:pPr>
        <w:keepNext w:val="0"/>
        <w:keepLines/>
        <w:spacing w:before="0" w:after="0" w:lineRule="exact" w:line="220"/>
      </w:pPr>
      <w:r>
        <w:rPr>
          <w:sz w:val="4"/>
        </w:rPr>
      </w:r>
    </w:p>
    <w:tbl>
      <w:tblPr>
        <w:tblW w:w="9638" w:type="dxa"/>
        <w:jc w:val="left"/>
        <w:tblBorders>
          <w:top w:val="single" w:sz="4" w:space="0" w:color="E3E9F0"/>
          <w:left w:val="single" w:sz="4" w:space="0" w:color="E3E9F0"/>
          <w:bottom w:val="single" w:sz="4" w:space="0" w:color="E3E9F0"/>
          <w:right w:val="single" w:sz="4" w:space="0" w:color="E3E9F0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00"/>
        <w:gridCol w:w="3538"/>
      </w:tblGrid>
      <w:tr>
        <w:trPr>
          <w:cantSplit/>
        </w:trPr>
        <w:tc>
          <w:tcPr>
            <w:tcW w:w="6100" w:type="dxa"/>
            <w:shd w:val="clear" w:color="auto" w:fill="E4FAF6"/>
            <w:tcMar>
              <w:top w:w="130" w:type="dxa"/>
              <w:left w:w="220" w:type="dxa"/>
              <w:bottom w:w="120" w:type="dxa"/>
              <w:right w:w="80" w:type="dxa"/>
            </w:tcMar>
            <w:vAlign w:val="center"/>
          </w:tcPr>
          <w:p>
            <w:pPr>
              <w:pStyle w:val="Heading2"/>
              <w:keepNext/>
              <w:keepLines/>
              <w:spacing w:before="0" w:after="0"/>
            </w:pPr>
            <w:r>
              <w:rPr>
                <w:color w:val="076B69"/>
              </w:rPr>
              <w:t xml:space="preserve">8.2   </w:t>
            </w:r>
            <w:r>
              <w:rPr/>
              <w:t>Recordatorio suave de la reseña</w:t>
            </w:r>
          </w:p>
        </w:tc>
        <w:tc>
          <w:tcPr>
            <w:tcW w:w="3538" w:type="dxa"/>
            <w:shd w:val="clear" w:color="auto" w:fill="E4FAF6"/>
            <w:tcMar>
              <w:top w:w="130" w:type="dxa"/>
              <w:left w:w="80" w:type="dxa"/>
              <w:bottom w:w="120" w:type="dxa"/>
              <w:right w:w="200" w:type="dxa"/>
            </w:tcMar>
            <w:vAlign w:val="center"/>
          </w:tcPr>
          <w:p>
            <w:pPr>
              <w:keepNext/>
              <w:keepLines/>
              <w:spacing w:before="0" w:after="0" w:line="360" w:lineRule="auto"/>
              <w:jc w:val="right"/>
            </w:pPr>
            <w:r>
              <w:rPr>
                <w:sz w:val="15"/>
                <w:shd w:val="clear" w:color="auto" w:fill="FFFFFF"/>
              </w:rPr>
              <w:t xml:space="preserve">  </w:t>
            </w:r>
            <w:r>
              <w:rPr>
                <w:color w:val="0F6B47"/>
                <w:sz w:val="13"/>
                <w:shd w:val="clear" w:color="auto" w:fill="FFFFFF"/>
              </w:rPr>
              <w:t>●</w:t>
            </w:r>
            <w:r>
              <w:rPr>
                <w:b/>
                <w:color w:val="0B1220"/>
                <w:spacing w:val="10"/>
                <w:sz w:val="14"/>
                <w:shd w:val="clear" w:color="auto" w:fill="FFFFFF"/>
              </w:rPr>
              <w:t xml:space="preserve"> WHATSAPP  </w:t>
            </w:r>
          </w:p>
        </w:tc>
      </w:tr>
      <w:tr>
        <w:trPr>
          <w:cantSplit/>
        </w:trPr>
        <w:tc>
          <w:tcPr>
            <w:tcW w:w="9638" w:type="dxa"/>
            <w:gridSpan w:val="2"/>
            <w:tcMar>
              <w:top w:w="150" w:type="dxa"/>
              <w:left w:w="220" w:type="dxa"/>
              <w:bottom w:w="170" w:type="dxa"/>
              <w:right w:w="260" w:type="dxa"/>
            </w:tcMar>
          </w:tcPr>
          <w:p>
            <w:pPr>
              <w:keepNext/>
              <w:keepLines/>
              <w:spacing w:before="0" w:after="160" w:line="288" w:lineRule="auto"/>
            </w:pPr>
            <w:r>
              <w:rPr>
                <w:b/>
                <w:color w:val="076B69"/>
                <w:spacing w:val="20"/>
                <w:sz w:val="14"/>
              </w:rPr>
              <w:t xml:space="preserve">CUÁNDO  </w:t>
            </w:r>
            <w:r>
              <w:rPr>
                <w:color w:val="4B586B"/>
                <w:sz w:val="17"/>
              </w:rPr>
              <w:t>Una semana después, solo si dijo que sí y aún no la ha dejado. Una vez y no más.</w:t>
            </w:r>
          </w:p>
          <w:p>
            <w:pPr>
              <w:pStyle w:val="Mensaje"/>
              <w:keepNext/>
              <w:keepLines/>
              <w:pBdr>
                <w:left w:val="single" w:sz="12" w:space="10" w:color="12B5A3"/>
              </w:pBdr>
              <w:spacing w:before="0" w:after="80" w:line="293" w:lineRule="auto"/>
            </w:pPr>
            <w:r>
              <w:rPr/>
              <w:t xml:space="preserve">Hola, </w:t>
            </w:r>
            <w:r>
              <w:rPr>
                <w:rStyle w:val="Hueco"/>
              </w:rPr>
              <w:t>{nombre}</w:t>
            </w:r>
            <w:r>
              <w:rPr/>
              <w:t xml:space="preserve">. Te dejo de nuevo el enlace de la reseña, por si se te pasó con el lío de la semana: </w:t>
            </w:r>
            <w:r>
              <w:rPr>
                <w:rStyle w:val="Hueco"/>
              </w:rPr>
              <w:t>{enlace}</w:t>
            </w:r>
          </w:p>
          <w:p>
            <w:pPr>
              <w:pStyle w:val="Mensaje"/>
              <w:keepNext w:val="0"/>
              <w:keepLines/>
              <w:pBdr>
                <w:left w:val="single" w:sz="12" w:space="10" w:color="12B5A3"/>
              </w:pBdr>
              <w:spacing w:before="0" w:after="0" w:line="293" w:lineRule="auto"/>
            </w:pPr>
            <w:r>
              <w:rPr/>
              <w:t>Si no te apetece, ningún problema. ¡Gracias igualmente!</w:t>
            </w:r>
          </w:p>
        </w:tc>
      </w:tr>
    </w:tbl>
    <w:p>
      <w:pPr>
        <w:keepNext w:val="0"/>
        <w:keepLines/>
        <w:spacing w:before="0" w:after="0" w:lineRule="exact" w:line="220"/>
      </w:pPr>
      <w:r>
        <w:rPr>
          <w:sz w:val="4"/>
        </w:rPr>
      </w:r>
    </w:p>
    <w:tbl>
      <w:tblPr>
        <w:tblW w:w="9638" w:type="dxa"/>
        <w:jc w:val="left"/>
        <w:tblBorders>
          <w:top w:val="single" w:sz="4" w:space="0" w:color="E3E9F0"/>
          <w:left w:val="single" w:sz="4" w:space="0" w:color="E3E9F0"/>
          <w:bottom w:val="single" w:sz="4" w:space="0" w:color="E3E9F0"/>
          <w:right w:val="single" w:sz="4" w:space="0" w:color="E3E9F0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00"/>
        <w:gridCol w:w="3538"/>
      </w:tblGrid>
      <w:tr>
        <w:trPr>
          <w:cantSplit/>
        </w:trPr>
        <w:tc>
          <w:tcPr>
            <w:tcW w:w="6100" w:type="dxa"/>
            <w:shd w:val="clear" w:color="auto" w:fill="E4FAF6"/>
            <w:tcMar>
              <w:top w:w="130" w:type="dxa"/>
              <w:left w:w="220" w:type="dxa"/>
              <w:bottom w:w="120" w:type="dxa"/>
              <w:right w:w="80" w:type="dxa"/>
            </w:tcMar>
            <w:vAlign w:val="center"/>
          </w:tcPr>
          <w:p>
            <w:pPr>
              <w:pStyle w:val="Heading2"/>
              <w:keepNext/>
              <w:keepLines/>
              <w:spacing w:before="0" w:after="0"/>
            </w:pPr>
            <w:r>
              <w:rPr>
                <w:color w:val="076B69"/>
              </w:rPr>
              <w:t xml:space="preserve">8.3   </w:t>
            </w:r>
            <w:r>
              <w:rPr/>
              <w:t>Trae a alguien a entrenar</w:t>
            </w:r>
          </w:p>
        </w:tc>
        <w:tc>
          <w:tcPr>
            <w:tcW w:w="3538" w:type="dxa"/>
            <w:shd w:val="clear" w:color="auto" w:fill="E4FAF6"/>
            <w:tcMar>
              <w:top w:w="130" w:type="dxa"/>
              <w:left w:w="80" w:type="dxa"/>
              <w:bottom w:w="120" w:type="dxa"/>
              <w:right w:w="200" w:type="dxa"/>
            </w:tcMar>
            <w:vAlign w:val="center"/>
          </w:tcPr>
          <w:p>
            <w:pPr>
              <w:keepNext/>
              <w:keepLines/>
              <w:spacing w:before="0" w:after="0" w:line="360" w:lineRule="auto"/>
              <w:jc w:val="right"/>
            </w:pPr>
            <w:r>
              <w:rPr>
                <w:sz w:val="15"/>
                <w:shd w:val="clear" w:color="auto" w:fill="FFFFFF"/>
              </w:rPr>
              <w:t xml:space="preserve">  </w:t>
            </w:r>
            <w:r>
              <w:rPr>
                <w:color w:val="4F82EC"/>
                <w:sz w:val="13"/>
                <w:shd w:val="clear" w:color="auto" w:fill="FFFFFF"/>
              </w:rPr>
              <w:t>●</w:t>
            </w:r>
            <w:r>
              <w:rPr>
                <w:b/>
                <w:color w:val="0B1220"/>
                <w:spacing w:val="10"/>
                <w:sz w:val="14"/>
                <w:shd w:val="clear" w:color="auto" w:fill="FFFFFF"/>
              </w:rPr>
              <w:t xml:space="preserve"> EMAIL  </w:t>
            </w:r>
            <w:r>
              <w:rPr>
                <w:sz w:val="14"/>
              </w:rPr>
              <w:t xml:space="preserve"> </w:t>
            </w:r>
            <w:r>
              <w:rPr>
                <w:sz w:val="15"/>
                <w:shd w:val="clear" w:color="auto" w:fill="FFFFFF"/>
              </w:rPr>
              <w:t xml:space="preserve">  </w:t>
            </w:r>
            <w:r>
              <w:rPr>
                <w:color w:val="0F6B47"/>
                <w:sz w:val="13"/>
                <w:shd w:val="clear" w:color="auto" w:fill="FFFFFF"/>
              </w:rPr>
              <w:t>●</w:t>
            </w:r>
            <w:r>
              <w:rPr>
                <w:b/>
                <w:color w:val="0B1220"/>
                <w:spacing w:val="10"/>
                <w:sz w:val="14"/>
                <w:shd w:val="clear" w:color="auto" w:fill="FFFFFF"/>
              </w:rPr>
              <w:t xml:space="preserve"> WHATSAPP  </w:t>
            </w:r>
          </w:p>
        </w:tc>
      </w:tr>
      <w:tr>
        <w:trPr>
          <w:cantSplit/>
        </w:trPr>
        <w:tc>
          <w:tcPr>
            <w:tcW w:w="9638" w:type="dxa"/>
            <w:gridSpan w:val="2"/>
            <w:tcMar>
              <w:top w:w="150" w:type="dxa"/>
              <w:left w:w="220" w:type="dxa"/>
              <w:bottom w:w="170" w:type="dxa"/>
              <w:right w:w="260" w:type="dxa"/>
            </w:tcMar>
          </w:tcPr>
          <w:p>
            <w:pPr>
              <w:keepNext/>
              <w:keepLines/>
              <w:spacing w:before="0" w:after="160" w:line="288" w:lineRule="auto"/>
            </w:pPr>
            <w:r>
              <w:rPr>
                <w:b/>
                <w:color w:val="076B69"/>
                <w:spacing w:val="20"/>
                <w:sz w:val="14"/>
              </w:rPr>
              <w:t xml:space="preserve">CUÁNDO  </w:t>
            </w:r>
            <w:r>
              <w:rPr>
                <w:color w:val="4B586B"/>
                <w:sz w:val="17"/>
              </w:rPr>
              <w:t>Cuando lleva unas semanas viniendo con regularidad, o en una campaña puntual.</w:t>
            </w:r>
          </w:p>
          <w:p>
            <w:pPr>
              <w:pStyle w:val="Mensaje"/>
              <w:keepNext/>
              <w:keepLines/>
              <w:pBdr>
                <w:left w:val="single" w:sz="12" w:space="10" w:color="12B5A3"/>
              </w:pBdr>
              <w:spacing w:before="0" w:after="120"/>
            </w:pPr>
            <w:r>
              <w:rPr>
                <w:b/>
                <w:color w:val="4B586B"/>
              </w:rPr>
              <w:t xml:space="preserve">Asunto: </w:t>
            </w:r>
            <w:r>
              <w:rPr>
                <w:b/>
              </w:rPr>
              <w:t xml:space="preserve">Invita a alguien a entrenar contigo en </w:t>
            </w:r>
            <w:r>
              <w:rPr>
                <w:rStyle w:val="Hueco"/>
                <w:b/>
              </w:rPr>
              <w:t>{centro}</w:t>
            </w:r>
          </w:p>
          <w:p>
            <w:pPr>
              <w:pStyle w:val="Mensaje"/>
              <w:keepNext/>
              <w:keepLines/>
              <w:pBdr>
                <w:left w:val="single" w:sz="12" w:space="10" w:color="12B5A3"/>
              </w:pBdr>
              <w:spacing w:before="0" w:after="80" w:line="293" w:lineRule="auto"/>
            </w:pPr>
            <w:r>
              <w:rPr/>
              <w:t xml:space="preserve">Hola, </w:t>
            </w:r>
            <w:r>
              <w:rPr>
                <w:rStyle w:val="Hueco"/>
              </w:rPr>
              <w:t>{nombre}</w:t>
            </w:r>
            <w:r>
              <w:rPr/>
              <w:t>:</w:t>
            </w:r>
          </w:p>
          <w:p>
            <w:pPr>
              <w:pStyle w:val="Mensaje"/>
              <w:keepNext/>
              <w:keepLines/>
              <w:pBdr>
                <w:left w:val="single" w:sz="12" w:space="10" w:color="12B5A3"/>
              </w:pBdr>
              <w:spacing w:before="0" w:after="80" w:line="293" w:lineRule="auto"/>
            </w:pPr>
            <w:r>
              <w:rPr/>
              <w:t xml:space="preserve">Entrenar con alguien conocido se hace mucho más llevadero. Por eso puedes invitar a un amigo, una amiga o a quien quieras a probar </w:t>
            </w:r>
            <w:r>
              <w:rPr>
                <w:rStyle w:val="Hueco"/>
              </w:rPr>
              <w:t>{centro}</w:t>
            </w:r>
            <w:r>
              <w:rPr/>
              <w:t xml:space="preserve">: </w:t>
            </w:r>
            <w:r>
              <w:rPr>
                <w:rStyle w:val="Hueco"/>
              </w:rPr>
              <w:t>[CONDICIONES: una semana gratis, una clase de prueba]</w:t>
            </w:r>
            <w:r>
              <w:rPr/>
              <w:t>.</w:t>
            </w:r>
          </w:p>
          <w:p>
            <w:pPr>
              <w:pStyle w:val="Mensaje"/>
              <w:keepNext/>
              <w:keepLines/>
              <w:pBdr>
                <w:left w:val="single" w:sz="12" w:space="10" w:color="12B5A3"/>
              </w:pBdr>
              <w:spacing w:before="0" w:after="80" w:line="293" w:lineRule="auto"/>
            </w:pPr>
            <w:r>
              <w:rPr/>
              <w:t xml:space="preserve">Si se apunta, </w:t>
            </w:r>
            <w:r>
              <w:rPr>
                <w:rStyle w:val="Hueco"/>
              </w:rPr>
              <w:t>[RECOMPENSA: tú tienes un mes a mitad de precio y esa persona no paga matrícula]</w:t>
            </w:r>
            <w:r>
              <w:rPr/>
              <w:t>.</w:t>
            </w:r>
          </w:p>
          <w:p>
            <w:pPr>
              <w:pStyle w:val="Mensaje"/>
              <w:keepNext/>
              <w:keepLines/>
              <w:pBdr>
                <w:left w:val="single" w:sz="12" w:space="10" w:color="12B5A3"/>
              </w:pBdr>
              <w:spacing w:before="0" w:after="80" w:line="293" w:lineRule="auto"/>
            </w:pPr>
            <w:r>
              <w:rPr/>
              <w:t>Solo tiene que venir contigo y decir tu nombre en recepción. ¡Nos encantará conocerle!</w:t>
            </w:r>
          </w:p>
          <w:p>
            <w:pPr>
              <w:pStyle w:val="Mensaje"/>
              <w:keepNext/>
              <w:keepLines/>
              <w:pBdr>
                <w:left w:val="single" w:sz="12" w:space="10" w:color="12B5A3"/>
              </w:pBdr>
              <w:spacing w:before="0" w:after="80" w:line="293" w:lineRule="auto"/>
            </w:pPr>
            <w:r>
              <w:rPr>
                <w:rStyle w:val="Hueco"/>
              </w:rPr>
              <w:t>{firma}</w:t>
            </w:r>
          </w:p>
          <w:p>
            <w:pPr>
              <w:keepNext/>
              <w:keepLines/>
              <w:spacing w:before="120" w:after="0" w:line="288" w:lineRule="auto"/>
            </w:pPr>
            <w:r>
              <w:rPr>
                <w:b/>
                <w:color w:val="076B69"/>
                <w:sz w:val="17"/>
              </w:rPr>
              <w:t xml:space="preserve">Consejo  ·  </w:t>
            </w:r>
            <w:r>
              <w:rPr>
                <w:color w:val="4B586B"/>
                <w:sz w:val="17"/>
              </w:rPr>
              <w:t>Que sea tu socio quien comparta la invitación: no le pidas los datos de sus amigos para escribirles tú.</w:t>
            </w:r>
          </w:p>
          <w:p>
            <w:pPr>
              <w:keepNext w:val="0"/>
              <w:keepLines/>
              <w:spacing w:before="40" w:after="0" w:line="288" w:lineRule="auto"/>
            </w:pPr>
            <w:r>
              <w:rPr>
                <w:b/>
                <w:color w:val="C9284A"/>
                <w:sz w:val="17"/>
              </w:rPr>
              <w:t xml:space="preserve">Requiere consentimiento  ·  </w:t>
            </w:r>
            <w:r>
              <w:rPr>
                <w:color w:val="4B586B"/>
                <w:sz w:val="17"/>
              </w:rPr>
              <w:t>Envíalo solo a quien aceptó recibir comunicaciones comerciales.</w:t>
            </w:r>
          </w:p>
        </w:tc>
      </w:tr>
    </w:tbl>
    <w:p>
      <w:pPr>
        <w:keepNext w:val="0"/>
        <w:keepLines/>
        <w:spacing w:before="0" w:after="0" w:lineRule="exact" w:line="220"/>
      </w:pPr>
      <w:r>
        <w:rPr>
          <w:sz w:val="4"/>
        </w:rPr>
      </w:r>
    </w:p>
    <w:tbl>
      <w:tblPr>
        <w:tblW w:w="9638" w:type="dxa"/>
        <w:jc w:val="left"/>
        <w:tblBorders>
          <w:top w:val="single" w:sz="4" w:space="0" w:color="E3E9F0"/>
          <w:left w:val="single" w:sz="4" w:space="0" w:color="E3E9F0"/>
          <w:bottom w:val="single" w:sz="4" w:space="0" w:color="E3E9F0"/>
          <w:right w:val="single" w:sz="4" w:space="0" w:color="E3E9F0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00"/>
        <w:gridCol w:w="3538"/>
      </w:tblGrid>
      <w:tr>
        <w:trPr>
          <w:cantSplit/>
        </w:trPr>
        <w:tc>
          <w:tcPr>
            <w:tcW w:w="6100" w:type="dxa"/>
            <w:shd w:val="clear" w:color="auto" w:fill="E4FAF6"/>
            <w:tcMar>
              <w:top w:w="130" w:type="dxa"/>
              <w:left w:w="220" w:type="dxa"/>
              <w:bottom w:w="120" w:type="dxa"/>
              <w:right w:w="80" w:type="dxa"/>
            </w:tcMar>
            <w:vAlign w:val="center"/>
          </w:tcPr>
          <w:p>
            <w:pPr>
              <w:pStyle w:val="Heading2"/>
              <w:keepNext/>
              <w:keepLines/>
              <w:spacing w:before="0" w:after="0"/>
            </w:pPr>
            <w:r>
              <w:rPr>
                <w:color w:val="076B69"/>
              </w:rPr>
              <w:t xml:space="preserve">8.4   </w:t>
            </w:r>
            <w:r>
              <w:rPr/>
              <w:t>Gracias por recomendarnos</w:t>
            </w:r>
          </w:p>
        </w:tc>
        <w:tc>
          <w:tcPr>
            <w:tcW w:w="3538" w:type="dxa"/>
            <w:shd w:val="clear" w:color="auto" w:fill="E4FAF6"/>
            <w:tcMar>
              <w:top w:w="130" w:type="dxa"/>
              <w:left w:w="80" w:type="dxa"/>
              <w:bottom w:w="120" w:type="dxa"/>
              <w:right w:w="200" w:type="dxa"/>
            </w:tcMar>
            <w:vAlign w:val="center"/>
          </w:tcPr>
          <w:p>
            <w:pPr>
              <w:keepNext/>
              <w:keepLines/>
              <w:spacing w:before="0" w:after="0" w:line="360" w:lineRule="auto"/>
              <w:jc w:val="right"/>
            </w:pPr>
            <w:r>
              <w:rPr>
                <w:sz w:val="15"/>
                <w:shd w:val="clear" w:color="auto" w:fill="FFFFFF"/>
              </w:rPr>
              <w:t xml:space="preserve">  </w:t>
            </w:r>
            <w:r>
              <w:rPr>
                <w:color w:val="0F6B47"/>
                <w:sz w:val="13"/>
                <w:shd w:val="clear" w:color="auto" w:fill="FFFFFF"/>
              </w:rPr>
              <w:t>●</w:t>
            </w:r>
            <w:r>
              <w:rPr>
                <w:b/>
                <w:color w:val="0B1220"/>
                <w:spacing w:val="10"/>
                <w:sz w:val="14"/>
                <w:shd w:val="clear" w:color="auto" w:fill="FFFFFF"/>
              </w:rPr>
              <w:t xml:space="preserve"> WHATSAPP  </w:t>
            </w:r>
          </w:p>
        </w:tc>
      </w:tr>
      <w:tr>
        <w:trPr>
          <w:cantSplit/>
        </w:trPr>
        <w:tc>
          <w:tcPr>
            <w:tcW w:w="9638" w:type="dxa"/>
            <w:gridSpan w:val="2"/>
            <w:tcMar>
              <w:top w:w="150" w:type="dxa"/>
              <w:left w:w="220" w:type="dxa"/>
              <w:bottom w:w="170" w:type="dxa"/>
              <w:right w:w="260" w:type="dxa"/>
            </w:tcMar>
          </w:tcPr>
          <w:p>
            <w:pPr>
              <w:keepNext/>
              <w:keepLines/>
              <w:spacing w:before="0" w:after="160" w:line="288" w:lineRule="auto"/>
            </w:pPr>
            <w:r>
              <w:rPr>
                <w:b/>
                <w:color w:val="076B69"/>
                <w:spacing w:val="20"/>
                <w:sz w:val="14"/>
              </w:rPr>
              <w:t xml:space="preserve">CUÁNDO  </w:t>
            </w:r>
            <w:r>
              <w:rPr>
                <w:color w:val="4B586B"/>
                <w:sz w:val="17"/>
              </w:rPr>
              <w:t>En cuanto se apunta alguien que viene de su parte.</w:t>
            </w:r>
          </w:p>
          <w:p>
            <w:pPr>
              <w:pStyle w:val="Mensaje"/>
              <w:keepNext/>
              <w:keepLines/>
              <w:pBdr>
                <w:left w:val="single" w:sz="12" w:space="10" w:color="12B5A3"/>
              </w:pBdr>
              <w:spacing w:before="0" w:after="80" w:line="293" w:lineRule="auto"/>
            </w:pPr>
            <w:r>
              <w:rPr>
                <w:rStyle w:val="Hueco"/>
              </w:rPr>
              <w:t>{nombre}</w:t>
            </w:r>
            <w:r>
              <w:rPr/>
              <w:t xml:space="preserve">, ¡muchas gracias! </w:t>
            </w:r>
            <w:r>
              <w:rPr>
                <w:rStyle w:val="Hueco"/>
              </w:rPr>
              <w:t>{amigo}</w:t>
            </w:r>
            <w:r>
              <w:rPr/>
              <w:t xml:space="preserve"> se ha apuntado y nos ha dicho que viene de tu parte. Que alguien nos recomiende es de lo mejor que nos puede pasar.</w:t>
            </w:r>
          </w:p>
          <w:p>
            <w:pPr>
              <w:pStyle w:val="Mensaje"/>
              <w:keepNext w:val="0"/>
              <w:keepLines/>
              <w:pBdr>
                <w:left w:val="single" w:sz="12" w:space="10" w:color="12B5A3"/>
              </w:pBdr>
              <w:spacing w:before="0" w:after="0" w:line="293" w:lineRule="auto"/>
            </w:pPr>
            <w:r>
              <w:rPr>
                <w:rStyle w:val="Hueco"/>
              </w:rPr>
              <w:t>[SI HAY RECOMPENSA: tu mes a mitad de precio ya está aplicado en la próxima cuota]</w:t>
            </w:r>
            <w:r>
              <w:rPr/>
              <w:t>. ¡Nos vemos en el centro!</w:t>
            </w:r>
          </w:p>
        </w:tc>
      </w:tr>
    </w:tbl>
    <w:p>
      <w:pPr>
        <w:keepNext w:val="0"/>
        <w:keepLines/>
        <w:spacing w:before="0" w:after="0" w:lineRule="exact" w:line="220"/>
      </w:pPr>
      <w:r>
        <w:rPr>
          <w:sz w:val="4"/>
        </w:rPr>
      </w:r>
    </w:p>
    <w:p>
      <w:pPr>
        <w:keepNext/>
        <w:keepLines/>
        <w:spacing w:before="360" w:after="0" w:lineRule="exact" w:line="20"/>
      </w:pPr>
      <w:r>
        <w:rPr>
          <w:sz w:val="2"/>
        </w:rPr>
      </w:r>
    </w:p>
    <w:tbl>
      <w:tblPr>
        <w:tblW w:w="9638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138"/>
        <w:gridCol w:w="1500"/>
      </w:tblGrid>
      <w:tr>
        <w:trPr>
          <w:cantSplit/>
        </w:trPr>
        <w:tc>
          <w:tcPr>
            <w:tcW w:w="8138" w:type="dxa"/>
            <w:shd w:val="clear" w:color="auto" w:fill="E6EEFD"/>
            <w:tcMar>
              <w:top w:w="300" w:type="dxa"/>
              <w:left w:w="340" w:type="dxa"/>
              <w:bottom w:w="300" w:type="dxa"/>
              <w:right w:w="120" w:type="dxa"/>
            </w:tcMar>
            <w:vAlign w:val="center"/>
          </w:tcPr>
          <w:p>
            <w:pPr>
              <w:keepNext/>
              <w:keepLines/>
              <w:spacing w:before="0" w:after="100"/>
            </w:pPr>
            <w:r>
              <w:rPr>
                <w:b/>
                <w:color w:val="2F5FC4"/>
                <w:spacing w:val="24"/>
                <w:sz w:val="15"/>
              </w:rPr>
              <w:t>SECCIÓN 09  ·  5 MENSAJES</w:t>
            </w:r>
          </w:p>
          <w:p>
            <w:pPr>
              <w:pStyle w:val="Heading1"/>
              <w:keepNext/>
              <w:keepLines/>
              <w:spacing w:before="0" w:after="120"/>
            </w:pPr>
            <w:r>
              <w:rPr/>
              <w:t>Avisos del centro</w:t>
            </w:r>
          </w:p>
          <w:p>
            <w:pPr>
              <w:keepNext/>
              <w:keepLines/>
              <w:spacing w:before="0" w:after="0" w:line="312" w:lineRule="auto"/>
            </w:pPr>
            <w:r>
              <w:rPr>
                <w:color w:val="4B586B"/>
                <w:sz w:val="20"/>
              </w:rPr>
              <w:t>Para todos a la vez: con fecha, con alternativa y sin letra pequeña. Si afecta a muchos socios, mejor por correo y notificación que por WhatsApp.</w:t>
            </w:r>
          </w:p>
        </w:tc>
        <w:tc>
          <w:tcPr>
            <w:tcW w:w="1500" w:type="dxa"/>
            <w:shd w:val="clear" w:color="auto" w:fill="E6EEFD"/>
            <w:tcMar>
              <w:top w:w="200" w:type="dxa"/>
              <w:left w:w="120" w:type="dxa"/>
              <w:bottom w:w="200" w:type="dxa"/>
              <w:right w:w="300" w:type="dxa"/>
            </w:tcMar>
            <w:vAlign w:val="center"/>
          </w:tcPr>
          <w:p>
            <w:pPr>
              <w:keepNext/>
              <w:keepLines/>
              <w:spacing w:before="0" w:after="0"/>
              <w:jc w:val="right"/>
            </w:pPr>
            <w:r>
              <w:rPr>
                <w:b/>
                <w:color w:val="4F82EC"/>
                <w:sz w:val="80"/>
              </w:rPr>
              <w:t>09</w:t>
            </w:r>
          </w:p>
        </w:tc>
      </w:tr>
    </w:tbl>
    <w:p>
      <w:pPr>
        <w:keepNext/>
        <w:keepLines/>
        <w:spacing w:before="0" w:after="0" w:lineRule="exact" w:line="240"/>
      </w:pPr>
      <w:r>
        <w:rPr>
          <w:sz w:val="4"/>
        </w:rPr>
      </w:r>
    </w:p>
    <w:tbl>
      <w:tblPr>
        <w:tblW w:w="9638" w:type="dxa"/>
        <w:jc w:val="left"/>
        <w:tblBorders>
          <w:top w:val="single" w:sz="4" w:space="0" w:color="E3E9F0"/>
          <w:left w:val="single" w:sz="4" w:space="0" w:color="E3E9F0"/>
          <w:bottom w:val="single" w:sz="4" w:space="0" w:color="E3E9F0"/>
          <w:right w:val="single" w:sz="4" w:space="0" w:color="E3E9F0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00"/>
        <w:gridCol w:w="3538"/>
      </w:tblGrid>
      <w:tr>
        <w:trPr>
          <w:cantSplit/>
        </w:trPr>
        <w:tc>
          <w:tcPr>
            <w:tcW w:w="6100" w:type="dxa"/>
            <w:shd w:val="clear" w:color="auto" w:fill="E6EEFD"/>
            <w:tcMar>
              <w:top w:w="130" w:type="dxa"/>
              <w:left w:w="220" w:type="dxa"/>
              <w:bottom w:w="120" w:type="dxa"/>
              <w:right w:w="80" w:type="dxa"/>
            </w:tcMar>
            <w:vAlign w:val="center"/>
          </w:tcPr>
          <w:p>
            <w:pPr>
              <w:pStyle w:val="Heading2"/>
              <w:keepNext/>
              <w:keepLines/>
              <w:spacing w:before="0" w:after="0"/>
            </w:pPr>
            <w:r>
              <w:rPr>
                <w:color w:val="2F5FC4"/>
              </w:rPr>
              <w:t xml:space="preserve">9.1   </w:t>
            </w:r>
            <w:r>
              <w:rPr/>
              <w:t>Festivo o cierre</w:t>
            </w:r>
          </w:p>
        </w:tc>
        <w:tc>
          <w:tcPr>
            <w:tcW w:w="3538" w:type="dxa"/>
            <w:shd w:val="clear" w:color="auto" w:fill="E6EEFD"/>
            <w:tcMar>
              <w:top w:w="130" w:type="dxa"/>
              <w:left w:w="80" w:type="dxa"/>
              <w:bottom w:w="120" w:type="dxa"/>
              <w:right w:w="200" w:type="dxa"/>
            </w:tcMar>
            <w:vAlign w:val="center"/>
          </w:tcPr>
          <w:p>
            <w:pPr>
              <w:keepNext/>
              <w:keepLines/>
              <w:spacing w:before="0" w:after="0" w:line="360" w:lineRule="auto"/>
              <w:jc w:val="right"/>
            </w:pPr>
            <w:r>
              <w:rPr>
                <w:sz w:val="15"/>
                <w:shd w:val="clear" w:color="auto" w:fill="FFFFFF"/>
              </w:rPr>
              <w:t xml:space="preserve">  </w:t>
            </w:r>
            <w:r>
              <w:rPr>
                <w:color w:val="4F82EC"/>
                <w:sz w:val="13"/>
                <w:shd w:val="clear" w:color="auto" w:fill="FFFFFF"/>
              </w:rPr>
              <w:t>●</w:t>
            </w:r>
            <w:r>
              <w:rPr>
                <w:b/>
                <w:color w:val="0B1220"/>
                <w:spacing w:val="10"/>
                <w:sz w:val="14"/>
                <w:shd w:val="clear" w:color="auto" w:fill="FFFFFF"/>
              </w:rPr>
              <w:t xml:space="preserve"> EMAIL  </w:t>
            </w:r>
            <w:r>
              <w:rPr>
                <w:sz w:val="14"/>
              </w:rPr>
              <w:t xml:space="preserve"> </w:t>
            </w:r>
            <w:r>
              <w:rPr>
                <w:sz w:val="15"/>
                <w:shd w:val="clear" w:color="auto" w:fill="FFFFFF"/>
              </w:rPr>
              <w:t xml:space="preserve">  </w:t>
            </w:r>
            <w:r>
              <w:rPr>
                <w:color w:val="4A3CCF"/>
                <w:sz w:val="13"/>
                <w:shd w:val="clear" w:color="auto" w:fill="FFFFFF"/>
              </w:rPr>
              <w:t>●</w:t>
            </w:r>
            <w:r>
              <w:rPr>
                <w:b/>
                <w:color w:val="0B1220"/>
                <w:spacing w:val="10"/>
                <w:sz w:val="14"/>
                <w:shd w:val="clear" w:color="auto" w:fill="FFFFFF"/>
              </w:rPr>
              <w:t xml:space="preserve"> NOTIFICACIÓN  </w:t>
            </w:r>
          </w:p>
        </w:tc>
      </w:tr>
      <w:tr>
        <w:trPr>
          <w:cantSplit/>
        </w:trPr>
        <w:tc>
          <w:tcPr>
            <w:tcW w:w="9638" w:type="dxa"/>
            <w:gridSpan w:val="2"/>
            <w:tcMar>
              <w:top w:w="150" w:type="dxa"/>
              <w:left w:w="220" w:type="dxa"/>
              <w:bottom w:w="170" w:type="dxa"/>
              <w:right w:w="260" w:type="dxa"/>
            </w:tcMar>
          </w:tcPr>
          <w:p>
            <w:pPr>
              <w:keepNext/>
              <w:keepLines/>
              <w:spacing w:before="0" w:after="160" w:line="288" w:lineRule="auto"/>
            </w:pPr>
            <w:r>
              <w:rPr>
                <w:b/>
                <w:color w:val="2F5FC4"/>
                <w:spacing w:val="20"/>
                <w:sz w:val="14"/>
              </w:rPr>
              <w:t xml:space="preserve">CUÁNDO  </w:t>
            </w:r>
            <w:r>
              <w:rPr>
                <w:color w:val="4B586B"/>
                <w:sz w:val="17"/>
              </w:rPr>
              <w:t>Una semana antes, y un recordatorio el día anterior.</w:t>
            </w:r>
          </w:p>
          <w:p>
            <w:pPr>
              <w:pStyle w:val="Mensaje"/>
              <w:keepNext/>
              <w:keepLines/>
              <w:pBdr>
                <w:left w:val="single" w:sz="12" w:space="10" w:color="4F82EC"/>
              </w:pBdr>
              <w:spacing w:before="0" w:after="120"/>
            </w:pPr>
            <w:r>
              <w:rPr>
                <w:b/>
                <w:color w:val="4B586B"/>
              </w:rPr>
              <w:t xml:space="preserve">Asunto: </w:t>
            </w:r>
            <w:r>
              <w:rPr>
                <w:b/>
              </w:rPr>
              <w:t xml:space="preserve">Horario del </w:t>
            </w:r>
            <w:r>
              <w:rPr>
                <w:rStyle w:val="Hueco"/>
                <w:b/>
              </w:rPr>
              <w:t>{fecha}</w:t>
            </w:r>
            <w:r>
              <w:rPr>
                <w:b/>
              </w:rPr>
              <w:t xml:space="preserve"> (festivo)</w:t>
            </w:r>
          </w:p>
          <w:p>
            <w:pPr>
              <w:pStyle w:val="Mensaje"/>
              <w:keepNext/>
              <w:keepLines/>
              <w:pBdr>
                <w:left w:val="single" w:sz="12" w:space="10" w:color="4F82EC"/>
              </w:pBdr>
              <w:spacing w:before="0" w:after="80" w:line="293" w:lineRule="auto"/>
            </w:pPr>
            <w:r>
              <w:rPr/>
              <w:t xml:space="preserve">Hola, </w:t>
            </w:r>
            <w:r>
              <w:rPr>
                <w:rStyle w:val="Hueco"/>
              </w:rPr>
              <w:t>{nombre}</w:t>
            </w:r>
            <w:r>
              <w:rPr/>
              <w:t>:</w:t>
            </w:r>
          </w:p>
          <w:p>
            <w:pPr>
              <w:pStyle w:val="Mensaje"/>
              <w:keepNext/>
              <w:keepLines/>
              <w:pBdr>
                <w:left w:val="single" w:sz="12" w:space="10" w:color="4F82EC"/>
              </w:pBdr>
              <w:spacing w:before="0" w:after="80" w:line="293" w:lineRule="auto"/>
            </w:pPr>
            <w:r>
              <w:rPr/>
              <w:t xml:space="preserve">El </w:t>
            </w:r>
            <w:r>
              <w:rPr>
                <w:rStyle w:val="Hueco"/>
              </w:rPr>
              <w:t>{fecha}</w:t>
            </w:r>
            <w:r>
              <w:rPr/>
              <w:t xml:space="preserve"> es festivo y </w:t>
            </w:r>
            <w:r>
              <w:rPr>
                <w:rStyle w:val="Hueco"/>
              </w:rPr>
              <w:t>[HORARIO DE ESE DÍA: abrimos de 9:00 a 14:00]</w:t>
            </w:r>
            <w:r>
              <w:rPr/>
              <w:t xml:space="preserve">. Las clases de ese día </w:t>
            </w:r>
            <w:r>
              <w:rPr>
                <w:rStyle w:val="Hueco"/>
              </w:rPr>
              <w:t>[QUÉ PASA CON ELLAS: se mantienen]</w:t>
            </w:r>
            <w:r>
              <w:rPr/>
              <w:t xml:space="preserve">; si tenías reserva, </w:t>
            </w:r>
            <w:r>
              <w:rPr>
                <w:rStyle w:val="Hueco"/>
              </w:rPr>
              <w:t>[QUÉ PASA CON TU RESERVA]</w:t>
            </w:r>
            <w:r>
              <w:rPr/>
              <w:t>.</w:t>
            </w:r>
          </w:p>
          <w:p>
            <w:pPr>
              <w:pStyle w:val="Mensaje"/>
              <w:keepNext/>
              <w:keepLines/>
              <w:pBdr>
                <w:left w:val="single" w:sz="12" w:space="10" w:color="4F82EC"/>
              </w:pBdr>
              <w:spacing w:before="0" w:after="80" w:line="293" w:lineRule="auto"/>
            </w:pPr>
            <w:r>
              <w:rPr/>
              <w:t>El resto de la semana, horario normal. ¡Disfruta del día!</w:t>
            </w:r>
          </w:p>
          <w:p>
            <w:pPr>
              <w:pStyle w:val="Mensaje"/>
              <w:keepNext/>
              <w:keepLines/>
              <w:pBdr>
                <w:left w:val="single" w:sz="12" w:space="10" w:color="4F82EC"/>
              </w:pBdr>
              <w:spacing w:before="0" w:after="80" w:line="293" w:lineRule="auto"/>
            </w:pPr>
            <w:r>
              <w:rPr>
                <w:rStyle w:val="Hueco"/>
              </w:rPr>
              <w:t>{firma}</w:t>
            </w:r>
          </w:p>
          <w:p>
            <w:pPr>
              <w:keepNext/>
              <w:keepLines/>
              <w:spacing w:before="180" w:after="80"/>
            </w:pPr>
            <w:r>
              <w:rPr>
                <w:b/>
                <w:color w:val="5C697D"/>
                <w:spacing w:val="20"/>
                <w:sz w:val="14"/>
              </w:rPr>
              <w:t>VERSIÓN NOTIFICACIÓN  ·  MÁX. 120 CARACTERES</w:t>
            </w:r>
          </w:p>
          <w:p>
            <w:pPr>
              <w:pStyle w:val="Mensaje"/>
              <w:keepNext w:val="0"/>
              <w:keepLines/>
              <w:pBdr>
                <w:left w:val="single" w:sz="12" w:space="10" w:color="4F82EC"/>
              </w:pBdr>
              <w:spacing w:before="0" w:after="0" w:line="293" w:lineRule="auto"/>
            </w:pPr>
            <w:r>
              <w:rPr/>
              <w:t xml:space="preserve">El </w:t>
            </w:r>
            <w:r>
              <w:rPr>
                <w:rStyle w:val="Hueco"/>
              </w:rPr>
              <w:t>{fecha}</w:t>
            </w:r>
            <w:r>
              <w:rPr/>
              <w:t xml:space="preserve"> es festivo: </w:t>
            </w:r>
            <w:r>
              <w:rPr>
                <w:rStyle w:val="Hueco"/>
              </w:rPr>
              <w:t>[HORARIO DE ESE DÍA]</w:t>
            </w:r>
            <w:r>
              <w:rPr/>
              <w:t>. El resto de la semana, horario normal.</w:t>
            </w:r>
          </w:p>
        </w:tc>
      </w:tr>
    </w:tbl>
    <w:p>
      <w:pPr>
        <w:keepNext w:val="0"/>
        <w:keepLines/>
        <w:spacing w:before="0" w:after="0" w:lineRule="exact" w:line="220"/>
      </w:pPr>
      <w:r>
        <w:rPr>
          <w:sz w:val="4"/>
        </w:rPr>
      </w:r>
    </w:p>
    <w:tbl>
      <w:tblPr>
        <w:tblW w:w="9638" w:type="dxa"/>
        <w:jc w:val="left"/>
        <w:tblBorders>
          <w:top w:val="single" w:sz="4" w:space="0" w:color="E3E9F0"/>
          <w:left w:val="single" w:sz="4" w:space="0" w:color="E3E9F0"/>
          <w:bottom w:val="single" w:sz="4" w:space="0" w:color="E3E9F0"/>
          <w:right w:val="single" w:sz="4" w:space="0" w:color="E3E9F0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00"/>
        <w:gridCol w:w="3538"/>
      </w:tblGrid>
      <w:tr>
        <w:trPr>
          <w:cantSplit/>
        </w:trPr>
        <w:tc>
          <w:tcPr>
            <w:tcW w:w="6100" w:type="dxa"/>
            <w:shd w:val="clear" w:color="auto" w:fill="E6EEFD"/>
            <w:tcMar>
              <w:top w:w="130" w:type="dxa"/>
              <w:left w:w="220" w:type="dxa"/>
              <w:bottom w:w="120" w:type="dxa"/>
              <w:right w:w="80" w:type="dxa"/>
            </w:tcMar>
            <w:vAlign w:val="center"/>
          </w:tcPr>
          <w:p>
            <w:pPr>
              <w:pStyle w:val="Heading2"/>
              <w:keepNext/>
              <w:keepLines/>
              <w:spacing w:before="0" w:after="0"/>
            </w:pPr>
            <w:r>
              <w:rPr>
                <w:color w:val="2F5FC4"/>
              </w:rPr>
              <w:t xml:space="preserve">9.2   </w:t>
            </w:r>
            <w:r>
              <w:rPr/>
              <w:t>Recordatorio amable de normas</w:t>
            </w:r>
          </w:p>
        </w:tc>
        <w:tc>
          <w:tcPr>
            <w:tcW w:w="3538" w:type="dxa"/>
            <w:shd w:val="clear" w:color="auto" w:fill="E6EEFD"/>
            <w:tcMar>
              <w:top w:w="130" w:type="dxa"/>
              <w:left w:w="80" w:type="dxa"/>
              <w:bottom w:w="120" w:type="dxa"/>
              <w:right w:w="200" w:type="dxa"/>
            </w:tcMar>
            <w:vAlign w:val="center"/>
          </w:tcPr>
          <w:p>
            <w:pPr>
              <w:keepNext/>
              <w:keepLines/>
              <w:spacing w:before="0" w:after="0" w:line="360" w:lineRule="auto"/>
              <w:jc w:val="right"/>
            </w:pPr>
            <w:r>
              <w:rPr>
                <w:sz w:val="15"/>
                <w:shd w:val="clear" w:color="auto" w:fill="FFFFFF"/>
              </w:rPr>
              <w:t xml:space="preserve">  </w:t>
            </w:r>
            <w:r>
              <w:rPr>
                <w:color w:val="4A3CCF"/>
                <w:sz w:val="13"/>
                <w:shd w:val="clear" w:color="auto" w:fill="FFFFFF"/>
              </w:rPr>
              <w:t>●</w:t>
            </w:r>
            <w:r>
              <w:rPr>
                <w:b/>
                <w:color w:val="0B1220"/>
                <w:spacing w:val="10"/>
                <w:sz w:val="14"/>
                <w:shd w:val="clear" w:color="auto" w:fill="FFFFFF"/>
              </w:rPr>
              <w:t xml:space="preserve"> NOTIFICACIÓN  </w:t>
            </w:r>
          </w:p>
        </w:tc>
      </w:tr>
      <w:tr>
        <w:trPr>
          <w:cantSplit/>
        </w:trPr>
        <w:tc>
          <w:tcPr>
            <w:tcW w:w="9638" w:type="dxa"/>
            <w:gridSpan w:val="2"/>
            <w:tcMar>
              <w:top w:w="150" w:type="dxa"/>
              <w:left w:w="220" w:type="dxa"/>
              <w:bottom w:w="170" w:type="dxa"/>
              <w:right w:w="260" w:type="dxa"/>
            </w:tcMar>
          </w:tcPr>
          <w:p>
            <w:pPr>
              <w:keepNext/>
              <w:keepLines/>
              <w:spacing w:before="0" w:after="160" w:line="288" w:lineRule="auto"/>
            </w:pPr>
            <w:r>
              <w:rPr>
                <w:b/>
                <w:color w:val="2F5FC4"/>
                <w:spacing w:val="20"/>
                <w:sz w:val="14"/>
              </w:rPr>
              <w:t xml:space="preserve">CUÁNDO  </w:t>
            </w:r>
            <w:r>
              <w:rPr>
                <w:color w:val="4B586B"/>
                <w:sz w:val="17"/>
              </w:rPr>
              <w:t>Cuando algo se repite (material sin recoger, taquillas ocupadas). A todos, sin señalar a nadie.</w:t>
            </w:r>
          </w:p>
          <w:p>
            <w:pPr>
              <w:pStyle w:val="Mensaje"/>
              <w:keepNext w:val="0"/>
              <w:keepLines/>
              <w:pBdr>
                <w:left w:val="single" w:sz="12" w:space="10" w:color="4F82EC"/>
              </w:pBdr>
              <w:spacing w:before="0" w:after="0" w:line="293" w:lineRule="auto"/>
            </w:pPr>
            <w:r>
              <w:rPr/>
              <w:t xml:space="preserve">Un favor, </w:t>
            </w:r>
            <w:r>
              <w:rPr>
                <w:rStyle w:val="Hueco"/>
              </w:rPr>
              <w:t>{nombre}</w:t>
            </w:r>
            <w:r>
              <w:rPr/>
              <w:t xml:space="preserve">: </w:t>
            </w:r>
            <w:r>
              <w:rPr>
                <w:rStyle w:val="Hueco"/>
              </w:rPr>
              <w:t>[LA NORMA: recoge el material al terminar]</w:t>
            </w:r>
            <w:r>
              <w:rPr/>
              <w:t>. Así todos encontramos el centro como nos gusta. ¡Gracias!</w:t>
            </w:r>
          </w:p>
        </w:tc>
      </w:tr>
    </w:tbl>
    <w:p>
      <w:pPr>
        <w:keepNext w:val="0"/>
        <w:keepLines/>
        <w:spacing w:before="0" w:after="0" w:lineRule="exact" w:line="220"/>
      </w:pPr>
      <w:r>
        <w:rPr>
          <w:sz w:val="4"/>
        </w:rPr>
      </w:r>
    </w:p>
    <w:tbl>
      <w:tblPr>
        <w:tblW w:w="9638" w:type="dxa"/>
        <w:jc w:val="left"/>
        <w:tblBorders>
          <w:top w:val="single" w:sz="4" w:space="0" w:color="E3E9F0"/>
          <w:left w:val="single" w:sz="4" w:space="0" w:color="E3E9F0"/>
          <w:bottom w:val="single" w:sz="4" w:space="0" w:color="E3E9F0"/>
          <w:right w:val="single" w:sz="4" w:space="0" w:color="E3E9F0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00"/>
        <w:gridCol w:w="3538"/>
      </w:tblGrid>
      <w:tr>
        <w:trPr>
          <w:cantSplit/>
        </w:trPr>
        <w:tc>
          <w:tcPr>
            <w:tcW w:w="6100" w:type="dxa"/>
            <w:shd w:val="clear" w:color="auto" w:fill="E6EEFD"/>
            <w:tcMar>
              <w:top w:w="130" w:type="dxa"/>
              <w:left w:w="220" w:type="dxa"/>
              <w:bottom w:w="120" w:type="dxa"/>
              <w:right w:w="80" w:type="dxa"/>
            </w:tcMar>
            <w:vAlign w:val="center"/>
          </w:tcPr>
          <w:p>
            <w:pPr>
              <w:pStyle w:val="Heading2"/>
              <w:keepNext/>
              <w:keepLines/>
              <w:spacing w:before="0" w:after="0"/>
            </w:pPr>
            <w:r>
              <w:rPr>
                <w:color w:val="2F5FC4"/>
              </w:rPr>
              <w:t xml:space="preserve">9.3   </w:t>
            </w:r>
            <w:r>
              <w:rPr/>
              <w:t>Obras o mejoras en el centro</w:t>
            </w:r>
          </w:p>
        </w:tc>
        <w:tc>
          <w:tcPr>
            <w:tcW w:w="3538" w:type="dxa"/>
            <w:shd w:val="clear" w:color="auto" w:fill="E6EEFD"/>
            <w:tcMar>
              <w:top w:w="130" w:type="dxa"/>
              <w:left w:w="80" w:type="dxa"/>
              <w:bottom w:w="120" w:type="dxa"/>
              <w:right w:w="200" w:type="dxa"/>
            </w:tcMar>
            <w:vAlign w:val="center"/>
          </w:tcPr>
          <w:p>
            <w:pPr>
              <w:keepNext/>
              <w:keepLines/>
              <w:spacing w:before="0" w:after="0" w:line="360" w:lineRule="auto"/>
              <w:jc w:val="right"/>
            </w:pPr>
            <w:r>
              <w:rPr>
                <w:sz w:val="15"/>
                <w:shd w:val="clear" w:color="auto" w:fill="FFFFFF"/>
              </w:rPr>
              <w:t xml:space="preserve">  </w:t>
            </w:r>
            <w:r>
              <w:rPr>
                <w:color w:val="4F82EC"/>
                <w:sz w:val="13"/>
                <w:shd w:val="clear" w:color="auto" w:fill="FFFFFF"/>
              </w:rPr>
              <w:t>●</w:t>
            </w:r>
            <w:r>
              <w:rPr>
                <w:b/>
                <w:color w:val="0B1220"/>
                <w:spacing w:val="10"/>
                <w:sz w:val="14"/>
                <w:shd w:val="clear" w:color="auto" w:fill="FFFFFF"/>
              </w:rPr>
              <w:t xml:space="preserve"> EMAIL  </w:t>
            </w:r>
          </w:p>
        </w:tc>
      </w:tr>
      <w:tr>
        <w:trPr>
          <w:cantSplit/>
        </w:trPr>
        <w:tc>
          <w:tcPr>
            <w:tcW w:w="9638" w:type="dxa"/>
            <w:gridSpan w:val="2"/>
            <w:tcMar>
              <w:top w:w="150" w:type="dxa"/>
              <w:left w:w="220" w:type="dxa"/>
              <w:bottom w:w="170" w:type="dxa"/>
              <w:right w:w="260" w:type="dxa"/>
            </w:tcMar>
          </w:tcPr>
          <w:p>
            <w:pPr>
              <w:keepNext/>
              <w:keepLines/>
              <w:spacing w:before="0" w:after="160" w:line="288" w:lineRule="auto"/>
            </w:pPr>
            <w:r>
              <w:rPr>
                <w:b/>
                <w:color w:val="2F5FC4"/>
                <w:spacing w:val="20"/>
                <w:sz w:val="14"/>
              </w:rPr>
              <w:t xml:space="preserve">CUÁNDO  </w:t>
            </w:r>
            <w:r>
              <w:rPr>
                <w:color w:val="4B586B"/>
                <w:sz w:val="17"/>
              </w:rPr>
              <w:t>Al menos una semana antes de empezar.</w:t>
            </w:r>
          </w:p>
          <w:p>
            <w:pPr>
              <w:pStyle w:val="Mensaje"/>
              <w:keepNext/>
              <w:keepLines/>
              <w:pBdr>
                <w:left w:val="single" w:sz="12" w:space="10" w:color="4F82EC"/>
              </w:pBdr>
              <w:spacing w:before="0" w:after="120"/>
            </w:pPr>
            <w:r>
              <w:rPr>
                <w:b/>
                <w:color w:val="4B586B"/>
              </w:rPr>
              <w:t xml:space="preserve">Asunto: </w:t>
            </w:r>
            <w:r>
              <w:rPr>
                <w:b/>
              </w:rPr>
              <w:t xml:space="preserve">Mejoras en </w:t>
            </w:r>
            <w:r>
              <w:rPr>
                <w:rStyle w:val="Hueco"/>
                <w:b/>
              </w:rPr>
              <w:t>{centro}</w:t>
            </w:r>
            <w:r>
              <w:rPr>
                <w:b/>
              </w:rPr>
              <w:t xml:space="preserve"> a partir del </w:t>
            </w:r>
            <w:r>
              <w:rPr>
                <w:rStyle w:val="Hueco"/>
                <w:b/>
              </w:rPr>
              <w:t>{fecha}</w:t>
            </w:r>
          </w:p>
          <w:p>
            <w:pPr>
              <w:pStyle w:val="Mensaje"/>
              <w:keepNext/>
              <w:keepLines/>
              <w:pBdr>
                <w:left w:val="single" w:sz="12" w:space="10" w:color="4F82EC"/>
              </w:pBdr>
              <w:spacing w:before="0" w:after="80" w:line="293" w:lineRule="auto"/>
            </w:pPr>
            <w:r>
              <w:rPr/>
              <w:t xml:space="preserve">Hola, </w:t>
            </w:r>
            <w:r>
              <w:rPr>
                <w:rStyle w:val="Hueco"/>
              </w:rPr>
              <w:t>{nombre}</w:t>
            </w:r>
            <w:r>
              <w:rPr/>
              <w:t>:</w:t>
            </w:r>
          </w:p>
          <w:p>
            <w:pPr>
              <w:pStyle w:val="Mensaje"/>
              <w:keepNext/>
              <w:keepLines/>
              <w:pBdr>
                <w:left w:val="single" w:sz="12" w:space="10" w:color="4F82EC"/>
              </w:pBdr>
              <w:spacing w:before="0" w:after="80" w:line="293" w:lineRule="auto"/>
            </w:pPr>
            <w:r>
              <w:rPr/>
              <w:t xml:space="preserve">A partir del </w:t>
            </w:r>
            <w:r>
              <w:rPr>
                <w:rStyle w:val="Hueco"/>
              </w:rPr>
              <w:t>{fecha}</w:t>
            </w:r>
            <w:r>
              <w:rPr/>
              <w:t xml:space="preserve"> vamos a </w:t>
            </w:r>
            <w:r>
              <w:rPr>
                <w:rStyle w:val="Hueco"/>
              </w:rPr>
              <w:t>[QUÉ: renovar los vestuarios]</w:t>
            </w:r>
            <w:r>
              <w:rPr/>
              <w:t xml:space="preserve">. Durará unos </w:t>
            </w:r>
            <w:r>
              <w:rPr>
                <w:rStyle w:val="Hueco"/>
              </w:rPr>
              <w:t>[DURACIÓN]</w:t>
            </w:r>
            <w:r>
              <w:rPr/>
              <w:t xml:space="preserve"> y lo hacemos para que entrenes mejor: </w:t>
            </w:r>
            <w:r>
              <w:rPr>
                <w:rStyle w:val="Hueco"/>
              </w:rPr>
              <w:t>[EL BENEFICIO]</w:t>
            </w:r>
            <w:r>
              <w:rPr/>
              <w:t>.</w:t>
            </w:r>
          </w:p>
          <w:p>
            <w:pPr>
              <w:pStyle w:val="Mensaje"/>
              <w:keepNext/>
              <w:keepLines/>
              <w:pBdr>
                <w:left w:val="single" w:sz="12" w:space="10" w:color="4F82EC"/>
              </w:pBdr>
              <w:spacing w:before="0" w:after="80" w:line="293" w:lineRule="auto"/>
            </w:pPr>
            <w:r>
              <w:rPr/>
              <w:t>Mientras tanto:</w:t>
            </w:r>
          </w:p>
          <w:p>
            <w:pPr>
              <w:pStyle w:val="Mensaje"/>
              <w:keepNext/>
              <w:keepLines/>
              <w:pBdr>
                <w:left w:val="single" w:sz="12" w:space="10" w:color="4F82EC"/>
              </w:pBdr>
              <w:tabs>
                <w:tab w:pos="460" w:val="left"/>
              </w:tabs>
              <w:spacing w:before="0" w:after="40" w:line="293" w:lineRule="auto"/>
              <w:ind w:left="460" w:hanging="260"/>
            </w:pPr>
            <w:r>
              <w:rPr>
                <w:b/>
                <w:color w:val="2F5FC4"/>
              </w:rPr>
              <w:t>–</w:t>
              <w:tab/>
            </w:r>
            <w:r>
              <w:rPr>
                <w:rStyle w:val="Hueco"/>
              </w:rPr>
              <w:t>[QUÉ ZONA SE CIERRA Y QUÉ ALTERNATIVA HAY]</w:t>
            </w:r>
          </w:p>
          <w:p>
            <w:pPr>
              <w:pStyle w:val="Mensaje"/>
              <w:keepNext/>
              <w:keepLines/>
              <w:pBdr>
                <w:left w:val="single" w:sz="12" w:space="10" w:color="4F82EC"/>
              </w:pBdr>
              <w:tabs>
                <w:tab w:pos="460" w:val="left"/>
              </w:tabs>
              <w:spacing w:before="0" w:after="40" w:line="293" w:lineRule="auto"/>
              <w:ind w:left="460" w:hanging="260"/>
            </w:pPr>
            <w:r>
              <w:rPr>
                <w:b/>
                <w:color w:val="2F5FC4"/>
              </w:rPr>
              <w:t>–</w:t>
              <w:tab/>
            </w:r>
            <w:r>
              <w:rPr>
                <w:rStyle w:val="Hueco"/>
              </w:rPr>
              <w:t>[CAMBIOS DE HORARIO O DE CLASES]</w:t>
            </w:r>
          </w:p>
          <w:p>
            <w:pPr>
              <w:pStyle w:val="Mensaje"/>
              <w:keepNext/>
              <w:keepLines/>
              <w:pBdr>
                <w:left w:val="single" w:sz="12" w:space="10" w:color="4F82EC"/>
              </w:pBdr>
              <w:spacing w:before="0" w:after="80" w:line="293" w:lineRule="auto"/>
            </w:pPr>
            <w:r>
              <w:rPr/>
              <w:t>Haremos lo posible para que las molestias sean mínimas. Si algo te afecta especialmente, escríbenos y buscamos una solución.</w:t>
            </w:r>
          </w:p>
          <w:p>
            <w:pPr>
              <w:pStyle w:val="Mensaje"/>
              <w:keepNext/>
              <w:keepLines/>
              <w:pBdr>
                <w:left w:val="single" w:sz="12" w:space="10" w:color="4F82EC"/>
              </w:pBdr>
              <w:spacing w:before="0" w:after="80" w:line="293" w:lineRule="auto"/>
            </w:pPr>
            <w:r>
              <w:rPr/>
              <w:t>Gracias por la paciencia,</w:t>
            </w:r>
          </w:p>
          <w:p>
            <w:pPr>
              <w:pStyle w:val="Mensaje"/>
              <w:keepNext w:val="0"/>
              <w:keepLines/>
              <w:pBdr>
                <w:left w:val="single" w:sz="12" w:space="10" w:color="4F82EC"/>
              </w:pBdr>
              <w:spacing w:before="0" w:after="0" w:line="293" w:lineRule="auto"/>
            </w:pPr>
            <w:r>
              <w:rPr>
                <w:rStyle w:val="Hueco"/>
              </w:rPr>
              <w:t>{firma}</w:t>
            </w:r>
          </w:p>
        </w:tc>
      </w:tr>
    </w:tbl>
    <w:p>
      <w:pPr>
        <w:keepNext w:val="0"/>
        <w:keepLines/>
        <w:spacing w:before="0" w:after="0" w:lineRule="exact" w:line="220"/>
      </w:pPr>
      <w:r>
        <w:rPr>
          <w:sz w:val="4"/>
        </w:rPr>
      </w:r>
    </w:p>
    <w:tbl>
      <w:tblPr>
        <w:tblW w:w="9638" w:type="dxa"/>
        <w:jc w:val="left"/>
        <w:tblBorders>
          <w:top w:val="single" w:sz="4" w:space="0" w:color="E3E9F0"/>
          <w:left w:val="single" w:sz="4" w:space="0" w:color="E3E9F0"/>
          <w:bottom w:val="single" w:sz="4" w:space="0" w:color="E3E9F0"/>
          <w:right w:val="single" w:sz="4" w:space="0" w:color="E3E9F0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00"/>
        <w:gridCol w:w="3538"/>
      </w:tblGrid>
      <w:tr>
        <w:trPr>
          <w:cantSplit/>
        </w:trPr>
        <w:tc>
          <w:tcPr>
            <w:tcW w:w="6100" w:type="dxa"/>
            <w:shd w:val="clear" w:color="auto" w:fill="E6EEFD"/>
            <w:tcMar>
              <w:top w:w="130" w:type="dxa"/>
              <w:left w:w="220" w:type="dxa"/>
              <w:bottom w:w="120" w:type="dxa"/>
              <w:right w:w="80" w:type="dxa"/>
            </w:tcMar>
            <w:vAlign w:val="center"/>
          </w:tcPr>
          <w:p>
            <w:pPr>
              <w:pStyle w:val="Heading2"/>
              <w:keepNext/>
              <w:keepLines/>
              <w:spacing w:before="0" w:after="0"/>
            </w:pPr>
            <w:r>
              <w:rPr>
                <w:color w:val="2F5FC4"/>
              </w:rPr>
              <w:t xml:space="preserve">9.4   </w:t>
            </w:r>
            <w:r>
              <w:rPr/>
              <w:t>Nueva actividad</w:t>
            </w:r>
          </w:p>
        </w:tc>
        <w:tc>
          <w:tcPr>
            <w:tcW w:w="3538" w:type="dxa"/>
            <w:shd w:val="clear" w:color="auto" w:fill="E6EEFD"/>
            <w:tcMar>
              <w:top w:w="130" w:type="dxa"/>
              <w:left w:w="80" w:type="dxa"/>
              <w:bottom w:w="120" w:type="dxa"/>
              <w:right w:w="200" w:type="dxa"/>
            </w:tcMar>
            <w:vAlign w:val="center"/>
          </w:tcPr>
          <w:p>
            <w:pPr>
              <w:keepNext/>
              <w:keepLines/>
              <w:spacing w:before="0" w:after="0" w:line="360" w:lineRule="auto"/>
              <w:jc w:val="right"/>
            </w:pPr>
            <w:r>
              <w:rPr>
                <w:sz w:val="15"/>
                <w:shd w:val="clear" w:color="auto" w:fill="FFFFFF"/>
              </w:rPr>
              <w:t xml:space="preserve">  </w:t>
            </w:r>
            <w:r>
              <w:rPr>
                <w:color w:val="4F82EC"/>
                <w:sz w:val="13"/>
                <w:shd w:val="clear" w:color="auto" w:fill="FFFFFF"/>
              </w:rPr>
              <w:t>●</w:t>
            </w:r>
            <w:r>
              <w:rPr>
                <w:b/>
                <w:color w:val="0B1220"/>
                <w:spacing w:val="10"/>
                <w:sz w:val="14"/>
                <w:shd w:val="clear" w:color="auto" w:fill="FFFFFF"/>
              </w:rPr>
              <w:t xml:space="preserve"> EMAIL  </w:t>
            </w:r>
            <w:r>
              <w:rPr>
                <w:sz w:val="14"/>
              </w:rPr>
              <w:t xml:space="preserve"> </w:t>
            </w:r>
            <w:r>
              <w:rPr>
                <w:sz w:val="15"/>
                <w:shd w:val="clear" w:color="auto" w:fill="FFFFFF"/>
              </w:rPr>
              <w:t xml:space="preserve">  </w:t>
            </w:r>
            <w:r>
              <w:rPr>
                <w:color w:val="4A3CCF"/>
                <w:sz w:val="13"/>
                <w:shd w:val="clear" w:color="auto" w:fill="FFFFFF"/>
              </w:rPr>
              <w:t>●</w:t>
            </w:r>
            <w:r>
              <w:rPr>
                <w:b/>
                <w:color w:val="0B1220"/>
                <w:spacing w:val="10"/>
                <w:sz w:val="14"/>
                <w:shd w:val="clear" w:color="auto" w:fill="FFFFFF"/>
              </w:rPr>
              <w:t xml:space="preserve"> NOTIFICACIÓN  </w:t>
            </w:r>
          </w:p>
        </w:tc>
      </w:tr>
      <w:tr>
        <w:trPr>
          <w:cantSplit/>
        </w:trPr>
        <w:tc>
          <w:tcPr>
            <w:tcW w:w="9638" w:type="dxa"/>
            <w:gridSpan w:val="2"/>
            <w:tcMar>
              <w:top w:w="150" w:type="dxa"/>
              <w:left w:w="220" w:type="dxa"/>
              <w:bottom w:w="170" w:type="dxa"/>
              <w:right w:w="260" w:type="dxa"/>
            </w:tcMar>
          </w:tcPr>
          <w:p>
            <w:pPr>
              <w:keepNext/>
              <w:keepLines/>
              <w:spacing w:before="0" w:after="160" w:line="288" w:lineRule="auto"/>
            </w:pPr>
            <w:r>
              <w:rPr>
                <w:b/>
                <w:color w:val="2F5FC4"/>
                <w:spacing w:val="20"/>
                <w:sz w:val="14"/>
              </w:rPr>
              <w:t xml:space="preserve">CUÁNDO  </w:t>
            </w:r>
            <w:r>
              <w:rPr>
                <w:color w:val="4B586B"/>
                <w:sz w:val="17"/>
              </w:rPr>
              <w:t>2 o 3 semanas antes del estreno.</w:t>
            </w:r>
          </w:p>
          <w:p>
            <w:pPr>
              <w:pStyle w:val="Mensaje"/>
              <w:keepNext/>
              <w:keepLines/>
              <w:pBdr>
                <w:left w:val="single" w:sz="12" w:space="10" w:color="4F82EC"/>
              </w:pBdr>
              <w:spacing w:before="0" w:after="120"/>
            </w:pPr>
            <w:r>
              <w:rPr>
                <w:b/>
                <w:color w:val="4B586B"/>
              </w:rPr>
              <w:t xml:space="preserve">Asunto: </w:t>
            </w:r>
            <w:r>
              <w:rPr>
                <w:b/>
              </w:rPr>
              <w:t xml:space="preserve">Novedad en </w:t>
            </w:r>
            <w:r>
              <w:rPr>
                <w:rStyle w:val="Hueco"/>
                <w:b/>
              </w:rPr>
              <w:t>{centro}</w:t>
            </w:r>
            <w:r>
              <w:rPr>
                <w:b/>
              </w:rPr>
              <w:t xml:space="preserve">: </w:t>
            </w:r>
            <w:r>
              <w:rPr>
                <w:rStyle w:val="Hueco"/>
                <w:b/>
              </w:rPr>
              <w:t>{clase}</w:t>
            </w:r>
          </w:p>
          <w:p>
            <w:pPr>
              <w:pStyle w:val="Mensaje"/>
              <w:keepNext/>
              <w:keepLines/>
              <w:pBdr>
                <w:left w:val="single" w:sz="12" w:space="10" w:color="4F82EC"/>
              </w:pBdr>
              <w:spacing w:before="0" w:after="80" w:line="293" w:lineRule="auto"/>
            </w:pPr>
            <w:r>
              <w:rPr/>
              <w:t xml:space="preserve">Hola, </w:t>
            </w:r>
            <w:r>
              <w:rPr>
                <w:rStyle w:val="Hueco"/>
              </w:rPr>
              <w:t>{nombre}</w:t>
            </w:r>
            <w:r>
              <w:rPr/>
              <w:t>:</w:t>
            </w:r>
          </w:p>
          <w:p>
            <w:pPr>
              <w:pStyle w:val="Mensaje"/>
              <w:keepNext/>
              <w:keepLines/>
              <w:pBdr>
                <w:left w:val="single" w:sz="12" w:space="10" w:color="4F82EC"/>
              </w:pBdr>
              <w:spacing w:before="0" w:after="80" w:line="293" w:lineRule="auto"/>
            </w:pPr>
            <w:r>
              <w:rPr/>
              <w:t xml:space="preserve">Estrenamos actividad: </w:t>
            </w:r>
            <w:r>
              <w:rPr>
                <w:rStyle w:val="Hueco"/>
              </w:rPr>
              <w:t>{clase}</w:t>
            </w:r>
            <w:r>
              <w:rPr/>
              <w:t xml:space="preserve">, a partir del </w:t>
            </w:r>
            <w:r>
              <w:rPr>
                <w:rStyle w:val="Hueco"/>
              </w:rPr>
              <w:t>{fecha}</w:t>
            </w:r>
            <w:r>
              <w:rPr/>
              <w:t xml:space="preserve">. </w:t>
            </w:r>
            <w:r>
              <w:rPr>
                <w:rStyle w:val="Hueco"/>
              </w:rPr>
              <w:t>[QUÉ ES Y PARA QUIÉN: movilidad y fuerza suave, ideal si pasas muchas horas en una silla]</w:t>
            </w:r>
            <w:r>
              <w:rPr/>
              <w:t>.</w:t>
            </w:r>
          </w:p>
          <w:p>
            <w:pPr>
              <w:pStyle w:val="Mensaje"/>
              <w:keepNext/>
              <w:keepLines/>
              <w:pBdr>
                <w:left w:val="single" w:sz="12" w:space="10" w:color="4F82EC"/>
              </w:pBdr>
              <w:spacing w:before="0" w:after="80" w:line="293" w:lineRule="auto"/>
            </w:pPr>
            <w:r>
              <w:rPr/>
              <w:t xml:space="preserve">Horario: </w:t>
            </w:r>
            <w:r>
              <w:rPr>
                <w:rStyle w:val="Hueco"/>
              </w:rPr>
              <w:t>[DÍAS Y HORAS]</w:t>
            </w:r>
            <w:r>
              <w:rPr/>
              <w:t xml:space="preserve">. Precio: </w:t>
            </w:r>
            <w:r>
              <w:rPr>
                <w:rStyle w:val="Hueco"/>
              </w:rPr>
              <w:t>[INCLUIDA EN TU CUOTA O PRECIO APARTE]</w:t>
            </w:r>
            <w:r>
              <w:rPr/>
              <w:t>.</w:t>
            </w:r>
          </w:p>
          <w:p>
            <w:pPr>
              <w:pStyle w:val="Mensaje"/>
              <w:keepNext/>
              <w:keepLines/>
              <w:pBdr>
                <w:left w:val="single" w:sz="12" w:space="10" w:color="4F82EC"/>
              </w:pBdr>
              <w:spacing w:before="0" w:after="80" w:line="293" w:lineRule="auto"/>
            </w:pPr>
            <w:r>
              <w:rPr/>
              <w:t xml:space="preserve">Las primeras sesiones tienen plazas limitadas: resérvala en </w:t>
            </w:r>
            <w:r>
              <w:rPr>
                <w:rStyle w:val="Hueco"/>
              </w:rPr>
              <w:t>{enlace}</w:t>
            </w:r>
            <w:r>
              <w:rPr/>
              <w:t>. ¿Te apetece probarla?</w:t>
            </w:r>
          </w:p>
          <w:p>
            <w:pPr>
              <w:pStyle w:val="Mensaje"/>
              <w:keepNext/>
              <w:keepLines/>
              <w:pBdr>
                <w:left w:val="single" w:sz="12" w:space="10" w:color="4F82EC"/>
              </w:pBdr>
              <w:spacing w:before="0" w:after="80" w:line="293" w:lineRule="auto"/>
            </w:pPr>
            <w:r>
              <w:rPr>
                <w:rStyle w:val="Hueco"/>
              </w:rPr>
              <w:t>{firma}</w:t>
            </w:r>
          </w:p>
          <w:p>
            <w:pPr>
              <w:keepNext/>
              <w:keepLines/>
              <w:spacing w:before="180" w:after="80"/>
            </w:pPr>
            <w:r>
              <w:rPr>
                <w:b/>
                <w:color w:val="5C697D"/>
                <w:spacing w:val="20"/>
                <w:sz w:val="14"/>
              </w:rPr>
              <w:t>VERSIÓN NOTIFICACIÓN  ·  MÁX. 120 CARACTERES</w:t>
            </w:r>
          </w:p>
          <w:p>
            <w:pPr>
              <w:pStyle w:val="Mensaje"/>
              <w:keepNext/>
              <w:keepLines/>
              <w:pBdr>
                <w:left w:val="single" w:sz="12" w:space="10" w:color="4F82EC"/>
              </w:pBdr>
              <w:spacing w:before="0" w:after="80" w:line="293" w:lineRule="auto"/>
            </w:pPr>
            <w:r>
              <w:rPr/>
              <w:t xml:space="preserve">Novedad: </w:t>
            </w:r>
            <w:r>
              <w:rPr>
                <w:rStyle w:val="Hueco"/>
              </w:rPr>
              <w:t>{clase}</w:t>
            </w:r>
            <w:r>
              <w:rPr/>
              <w:t xml:space="preserve"> desde el </w:t>
            </w:r>
            <w:r>
              <w:rPr>
                <w:rStyle w:val="Hueco"/>
              </w:rPr>
              <w:t>{fecha}</w:t>
            </w:r>
            <w:r>
              <w:rPr/>
              <w:t>. Plazas limitadas en las primeras sesiones: ¡resérvala ya!</w:t>
            </w:r>
          </w:p>
          <w:p>
            <w:pPr>
              <w:keepNext w:val="0"/>
              <w:keepLines/>
              <w:spacing w:before="120" w:after="0" w:line="288" w:lineRule="auto"/>
            </w:pPr>
            <w:r>
              <w:rPr>
                <w:b/>
                <w:color w:val="C9284A"/>
                <w:sz w:val="17"/>
              </w:rPr>
              <w:t xml:space="preserve">Requiere consentimiento  ·  </w:t>
            </w:r>
            <w:r>
              <w:rPr>
                <w:color w:val="4B586B"/>
                <w:sz w:val="17"/>
              </w:rPr>
              <w:t>Si la actividad se paga aparte, es una comunicación comercial: envíala solo a quien la aceptó.</w:t>
            </w:r>
          </w:p>
        </w:tc>
      </w:tr>
    </w:tbl>
    <w:p>
      <w:pPr>
        <w:keepNext w:val="0"/>
        <w:keepLines/>
        <w:spacing w:before="0" w:after="0" w:lineRule="exact" w:line="220"/>
      </w:pPr>
      <w:r>
        <w:rPr>
          <w:sz w:val="4"/>
        </w:rPr>
      </w:r>
    </w:p>
    <w:tbl>
      <w:tblPr>
        <w:tblW w:w="9638" w:type="dxa"/>
        <w:jc w:val="left"/>
        <w:tblBorders>
          <w:top w:val="single" w:sz="4" w:space="0" w:color="E3E9F0"/>
          <w:left w:val="single" w:sz="4" w:space="0" w:color="E3E9F0"/>
          <w:bottom w:val="single" w:sz="4" w:space="0" w:color="E3E9F0"/>
          <w:right w:val="single" w:sz="4" w:space="0" w:color="E3E9F0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00"/>
        <w:gridCol w:w="3538"/>
      </w:tblGrid>
      <w:tr>
        <w:trPr>
          <w:cantSplit/>
        </w:trPr>
        <w:tc>
          <w:tcPr>
            <w:tcW w:w="6100" w:type="dxa"/>
            <w:shd w:val="clear" w:color="auto" w:fill="E6EEFD"/>
            <w:tcMar>
              <w:top w:w="130" w:type="dxa"/>
              <w:left w:w="220" w:type="dxa"/>
              <w:bottom w:w="120" w:type="dxa"/>
              <w:right w:w="80" w:type="dxa"/>
            </w:tcMar>
            <w:vAlign w:val="center"/>
          </w:tcPr>
          <w:p>
            <w:pPr>
              <w:pStyle w:val="Heading2"/>
              <w:keepNext/>
              <w:keepLines/>
              <w:spacing w:before="0" w:after="0"/>
            </w:pPr>
            <w:r>
              <w:rPr>
                <w:color w:val="2F5FC4"/>
              </w:rPr>
              <w:t xml:space="preserve">9.5   </w:t>
            </w:r>
            <w:r>
              <w:rPr/>
              <w:t>Incidencia en el centro</w:t>
            </w:r>
          </w:p>
        </w:tc>
        <w:tc>
          <w:tcPr>
            <w:tcW w:w="3538" w:type="dxa"/>
            <w:shd w:val="clear" w:color="auto" w:fill="E6EEFD"/>
            <w:tcMar>
              <w:top w:w="130" w:type="dxa"/>
              <w:left w:w="80" w:type="dxa"/>
              <w:bottom w:w="120" w:type="dxa"/>
              <w:right w:w="200" w:type="dxa"/>
            </w:tcMar>
            <w:vAlign w:val="center"/>
          </w:tcPr>
          <w:p>
            <w:pPr>
              <w:keepNext/>
              <w:keepLines/>
              <w:spacing w:before="0" w:after="0" w:line="360" w:lineRule="auto"/>
              <w:jc w:val="right"/>
            </w:pPr>
            <w:r>
              <w:rPr>
                <w:sz w:val="15"/>
                <w:shd w:val="clear" w:color="auto" w:fill="FFFFFF"/>
              </w:rPr>
              <w:t xml:space="preserve">  </w:t>
            </w:r>
            <w:r>
              <w:rPr>
                <w:color w:val="0F6B47"/>
                <w:sz w:val="13"/>
                <w:shd w:val="clear" w:color="auto" w:fill="FFFFFF"/>
              </w:rPr>
              <w:t>●</w:t>
            </w:r>
            <w:r>
              <w:rPr>
                <w:b/>
                <w:color w:val="0B1220"/>
                <w:spacing w:val="10"/>
                <w:sz w:val="14"/>
                <w:shd w:val="clear" w:color="auto" w:fill="FFFFFF"/>
              </w:rPr>
              <w:t xml:space="preserve"> WHATSAPP  </w:t>
            </w:r>
            <w:r>
              <w:rPr>
                <w:sz w:val="14"/>
              </w:rPr>
              <w:t xml:space="preserve"> </w:t>
            </w:r>
            <w:r>
              <w:rPr>
                <w:sz w:val="15"/>
                <w:shd w:val="clear" w:color="auto" w:fill="FFFFFF"/>
              </w:rPr>
              <w:t xml:space="preserve">  </w:t>
            </w:r>
            <w:r>
              <w:rPr>
                <w:color w:val="4A3CCF"/>
                <w:sz w:val="13"/>
                <w:shd w:val="clear" w:color="auto" w:fill="FFFFFF"/>
              </w:rPr>
              <w:t>●</w:t>
            </w:r>
            <w:r>
              <w:rPr>
                <w:b/>
                <w:color w:val="0B1220"/>
                <w:spacing w:val="10"/>
                <w:sz w:val="14"/>
                <w:shd w:val="clear" w:color="auto" w:fill="FFFFFF"/>
              </w:rPr>
              <w:t xml:space="preserve"> NOTIFICACIÓN  </w:t>
            </w:r>
          </w:p>
        </w:tc>
      </w:tr>
      <w:tr>
        <w:trPr>
          <w:cantSplit/>
        </w:trPr>
        <w:tc>
          <w:tcPr>
            <w:tcW w:w="9638" w:type="dxa"/>
            <w:gridSpan w:val="2"/>
            <w:tcMar>
              <w:top w:w="150" w:type="dxa"/>
              <w:left w:w="220" w:type="dxa"/>
              <w:bottom w:w="170" w:type="dxa"/>
              <w:right w:w="260" w:type="dxa"/>
            </w:tcMar>
          </w:tcPr>
          <w:p>
            <w:pPr>
              <w:keepNext/>
              <w:keepLines/>
              <w:spacing w:before="0" w:after="160" w:line="288" w:lineRule="auto"/>
            </w:pPr>
            <w:r>
              <w:rPr>
                <w:b/>
                <w:color w:val="2F5FC4"/>
                <w:spacing w:val="20"/>
                <w:sz w:val="14"/>
              </w:rPr>
              <w:t xml:space="preserve">CUÁNDO  </w:t>
            </w:r>
            <w:r>
              <w:rPr>
                <w:color w:val="4B586B"/>
                <w:sz w:val="17"/>
              </w:rPr>
              <w:t>En cuanto lo sepas, y otro mensaje cuando esté resuelto.</w:t>
            </w:r>
          </w:p>
          <w:p>
            <w:pPr>
              <w:pStyle w:val="Mensaje"/>
              <w:keepNext/>
              <w:keepLines/>
              <w:pBdr>
                <w:left w:val="single" w:sz="12" w:space="10" w:color="4F82EC"/>
              </w:pBdr>
              <w:spacing w:before="0" w:after="80" w:line="293" w:lineRule="auto"/>
            </w:pPr>
            <w:r>
              <w:rPr/>
              <w:t xml:space="preserve">Aviso de </w:t>
            </w:r>
            <w:r>
              <w:rPr>
                <w:rStyle w:val="Hueco"/>
              </w:rPr>
              <w:t>{centro}</w:t>
            </w:r>
            <w:r>
              <w:rPr/>
              <w:t xml:space="preserve">: hoy </w:t>
            </w:r>
            <w:r>
              <w:rPr>
                <w:rStyle w:val="Hueco"/>
              </w:rPr>
              <w:t>[LA INCIDENCIA: no hay agua caliente en los vestuarios]</w:t>
            </w:r>
            <w:r>
              <w:rPr/>
              <w:t xml:space="preserve">. Ya estamos con ello y esperamos tenerlo resuelto </w:t>
            </w:r>
            <w:r>
              <w:rPr>
                <w:rStyle w:val="Hueco"/>
              </w:rPr>
              <w:t>[CUÁNDO]</w:t>
            </w:r>
            <w:r>
              <w:rPr/>
              <w:t>.</w:t>
            </w:r>
          </w:p>
          <w:p>
            <w:pPr>
              <w:pStyle w:val="Mensaje"/>
              <w:keepNext/>
              <w:keepLines/>
              <w:pBdr>
                <w:left w:val="single" w:sz="12" w:space="10" w:color="4F82EC"/>
              </w:pBdr>
              <w:spacing w:before="0" w:after="80" w:line="293" w:lineRule="auto"/>
            </w:pPr>
            <w:r>
              <w:rPr/>
              <w:t>Sentimos las molestias. Te avisamos en cuanto esté arreglado.</w:t>
            </w:r>
          </w:p>
          <w:p>
            <w:pPr>
              <w:keepNext/>
              <w:keepLines/>
              <w:spacing w:before="180" w:after="80"/>
            </w:pPr>
            <w:r>
              <w:rPr>
                <w:b/>
                <w:color w:val="5C697D"/>
                <w:spacing w:val="20"/>
                <w:sz w:val="14"/>
              </w:rPr>
              <w:t>VERSIÓN NOTIFICACIÓN  ·  MÁX. 120 CARACTERES</w:t>
            </w:r>
          </w:p>
          <w:p>
            <w:pPr>
              <w:pStyle w:val="Mensaje"/>
              <w:keepNext/>
              <w:keepLines/>
              <w:pBdr>
                <w:left w:val="single" w:sz="12" w:space="10" w:color="4F82EC"/>
              </w:pBdr>
              <w:spacing w:before="0" w:after="80" w:line="293" w:lineRule="auto"/>
            </w:pPr>
            <w:r>
              <w:rPr/>
              <w:t xml:space="preserve">Aviso: </w:t>
            </w:r>
            <w:r>
              <w:rPr>
                <w:rStyle w:val="Hueco"/>
              </w:rPr>
              <w:t>[INCIDENCIA BREVE]</w:t>
            </w:r>
            <w:r>
              <w:rPr/>
              <w:t>. Ya estamos con ello y te avisamos en cuanto esté resuelto. Perdona las molestias.</w:t>
            </w:r>
          </w:p>
          <w:p>
            <w:pPr>
              <w:keepNext w:val="0"/>
              <w:keepLines/>
              <w:spacing w:before="120" w:after="0" w:line="288" w:lineRule="auto"/>
            </w:pPr>
            <w:r>
              <w:rPr>
                <w:b/>
                <w:color w:val="2F5FC4"/>
                <w:sz w:val="17"/>
              </w:rPr>
              <w:t xml:space="preserve">Consejo  ·  </w:t>
            </w:r>
            <w:r>
              <w:rPr>
                <w:color w:val="4B586B"/>
                <w:sz w:val="17"/>
              </w:rPr>
              <w:t>Por WhatsApp, usa una lista de difusión y nunca un grupo: así nadie ve el número de los demás.</w:t>
            </w:r>
          </w:p>
        </w:tc>
      </w:tr>
    </w:tbl>
    <w:p>
      <w:pPr>
        <w:keepNext w:val="0"/>
        <w:keepLines/>
        <w:spacing w:before="0" w:after="0" w:lineRule="exact" w:line="220"/>
      </w:pPr>
      <w:r>
        <w:rPr>
          <w:sz w:val="4"/>
        </w:rPr>
      </w:r>
    </w:p>
    <w:p>
      <w:pPr>
        <w:keepNext/>
        <w:keepLines/>
        <w:pageBreakBefore/>
        <w:spacing w:before="0" w:after="0" w:lineRule="exact" w:line="20"/>
      </w:pPr>
      <w:r>
        <w:rPr>
          <w:sz w:val="2"/>
        </w:rPr>
      </w:r>
    </w:p>
    <w:p>
      <w:pPr>
        <w:keepNext/>
        <w:keepLines/>
        <w:spacing w:before="0" w:after="80"/>
      </w:pPr>
      <w:r>
        <w:rPr>
          <w:b/>
          <w:color w:val="076B69"/>
          <w:spacing w:val="24"/>
          <w:sz w:val="15"/>
        </w:rPr>
        <w:t>ÚLTIMA COMPROBACIÓN</w:t>
      </w:r>
    </w:p>
    <w:p>
      <w:pPr>
        <w:pStyle w:val="Heading2"/>
        <w:keepLines/>
        <w:spacing w:before="0" w:after="160"/>
      </w:pPr>
      <w:r>
        <w:rPr>
          <w:sz w:val="32"/>
        </w:rPr>
        <w:t>Antes de pulsar «Enviar»</w:t>
      </w:r>
    </w:p>
    <w:tbl>
      <w:tblPr>
        <w:tblW w:w="9638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99"/>
        <w:gridCol w:w="240"/>
        <w:gridCol w:w="4699"/>
      </w:tblGrid>
      <w:tr>
        <w:trPr>
          <w:cantSplit/>
        </w:trPr>
        <w:tc>
          <w:tcPr>
            <w:tcW w:w="4699" w:type="dxa"/>
            <w:tcBorders>
              <w:bottom w:val="single" w:sz="4" w:space="0" w:color="E3E9F0"/>
            </w:tcBorders>
            <w:tcMar>
              <w:top w:w="70" w:type="dxa"/>
              <w:left w:w="0" w:type="dxa"/>
              <w:bottom w:w="70" w:type="dxa"/>
              <w:right w:w="0" w:type="dxa"/>
            </w:tcMar>
          </w:tcPr>
          <w:p>
            <w:pPr>
              <w:keepLines/>
              <w:tabs>
                <w:tab w:pos="330" w:val="left"/>
              </w:tabs>
              <w:spacing w:before="0" w:after="0" w:line="288" w:lineRule="auto"/>
              <w:ind w:left="330" w:hanging="330"/>
            </w:pPr>
            <w:r>
              <w:rPr>
                <w:color w:val="076B69"/>
                <w:sz w:val="22"/>
              </w:rPr>
              <w:t>☐</w:t>
              <w:tab/>
            </w:r>
            <w:r>
              <w:rPr>
                <w:color w:val="0B1220"/>
                <w:sz w:val="18"/>
              </w:rPr>
              <w:t>El nombre está bien escrito y no queda ningún hueco sin cambiar.</w:t>
            </w:r>
          </w:p>
        </w:tc>
        <w:tc>
          <w:tcPr>
            <w:tcW w:w="240" w:type="dxa"/>
          </w:tcPr>
          <w:p/>
        </w:tc>
        <w:tc>
          <w:tcPr>
            <w:tcW w:w="4699" w:type="dxa"/>
            <w:tcBorders>
              <w:bottom w:val="single" w:sz="4" w:space="0" w:color="E3E9F0"/>
            </w:tcBorders>
            <w:tcMar>
              <w:top w:w="70" w:type="dxa"/>
              <w:left w:w="0" w:type="dxa"/>
              <w:bottom w:w="70" w:type="dxa"/>
              <w:right w:w="0" w:type="dxa"/>
            </w:tcMar>
          </w:tcPr>
          <w:p>
            <w:pPr>
              <w:keepLines/>
              <w:tabs>
                <w:tab w:pos="330" w:val="left"/>
              </w:tabs>
              <w:spacing w:before="0" w:after="0" w:line="288" w:lineRule="auto"/>
              <w:ind w:left="330" w:hanging="330"/>
            </w:pPr>
            <w:r>
              <w:rPr>
                <w:color w:val="076B69"/>
                <w:sz w:val="22"/>
              </w:rPr>
              <w:t>☐</w:t>
              <w:tab/>
            </w:r>
            <w:r>
              <w:rPr>
                <w:color w:val="0B1220"/>
                <w:sz w:val="18"/>
              </w:rPr>
              <w:t>La fecha, la hora y el importe son los correctos.</w:t>
            </w:r>
          </w:p>
        </w:tc>
      </w:tr>
      <w:tr>
        <w:trPr>
          <w:cantSplit/>
        </w:trPr>
        <w:tc>
          <w:tcPr>
            <w:tcW w:w="4699" w:type="dxa"/>
            <w:tcBorders>
              <w:bottom w:val="single" w:sz="4" w:space="0" w:color="E3E9F0"/>
            </w:tcBorders>
            <w:tcMar>
              <w:top w:w="70" w:type="dxa"/>
              <w:left w:w="0" w:type="dxa"/>
              <w:bottom w:w="70" w:type="dxa"/>
              <w:right w:w="0" w:type="dxa"/>
            </w:tcMar>
          </w:tcPr>
          <w:p>
            <w:pPr>
              <w:keepLines/>
              <w:tabs>
                <w:tab w:pos="330" w:val="left"/>
              </w:tabs>
              <w:spacing w:before="0" w:after="0" w:line="288" w:lineRule="auto"/>
              <w:ind w:left="330" w:hanging="330"/>
            </w:pPr>
            <w:r>
              <w:rPr>
                <w:color w:val="076B69"/>
                <w:sz w:val="22"/>
              </w:rPr>
              <w:t>☐</w:t>
              <w:tab/>
            </w:r>
            <w:r>
              <w:rPr>
                <w:color w:val="0B1220"/>
                <w:sz w:val="18"/>
              </w:rPr>
              <w:t>Es buena hora para recibirlo (por WhatsApp, de 9:00 a 21:00).</w:t>
            </w:r>
          </w:p>
        </w:tc>
        <w:tc>
          <w:tcPr>
            <w:tcW w:w="240" w:type="dxa"/>
          </w:tcPr>
          <w:p/>
        </w:tc>
        <w:tc>
          <w:tcPr>
            <w:tcW w:w="4699" w:type="dxa"/>
            <w:tcBorders>
              <w:bottom w:val="single" w:sz="4" w:space="0" w:color="E3E9F0"/>
            </w:tcBorders>
            <w:tcMar>
              <w:top w:w="70" w:type="dxa"/>
              <w:left w:w="0" w:type="dxa"/>
              <w:bottom w:w="70" w:type="dxa"/>
              <w:right w:w="0" w:type="dxa"/>
            </w:tcMar>
          </w:tcPr>
          <w:p>
            <w:pPr>
              <w:keepLines/>
              <w:tabs>
                <w:tab w:pos="330" w:val="left"/>
              </w:tabs>
              <w:spacing w:before="0" w:after="0" w:line="288" w:lineRule="auto"/>
              <w:ind w:left="330" w:hanging="330"/>
            </w:pPr>
            <w:r>
              <w:rPr>
                <w:color w:val="076B69"/>
                <w:sz w:val="22"/>
              </w:rPr>
              <w:t>☐</w:t>
              <w:tab/>
            </w:r>
            <w:r>
              <w:rPr>
                <w:color w:val="0B1220"/>
                <w:sz w:val="18"/>
              </w:rPr>
              <w:t>Si es comercial, esta persona aceptó recibirlo.</w:t>
            </w:r>
          </w:p>
        </w:tc>
      </w:tr>
      <w:tr>
        <w:trPr>
          <w:cantSplit/>
        </w:trPr>
        <w:tc>
          <w:tcPr>
            <w:tcW w:w="4699" w:type="dxa"/>
            <w:tcBorders>
              <w:bottom w:val="single" w:sz="4" w:space="0" w:color="E3E9F0"/>
            </w:tcBorders>
            <w:tcMar>
              <w:top w:w="70" w:type="dxa"/>
              <w:left w:w="0" w:type="dxa"/>
              <w:bottom w:w="70" w:type="dxa"/>
              <w:right w:w="0" w:type="dxa"/>
            </w:tcMar>
          </w:tcPr>
          <w:p>
            <w:pPr>
              <w:keepLines/>
              <w:tabs>
                <w:tab w:pos="330" w:val="left"/>
              </w:tabs>
              <w:spacing w:before="0" w:after="0" w:line="288" w:lineRule="auto"/>
              <w:ind w:left="330" w:hanging="330"/>
            </w:pPr>
            <w:r>
              <w:rPr>
                <w:color w:val="076B69"/>
                <w:sz w:val="22"/>
              </w:rPr>
              <w:t>☐</w:t>
              <w:tab/>
            </w:r>
            <w:r>
              <w:rPr>
                <w:color w:val="0B1220"/>
                <w:sz w:val="18"/>
              </w:rPr>
              <w:t>Se entiende en cinco segundos y queda claro qué tiene que hacer.</w:t>
            </w:r>
          </w:p>
        </w:tc>
        <w:tc>
          <w:tcPr>
            <w:tcW w:w="240" w:type="dxa"/>
          </w:tcPr>
          <w:p/>
        </w:tc>
        <w:tc>
          <w:tcPr>
            <w:tcW w:w="4699" w:type="dxa"/>
            <w:tcBorders>
              <w:bottom w:val="single" w:sz="4" w:space="0" w:color="E3E9F0"/>
            </w:tcBorders>
            <w:tcMar>
              <w:top w:w="70" w:type="dxa"/>
              <w:left w:w="0" w:type="dxa"/>
              <w:bottom w:w="70" w:type="dxa"/>
              <w:right w:w="0" w:type="dxa"/>
            </w:tcMar>
          </w:tcPr>
          <w:p>
            <w:pPr>
              <w:keepLines/>
              <w:tabs>
                <w:tab w:pos="330" w:val="left"/>
              </w:tabs>
              <w:spacing w:before="0" w:after="0" w:line="288" w:lineRule="auto"/>
              <w:ind w:left="330" w:hanging="330"/>
            </w:pPr>
            <w:r>
              <w:rPr>
                <w:color w:val="076B69"/>
                <w:sz w:val="22"/>
              </w:rPr>
              <w:t>☐</w:t>
              <w:tab/>
            </w:r>
            <w:r>
              <w:rPr>
                <w:color w:val="0B1220"/>
                <w:sz w:val="18"/>
              </w:rPr>
              <w:t>Lo firmarías con tu nombre. Si suena a robot, cámbialo.</w:t>
            </w:r>
          </w:p>
        </w:tc>
      </w:tr>
    </w:tbl>
    <w:p>
      <w:pPr>
        <w:keepNext w:val="0"/>
        <w:keepLines/>
        <w:spacing w:before="0" w:after="0" w:lineRule="exact" w:line="400"/>
      </w:pPr>
      <w:r>
        <w:rPr>
          <w:sz w:val="4"/>
        </w:rPr>
      </w:r>
    </w:p>
    <w:tbl>
      <w:tblPr>
        <w:tblW w:w="9638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638"/>
      </w:tblGrid>
      <w:tr>
        <w:trPr>
          <w:cantSplit/>
          <w:trHeight w:val="8900" w:hRule="atLeast"/>
        </w:trPr>
        <w:tc>
          <w:tcPr>
            <w:tcW w:w="9638" w:type="dxa"/>
            <w:shd w:val="clear" w:color="auto" w:fill="0A0E15"/>
            <w:tcMar>
              <w:top w:w="560" w:type="dxa"/>
              <w:left w:w="640" w:type="dxa"/>
              <w:bottom w:w="520" w:type="dxa"/>
              <w:right w:w="640" w:type="dxa"/>
            </w:tcMar>
          </w:tcPr>
          <w:p>
            <w:pPr>
              <w:keepLines/>
              <w:spacing w:before="0" w:after="720"/>
            </w:pPr>
            <w:r>
              <w:drawing>
                <wp:inline xmlns:a="http://schemas.openxmlformats.org/drawingml/2006/main" xmlns:pic="http://schemas.openxmlformats.org/drawingml/2006/picture">
                  <wp:extent cx="1224000" cy="366191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ymgym-lockup-white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36619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Lines/>
              <w:spacing w:before="0" w:after="160"/>
            </w:pPr>
            <w:r>
              <w:rPr>
                <w:b/>
                <w:color w:val="1DD6C1"/>
                <w:spacing w:val="24"/>
                <w:sz w:val="16"/>
              </w:rPr>
              <w:t>Y CUANDO TENGAS MÁS SOCIOS</w:t>
            </w:r>
          </w:p>
          <w:p>
            <w:pPr>
              <w:pStyle w:val="Heading1"/>
              <w:keepLines/>
              <w:spacing w:before="0" w:after="320"/>
            </w:pPr>
            <w:r>
              <w:rPr>
                <w:color w:val="FFFFFF"/>
                <w:sz w:val="52"/>
              </w:rPr>
              <w:t>Cuando quieras que</w:t>
              <w:br/>
            </w:r>
            <w:r>
              <w:rPr>
                <w:color w:val="FFFFFF"/>
                <w:sz w:val="52"/>
              </w:rPr>
              <w:t>se envíen solos</w:t>
            </w:r>
          </w:p>
          <w:p>
            <w:pPr>
              <w:keepLines/>
              <w:spacing w:before="0" w:after="180" w:line="336" w:lineRule="auto"/>
            </w:pPr>
            <w:r>
              <w:rPr>
                <w:b w:val="0"/>
                <w:color w:val="C9D3E0"/>
                <w:sz w:val="22"/>
              </w:rPr>
              <w:t>Copiar y pegar funciona muy bien al principio. Pero cuando el centro crece, acordarse de cada recordatorio, cada cumpleaños y cada recibo pendiente se come horas que podrías pasar con tus socios.</w:t>
            </w:r>
          </w:p>
          <w:p>
            <w:pPr>
              <w:keepLines/>
              <w:spacing w:before="0" w:after="180" w:line="336" w:lineRule="auto"/>
            </w:pPr>
            <w:r>
              <w:rPr>
                <w:b w:val="0"/>
                <w:color w:val="C9D3E0"/>
                <w:sz w:val="22"/>
              </w:rPr>
              <w:t>Un software de gestión para gimnasios puede enviar este tipo de mensajes por ti: recordatorios de clase, avisos de cobro y notificaciones en el momento justo, con el nombre de cada socio ya puesto.</w:t>
            </w:r>
          </w:p>
          <w:p>
            <w:pPr>
              <w:keepLines/>
              <w:spacing w:before="0" w:after="180" w:line="336" w:lineRule="auto"/>
            </w:pPr>
            <w:r>
              <w:rPr>
                <w:b/>
                <w:color w:val="FFFFFF"/>
                <w:sz w:val="22"/>
              </w:rPr>
              <w:t>En GymGym reunimos socios, cobros, reservas, accesos y comunicación en un mismo sitio.</w:t>
            </w:r>
          </w:p>
          <w:p>
            <w:pPr>
              <w:keepLines/>
              <w:spacing w:before="520" w:after="60"/>
            </w:pPr>
            <w:hyperlink r:id="rId20">
              <w:r>
                <w:rPr>
                  <w:b/>
                  <w:color w:val="1DD6C1"/>
                  <w:sz w:val="56"/>
                </w:rPr>
                <w:t xml:space="preserve">gymgym.es</w:t>
              </w:r>
            </w:hyperlink>
          </w:p>
          <w:p>
            <w:pPr>
              <w:keepLines/>
              <w:spacing w:before="0" w:after="0"/>
            </w:pPr>
            <w:r>
              <w:rPr>
                <w:color w:val="9AA6B8"/>
                <w:sz w:val="19"/>
              </w:rPr>
              <w:t xml:space="preserve">Más plantillas y calculadoras gratis en </w:t>
            </w:r>
            <w:hyperlink r:id="rId16">
              <w:r>
                <w:rPr>
                  <w:b/>
                  <w:color w:val="FFFFFF"/>
                  <w:sz w:val="19"/>
                </w:rPr>
                <w:t xml:space="preserve">gymgym.es/recursos</w:t>
              </w:r>
            </w:hyperlink>
          </w:p>
        </w:tc>
      </w:tr>
    </w:tbl>
    <w:p>
      <w:pPr>
        <w:keepNext w:val="0"/>
        <w:keepLines/>
        <w:spacing w:before="0" w:after="0" w:lineRule="exact" w:line="20"/>
      </w:pPr>
      <w:r>
        <w:rPr>
          <w:sz w:val="4"/>
        </w:rPr>
      </w:r>
    </w:p>
    <w:sectPr w:rsidR="00FC693F" w:rsidRPr="0006063C" w:rsidSect="00034616">
      <w:headerReference w:type="default" r:id="rId17"/>
      <w:footerReference w:type="default" r:id="rId18"/>
      <w:pgSz w:w="11906" w:h="16838"/>
      <w:pgMar w:top="1304" w:right="1134" w:bottom="1077" w:left="1134" w:header="510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Lines/>
      <w:tabs>
        <w:tab w:pos="9638" w:val="right"/>
      </w:tabs>
      <w:spacing w:before="0" w:after="0"/>
    </w:pPr>
    <w:r>
      <w:rPr>
        <w:color w:val="5C697D"/>
        <w:sz w:val="15"/>
      </w:rPr>
      <w:t xml:space="preserve">Plantilla gratuita de GymGym · </w:t>
    </w:r>
    <w:hyperlink r:id="rId1">
      <w:r>
        <w:rPr>
          <w:color w:val="5C697D"/>
          <w:sz w:val="15"/>
        </w:rPr>
        <w:t xml:space="preserve">gymgym.es/recursos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4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Lines/>
      <w:tabs>
        <w:tab w:pos="9638" w:val="right"/>
      </w:tabs>
      <w:spacing w:before="0" w:after="0"/>
    </w:pPr>
    <w:r>
      <w:rPr>
        <w:color w:val="5C697D"/>
        <w:sz w:val="15"/>
      </w:rPr>
      <w:t xml:space="preserve">Plantilla gratuita de GymGym · </w:t>
    </w:r>
    <w:hyperlink r:id="rId1">
      <w:r>
        <w:rPr>
          <w:color w:val="5C697D"/>
          <w:sz w:val="15"/>
        </w:rPr>
        <w:t xml:space="preserve">gymgym.es/recursos</w:t>
      </w:r>
    </w:hyperlink>
    <w:r>
      <w:rPr>
        <w:color w:val="5C697D"/>
        <w:sz w:val="15"/>
      </w:rPr>
      <w:tab/>
      <w:t xml:space="preserve">50 mensajes para tus socios  ·  </w:t>
    </w:r>
    <w:fldSimple w:instr="PAGE">
      <w:r>
        <w:rPr>
          <w:color w:val="0B1220"/>
          <w:sz w:val="15"/>
        </w:rP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w="9638" w:type="dxa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</w:tblPr>
    <w:tblGrid>
      <w:gridCol w:w="7738"/>
      <w:gridCol w:w="1900"/>
    </w:tblGrid>
    <w:tr>
      <w:trPr>
        <w:cantSplit/>
        <w:trHeight w:val="560" w:hRule="exact"/>
      </w:trPr>
      <w:tc>
        <w:tcPr>
          <w:tcW w:w="7738" w:type="dxa"/>
          <w:vAlign w:val="center"/>
        </w:tcPr>
        <w:p>
          <w:pPr>
            <w:keepLines/>
            <w:spacing w:before="0" w:after="0"/>
          </w:pPr>
          <w:r>
            <w:rPr>
              <w:rStyle w:val="Hueco"/>
              <w:sz w:val="16"/>
            </w:rPr>
            <w:t>[NOMBRE DEL CENTRO]</w:t>
          </w:r>
          <w:r>
            <w:rPr>
              <w:color w:val="5C697D"/>
              <w:sz w:val="16"/>
            </w:rPr>
            <w:t xml:space="preserve">   Mensajes para socios</w:t>
          </w:r>
        </w:p>
      </w:tc>
      <w:tc>
        <w:tcPr>
          <w:tcW w:w="1900" w:type="dxa"/>
          <w:tcBorders>
            <w:top w:val="dashed" w:sz="6" w:space="0" w:color="A9B4C4"/>
            <w:left w:val="dashed" w:sz="6" w:space="0" w:color="A9B4C4"/>
            <w:bottom w:val="dashed" w:sz="6" w:space="0" w:color="A9B4C4"/>
            <w:right w:val="dashed" w:sz="6" w:space="0" w:color="A9B4C4"/>
          </w:tcBorders>
          <w:vAlign w:val="center"/>
        </w:tcPr>
        <w:p>
          <w:pPr>
            <w:keepLines/>
            <w:spacing w:before="0" w:after="0"/>
            <w:jc w:val="center"/>
          </w:pPr>
          <w:r>
            <w:rPr>
              <w:b/>
              <w:color w:val="8A96A8"/>
              <w:spacing w:val="10"/>
              <w:sz w:val="14"/>
            </w:rPr>
            <w:t>TU LOGO AQUÍ</w:t>
          </w:r>
        </w:p>
      </w:tc>
    </w:tr>
  </w:tbl>
  <w:p>
    <w:pPr>
      <w:keepLines/>
      <w:spacing w:before="0" w:after="0" w:lineRule="exact" w:line="40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hAnsi="Arial" w:cs="Arial" w:eastAsia="Arial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keepNext w:val="0"/>
      <w:spacing w:before="0" w:after="0" w:line="276" w:lineRule="auto"/>
    </w:pPr>
    <w:rPr>
      <w:rFonts w:ascii="Arial" w:hAnsi="Arial" w:cs="Arial" w:eastAsia="Arial"/>
      <w:b w:val="0"/>
      <w:color w:val="0B122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0" w:line="252" w:lineRule="auto"/>
      <w:outlineLvl w:val="0"/>
    </w:pPr>
    <w:rPr>
      <w:rFonts w:ascii="Arial" w:hAnsi="Arial" w:cs="Arial" w:eastAsia="Arial"/>
      <w:b/>
      <w:color w:val="0B1220"/>
      <w:sz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0" w:line="276" w:lineRule="auto"/>
      <w:outlineLvl w:val="1"/>
    </w:pPr>
    <w:rPr>
      <w:rFonts w:ascii="Arial" w:hAnsi="Arial" w:cs="Arial" w:eastAsia="Arial"/>
      <w:b/>
      <w:color w:val="0B1220"/>
      <w:sz w:val="2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0" w:after="60"/>
      <w:outlineLvl w:val="2"/>
    </w:pPr>
    <w:rPr>
      <w:rFonts w:ascii="Arial" w:hAnsi="Arial" w:cs="Arial" w:eastAsia="Arial"/>
      <w:b/>
      <w:color w:val="0B1220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 w:val="0"/>
      <w:spacing w:before="0" w:after="0" w:line="240" w:lineRule="auto"/>
    </w:pPr>
    <w:rPr>
      <w:rFonts w:ascii="Arial" w:hAnsi="Arial" w:cs="Arial" w:eastAsia="Arial"/>
      <w:b/>
      <w:color w:val="0B1220"/>
      <w:sz w:val="80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Hueco">
    <w:name w:val="Hueco"/>
    <w:basedOn w:val="DefaultParagraphFont"/>
    <w:qFormat/>
    <w:rPr>
      <w:b/>
      <w:color w:val="076B69"/>
      <w:shd w:val="clear" w:color="auto" w:fill="E4FAF6"/>
    </w:rPr>
  </w:style>
  <w:style w:type="paragraph" w:customStyle="1" w:styleId="Mensaje">
    <w:name w:val="Mensaje"/>
    <w:basedOn w:val="Normal"/>
    <w:qFormat/>
    <w:pPr>
      <w:spacing w:after="80" w:line="293" w:lineRule="auto"/>
      <w:ind w:left="200"/>
    </w:pPr>
    <w:rPr>
      <w:color w:val="0B1220"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eader" Target="header1.xml"/><Relationship Id="rId12" Type="http://schemas.openxmlformats.org/officeDocument/2006/relationships/footer" Target="footer2.xml"/><Relationship Id="rId13" Type="http://schemas.openxmlformats.org/officeDocument/2006/relationships/header" Target="header2.xml"/><Relationship Id="rId14" Type="http://schemas.openxmlformats.org/officeDocument/2006/relationships/footer" Target="footer3.xml"/><Relationship Id="rId15" Type="http://schemas.openxmlformats.org/officeDocument/2006/relationships/image" Target="media/image2.png"/><Relationship Id="rId16" Type="http://schemas.openxmlformats.org/officeDocument/2006/relationships/hyperlink" Target="https://gymgym.es/recursos" TargetMode="External"/><Relationship Id="rId17" Type="http://schemas.openxmlformats.org/officeDocument/2006/relationships/header" Target="header3.xml"/><Relationship Id="rId18" Type="http://schemas.openxmlformats.org/officeDocument/2006/relationships/footer" Target="footer4.xml"/><Relationship Id="rId19" Type="http://schemas.openxmlformats.org/officeDocument/2006/relationships/image" Target="media/image3.png"/><Relationship Id="rId20" Type="http://schemas.openxmlformats.org/officeDocument/2006/relationships/hyperlink" Target="https://gymgym.es" TargetMode="Externa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gymgym.es/recursos" TargetMode="External"/></Relationships>
</file>

<file path=word/_rels/footer4.xml.rels><?xml version='1.0' encoding='UTF-8' standalone='yes'?>
<Relationships xmlns="http://schemas.openxmlformats.org/package/2006/relationships"><Relationship Id="rId1" Type="http://schemas.openxmlformats.org/officeDocument/2006/relationships/hyperlink" Target="https://gymgym.es/recurso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50 mensajes para tus socios</dc:title>
  <dc:subject>Plantilla gratuita de GymGym · gymgym.es/recursos</dc:subject>
  <dc:creator>GymGym</dc:creator>
  <cp:keywords>mensajes, socios, gimnasio, WhatsApp, email, notificaciones, plantillas</cp:keywords>
  <dc:description>Plantillas de WhatsApp, email y notificaciones para cada momento del socio.</dc:description>
  <cp:lastModifiedBy/>
  <cp:revision>1</cp:revision>
  <dcterms:created xsi:type="dcterms:W3CDTF">2013-12-23T23:15:00Z</dcterms:created>
  <dcterms:modified xsi:type="dcterms:W3CDTF">2013-12-23T23:15:00Z</dcterms:modified>
  <cp:category/>
  <dc:language>es-ES</dc:language>
</cp:coreProperties>
</file>